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Робітницка пісня</w:t>
      </w:r>
    </w:p>
    <w:p>
      <w:r>
        <w:br/>
        <w:t xml:space="preserve"> РОБІТНИЦКА ПІСНЯ.</w:t>
      </w:r>
    </w:p>
    <w:p>
      <w:r>
        <w:br/>
        <w:t>Що-божий день ми встаємо з півнями;&lt;br /&gt;</w:t>
        <w:br/>
        <w:t>Ще сьвітять ся ио місті ліхтарі,&lt;br /&gt;</w:t>
        <w:br/>
        <w:t>А голод нас жене в підземні ями,&lt;br /&gt;</w:t>
        <w:br/>
        <w:t>Бо ми на те відвічні шахтарі.&lt;br /&gt;</w:t>
        <w:br/>
        <w:t>Працює спина, плечі ноги й руки;&lt;br /&gt;</w:t>
        <w:br/>
        <w:t>Вже й сил нема, а все рвемо кремінь. . .&lt;br /&gt;</w:t>
        <w:br/>
        <w:t>Щожнам придбав наш труд важкий та муки?&lt;br /&gt;</w:t>
        <w:br/>
        <w:t>На старість літ без крихти хліба гинь!&lt;br /&gt;</w:t>
        <w:br/>
        <w:t>Поєднаймось з братом брат,&lt;br /&gt;</w:t>
        <w:br/>
        <w:t>Зачернім лише по чарці!&lt;br /&gt;</w:t>
        <w:br/>
        <w:t>Хай грімлять&lt;br /&gt;</w:t>
        <w:br/>
        <w:t>Із гармат</w:t>
      </w:r>
    </w:p>
    <w:p>
      <w:r>
        <w:br/>
        <w:t>Кати наші — працюдавцї,&lt;br /&gt;</w:t>
        <w:br/>
        <w:t>Розсилають смерти жах!&lt;br /&gt;</w:t>
        <w:br/>
        <w:t>І ми вип’ємо за згоду,&lt;br /&gt;</w:t>
        <w:br/>
        <w:t>За братерство та свободу,&lt;br /&gt;</w:t>
        <w:br/>
        <w:t>Щоб настало по сьвітах!</w:t>
      </w:r>
    </w:p>
    <w:p>
      <w:r>
        <w:br/>
        <w:t>З мореного дна ми добуваєм перли,&lt;br /&gt;</w:t>
        <w:br/>
        <w:t>Зробили pair ми з рідної землі,&lt;br /&gt;</w:t>
        <w:br/>
        <w:t>Саміж мремо старцями, як і мерли,&lt;br /&gt;</w:t>
        <w:br/>
        <w:t>Притьмом здихаєм у кромішній млї.&lt;br /&gt;</w:t>
        <w:br/>
        <w:t>Крівавпй піт з нас капле, ллють ся сльози,&lt;br /&gt;</w:t>
        <w:br/>
        <w:t>А в домовину ляжем злидарем:&lt;br /&gt;</w:t>
        <w:br/>
        <w:t>Не нас напоють виноградні лози&lt;br /&gt;</w:t>
        <w:br/>
        <w:t>І в океаміт не ми себе вберем.&lt;br /&gt;</w:t>
        <w:br/>
        <w:t>Поєднаймось з братом брат. . .</w:t>
      </w:r>
    </w:p>
    <w:p>
      <w:r>
        <w:br/>
        <w:t>В’ялить нас труд і нужда перед часом;&lt;br /&gt;</w:t>
        <w:br/>
        <w:t>Кому така голота дорога?&lt;br /&gt;</w:t>
        <w:br/>
        <w:t>Хто не вважа машинами та мясом&lt;br /&gt;</w:t>
        <w:br/>
        <w:t>Робітників, дешевих од шага?&lt;br /&gt;</w:t>
        <w:br/>
        <w:t>Де чудеса то там і наші сили;&lt;br /&gt;</w:t>
        <w:br/>
        <w:t>Ми здобували Вавилон новий;&lt;br /&gt;</w:t>
        <w:br/>
        <w:t>Ile мов ті пчоли, — меду наносили,&lt;br /&gt;</w:t>
        <w:br/>
        <w:t>А їсти — вибач, бо се мід не твій!&lt;br /&gt;</w:t>
        <w:br/>
        <w:t>Поєднаймось з братом брат. . .</w:t>
      </w:r>
    </w:p>
    <w:p>
      <w:r>
        <w:br/>
        <w:t>Ми тулимось в холодних під землях:&lt;br /&gt;</w:t>
        <w:br/>
        <w:t>Там наші хати; носим лахмани. . .&lt;br /&gt;</w:t>
        <w:br/>
        <w:t>Товаришують з нами в тих оселях,&lt;br /&gt;</w:t>
        <w:br/>
        <w:t>Ховаючись від сьвітла, кажани.</w:t>
      </w:r>
    </w:p>
    <w:p>
      <w:r>
        <w:br/>
        <w:t>Тікаєм ми до гурту з ними в нори,&lt;br /&gt;</w:t>
        <w:br/>
        <w:t>Не дивимось на сонечко ясне. . .&lt;br /&gt;</w:t>
        <w:br/>
        <w:t>Нащо-ж огнем палають наші зори?&lt;br /&gt;</w:t>
        <w:br/>
        <w:t>Чом сьміливійш завзятя не сягне?&lt;br /&gt;</w:t>
        <w:br/>
        <w:t>Поєднаймось з братом брат. . .</w:t>
      </w:r>
    </w:p>
    <w:p>
      <w:r>
        <w:br/>
        <w:t>Що раз, як ми кров нашу розливаєм&lt;br /&gt;</w:t>
        <w:br/>
        <w:t>За рідний край,—яка користь кому?&lt;br /&gt;</w:t>
        <w:br/>
        <w:t>Мерзенного деспота уквітчаєм&lt;br /&gt;</w:t>
        <w:br/>
        <w:t>Та її молимось як боковії єму.&lt;br /&gt;</w:t>
        <w:br/>
        <w:t>Не стяг війни розвиваймо, а любови;&lt;br /&gt;</w:t>
        <w:br/>
        <w:t>Пашницею засїіімо скрізь поля.&lt;br /&gt;</w:t>
        <w:br/>
        <w:t>Доволі люд уже потратив крови!&lt;br /&gt;</w:t>
        <w:br/>
        <w:t>Устане раб, що голову схил я!&lt;br /&gt;</w:t>
        <w:br/>
        <w:t>Поєднаймось з братом брат. . .&lt;br /&gt;</w:t>
        <w:br/>
        <w:t>("Борба", ч. 7 — 8. 1908 р.)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Робітницка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