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 відкидачів снігу</w:t>
      </w:r>
    </w:p>
    <w:p>
      <w:r>
        <w:br/>
        <w:t xml:space="preserve"> Жак Превер&lt;br /&gt;</w:t>
        <w:br/>
        <w:t>Різдво відкидачів снігу</w:t>
      </w:r>
    </w:p>
    <w:p>
      <w:r>
        <w:br/>
        <w:t>Перекладач: О.Астаф'єв&lt;br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(Якщо падає сніг на Різдво)</w:t>
      </w:r>
    </w:p>
    <w:p>
      <w:r>
        <w:br/>
        <w:t>Димареві сниться дим&lt;br /&gt;</w:t>
        <w:br/>
        <w:t>у кишені латка латка&lt;br /&gt;</w:t>
        <w:br/>
        <w:t>гей гей гей&lt;br /&gt;</w:t>
        <w:br/>
        <w:t>димареві сниться дим&lt;br /&gt;</w:t>
        <w:br/>
        <w:t>з черевика лізе п'ятка&lt;br /&gt;</w:t>
        <w:br/>
        <w:t>де буфет манить нічим&lt;br /&gt;</w:t>
        <w:br/>
        <w:t>у танку бліді дівчатка&lt;br /&gt;</w:t>
        <w:br/>
        <w:t>гей гей гей</w:t>
      </w:r>
    </w:p>
    <w:p>
      <w:r>
        <w:br/>
        <w:t>Це ж усе-таки Різдво&lt;br /&gt;</w:t>
        <w:br/>
        <w:t>а Різдво для всіх забава&lt;br /&gt;</w:t>
        <w:br/>
        <w:t>сміх замінить нам питво&lt;br /&gt;</w:t>
        <w:br/>
        <w:t>де розвага там Різдво&lt;br /&gt;</w:t>
        <w:br/>
        <w:t>гей життя це мить лукава&lt;br /&gt;</w:t>
        <w:br/>
        <w:t>гей веселе Різдво</w:t>
      </w:r>
    </w:p>
    <w:p>
      <w:r>
        <w:br/>
        <w:t>Але чути навпростець&lt;br /&gt;</w:t>
        <w:br/>
        <w:t>з неба мчить снігів рулада&lt;br /&gt;</w:t>
        <w:br/>
        <w:t>сніг наб'є собі синець&lt;br /&gt;</w:t>
        <w:br/>
        <w:t>він же так звисока пада&lt;br /&gt;</w:t>
        <w:br/>
        <w:t>гей гей го</w:t>
      </w:r>
    </w:p>
    <w:p>
      <w:r>
        <w:br/>
        <w:t>Скільки снігу нанесло&lt;br /&gt;</w:t>
        <w:br/>
        <w:t>всі дороги замело&lt;br /&gt;</w:t>
        <w:br/>
        <w:t>чимскоріше де лопати&lt;br /&gt;</w:t>
        <w:br/>
        <w:t>відкидати сніг лапатий&lt;br /&gt;</w:t>
        <w:br/>
        <w:t>бо це ж наше ремесло&lt;br /&gt;</w:t>
        <w:br/>
        <w:t>гей гей го</w:t>
      </w:r>
    </w:p>
    <w:p>
      <w:r>
        <w:br/>
        <w:t>Свіжий сніже що прибіг&lt;br /&gt;</w:t>
        <w:br/>
        <w:t>із небес як мокра вата&lt;br /&gt;</w:t>
        <w:br/>
        <w:t>ти сказати б нам не зміг&lt;br /&gt;</w:t>
        <w:br/>
        <w:t>білий красеню не зміг&lt;br /&gt;</w:t>
        <w:br/>
        <w:t>гей гей гей&lt;br /&gt;</w:t>
        <w:br/>
        <w:t>на які Різдвяні свята&lt;br /&gt;</w:t>
        <w:br/>
        <w:t>будуть падати до ніг&lt;br /&gt;</w:t>
        <w:br/>
        <w:t>індики й індиченята&lt;br /&gt;</w:t>
        <w:br/>
        <w:t>гей гей 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 відкидачів снігу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