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Різдвяні поезії</w:t>
      </w:r>
    </w:p>
    <w:p>
      <w:r>
        <w:br/>
        <w:t xml:space="preserve"> Стеле місяць волоконця,&lt;br /&gt;</w:t>
        <w:br/>
        <w:t>Сяють зорі угорі;&lt;br /&gt;</w:t>
        <w:br/>
        <w:t>А по селах край віконця&lt;br /&gt;</w:t>
        <w:br/>
        <w:t>Колядують школярі.</w:t>
      </w:r>
    </w:p>
    <w:p>
      <w:r>
        <w:br/>
        <w:t>З пастушками ангел в колі,&lt;br /&gt;</w:t>
        <w:br/>
        <w:t>Покінчили колядки:&lt;br /&gt;</w:t>
        <w:br/>
        <w:t>— Дайте грошик "Рідній Школі" —&lt;br /&gt;</w:t>
        <w:br/>
        <w:t>Й познимали шапочки.</w:t>
      </w:r>
    </w:p>
    <w:p>
      <w:r>
        <w:br/>
        <w:t>Най дасть грошик ,"Рідній Школі"&lt;br /&gt;</w:t>
        <w:br/>
        <w:t>Український кожний дім!&lt;br /&gt;</w:t>
        <w:br/>
        <w:t>Блисне ясний промінь долі,&lt;br /&gt;</w:t>
        <w:br/>
        <w:t>Засіяє світло всім!</w:t>
      </w:r>
    </w:p>
    <w:p>
      <w:r>
        <w:br/>
        <w:t>"Рідній Школі" в допомогу&lt;br /&gt;</w:t>
        <w:br/>
        <w:t>Йдуть школярики здовж сел;&lt;br /&gt;</w:t>
        <w:br/>
        <w:t>Благословить їм доорогу&lt;br /&gt;</w:t>
        <w:br/>
        <w:t>Сам Ісусик із ясел!</w:t>
      </w:r>
    </w:p>
    <w:p>
      <w:r>
        <w:br/>
        <w:t>* * *</w:t>
      </w:r>
    </w:p>
    <w:p>
      <w:r>
        <w:br/>
        <w:t>БОЖЕ ДИТЯТКО</w:t>
      </w:r>
    </w:p>
    <w:p>
      <w:r>
        <w:br/>
        <w:t>Журиться Ганнуся, дуже журиться.&lt;br /&gt;</w:t>
        <w:br/>
        <w:t>Захмарене небо, снігом куриться.&lt;br /&gt;</w:t>
        <w:br/>
        <w:t>Завіяні поля і доріжки.&lt;br /&gt;</w:t>
        <w:br/>
        <w:t>Замерзне ісусик малий у ніжки</w:t>
      </w:r>
    </w:p>
    <w:p>
      <w:r>
        <w:br/>
        <w:t>Не журися, любко, не плач маленька,&lt;br /&gt;</w:t>
        <w:br/>
        <w:t>Ми йому підстелим вдячні серденька.&lt;br /&gt;</w:t>
        <w:br/>
        <w:t>По сердечнім шляху легенько, гладко&lt;br /&gt;</w:t>
        <w:br/>
        <w:t>Прийде на Україну Боже Дитятко.</w:t>
      </w:r>
    </w:p>
    <w:p>
      <w:r>
        <w:br/>
        <w:t>Прийде на Україну у той день веселий.&lt;br /&gt;</w:t>
        <w:br/>
        <w:t>А за ним прилетять ясні ангели.&lt;br /&gt;</w:t>
        <w:br/>
        <w:t>Принесуть яличку світлу, як сонце,&lt;br /&gt;</w:t>
        <w:br/>
        <w:t>Як перша зірничка гляне в віконце.</w:t>
      </w:r>
    </w:p>
    <w:p>
      <w:r>
        <w:br/>
        <w:t>* * *</w:t>
      </w:r>
    </w:p>
    <w:p>
      <w:r>
        <w:br/>
        <w:t>НА СВЯТИЙ ВЕЧІР</w:t>
      </w:r>
    </w:p>
    <w:p>
      <w:r>
        <w:br/>
        <w:t>Чиста кімнатка. Мати прибрала її на свято.&lt;br /&gt;</w:t>
        <w:br/>
        <w:t>Скатерка біла на столі і квітів так багато,&lt;br /&gt;</w:t>
        <w:br/>
        <w:t>А з кухні пахне кутя й мід і хліб біленький з печі.&lt;br /&gt;</w:t>
        <w:br/>
        <w:t>В кутку стоїть вівсяний дід — бо нині Святий Вечір.</w:t>
      </w:r>
    </w:p>
    <w:p>
      <w:r>
        <w:br/>
        <w:t>Сніжок порошить на дворі і сивий сумерк білить.&lt;br /&gt;</w:t>
        <w:br/>
        <w:t>В кімнатці тихій при вікні Даруся й Юрчик сіли.&lt;br /&gt;</w:t>
        <w:br/>
        <w:t>І споглядають діти в даль на снігом вкриті гори.&lt;br /&gt;</w:t>
        <w:br/>
        <w:t>Дарусі ніби чогось жаль і до братчика говорить:</w:t>
      </w:r>
    </w:p>
    <w:p>
      <w:r>
        <w:br/>
        <w:t>— Сніжок трясе, сніжок трясе біленькії пилини —&lt;br /&gt;</w:t>
        <w:br/>
        <w:t>Присипав все, присипав все, і гори і долини.&lt;br /&gt;</w:t>
        <w:br/>
        <w:t>І гай притряс, і луг притряс, і стежечку до хати,&lt;br /&gt;</w:t>
        <w:br/>
        <w:t>Та як прийде Ісус до нас, щоб нас обдарувати?</w:t>
      </w:r>
    </w:p>
    <w:p>
      <w:r>
        <w:br/>
        <w:t>Ми чемні були рік цілий в час праці чи забави,&lt;br /&gt;</w:t>
        <w:br/>
        <w:t>Для дітей чемних наш малий Ісусик все ласкавий.&lt;br /&gt;</w:t>
        <w:br/>
        <w:t>А так хотіла б дуже я гарненьку ляльку мати,&lt;br /&gt;</w:t>
        <w:br/>
        <w:t>Се доня була би моя, а я їй — добра мати.</w:t>
      </w:r>
    </w:p>
    <w:p>
      <w:r>
        <w:br/>
        <w:t>Юрчик тихесенько сидить — в синіх очах задума.&lt;br /&gt;</w:t>
        <w:br/>
        <w:t>Дарка на братчика глядить — що се так братчик дума?&lt;br /&gt;</w:t>
        <w:br/>
        <w:t>І дзвонить, дзвонить в срібний сміх і Юрчика голубить:&lt;br /&gt;</w:t>
        <w:br/>
        <w:t>— Ти найпильніший був з усіх, тебе Ісусик любить.</w:t>
      </w:r>
    </w:p>
    <w:p>
      <w:r>
        <w:br/>
        <w:t>Тобі Ісусик дасть усе, що лиш попросиш в Нього.&lt;br /&gt;</w:t>
        <w:br/>
        <w:t>А братчик каже їй на се:" О , я просив би много!&lt;br /&gt;</w:t>
        <w:br/>
        <w:t>Я би просив від всіх дітей на нашій Україні,&lt;br /&gt;</w:t>
        <w:br/>
        <w:t>Щоби зійшов Ісус святий на нашу землю нині.</w:t>
      </w:r>
    </w:p>
    <w:p>
      <w:r>
        <w:br/>
        <w:t>Щоби побачив, як в сльозах вкраїнських дітей много.&lt;br /&gt;</w:t>
        <w:br/>
        <w:t>Батьки їм гинуть по тюрмах і їсти їм нічого.&lt;br /&gt;</w:t>
        <w:br/>
        <w:t>Щоби Ісусик перейшов поля наші широкі&lt;br /&gt;</w:t>
        <w:br/>
        <w:t>І лік подав і лік найшов на рани ті глибокі.</w:t>
      </w:r>
    </w:p>
    <w:p>
      <w:r>
        <w:br/>
        <w:t>Рани від знущань, від кайдан, від куль на битви полі —&lt;br /&gt;</w:t>
        <w:br/>
        <w:t>І на найглибшу зі всіх ран, на біль, що край в неволі!&lt;br /&gt;</w:t>
        <w:br/>
        <w:t>Щоби Ісусик плач почув сиріт без батька й мами,&lt;br /&gt;</w:t>
        <w:br/>
        <w:t>І їх до серця пригорнув маленькими руками.</w:t>
      </w:r>
    </w:p>
    <w:p>
      <w:r>
        <w:br/>
        <w:t>Щоб на Вкраїні почислив всі краплі сліз і крови&lt;br /&gt;</w:t>
        <w:br/>
        <w:t>І край вже горю назначив, З Вкраїни зняв окови.&lt;br /&gt;</w:t>
        <w:br/>
        <w:t>І на свобідній вже землі звістив нам свято мира —&lt;br /&gt;</w:t>
        <w:br/>
        <w:t>За те, за те в моїй душі горить молитва щира".</w:t>
      </w:r>
    </w:p>
    <w:p>
      <w:r>
        <w:br/>
        <w:t>Даруся слуха слова ті і б'є серденько сильно&lt;br /&gt;</w:t>
        <w:br/>
        <w:t>І кучерики золоті до брата тулить щільно.&lt;br /&gt;</w:t>
        <w:br/>
        <w:t>І каже тихо: Брате, знай, недобре я зробила.&lt;br /&gt;</w:t>
        <w:br/>
        <w:t>Забула, що в журбі мій край і ляльки лиш просила.</w:t>
      </w:r>
    </w:p>
    <w:p>
      <w:r>
        <w:br/>
        <w:t>Я ляльку маю ще стару, а радо дам і тую,&lt;br /&gt;</w:t>
        <w:br/>
        <w:t>В нову суконку уберу, сирітці подарую.&lt;br /&gt;</w:t>
        <w:br/>
        <w:t>Мені так добре, маю я і мамочку, і татка,&lt;br /&gt;</w:t>
        <w:br/>
        <w:t>Нова суконочка моя і тепла наша хатка.</w:t>
      </w:r>
    </w:p>
    <w:p>
      <w:r>
        <w:br/>
        <w:t>А кілько то дітей дрібних на нашій Україні&lt;br /&gt;</w:t>
        <w:br/>
        <w:t>Голодних нині і смутних — не мають хліба нині,&lt;br /&gt;</w:t>
        <w:br/>
        <w:t>Бо їм батьків, і хліб, і дім недобрі взяли люди,&lt;br /&gt;</w:t>
        <w:br/>
        <w:t>За них молитви наші шлім і дбаймо, все і всюди.</w:t>
      </w:r>
    </w:p>
    <w:p>
      <w:r>
        <w:br/>
        <w:t>Юрцю, зі мною враз клякай — й молім Христа-Дитину&lt;br /&gt;</w:t>
        <w:br/>
        <w:t>За сиріт наших, за наш край, за нашу Україну!"</w:t>
      </w:r>
    </w:p>
    <w:p>
      <w:r>
        <w:br/>
        <w:t>* * *</w:t>
      </w:r>
    </w:p>
    <w:p>
      <w:r>
        <w:br/>
        <w:t>СЯЄ НЕБО УДАЛЕЧІ</w:t>
      </w:r>
    </w:p>
    <w:p>
      <w:r>
        <w:br/>
        <w:t>Сяє небо удалечі,&lt;br /&gt;</w:t>
        <w:br/>
        <w:t>і молитву зорі мовлять.&lt;br /&gt;</w:t>
        <w:br/>
        <w:t>Святий Вечір, добрий вечір&lt;br /&gt;</w:t>
        <w:br/>
        <w:t>— добрим людям на здоров,я.</w:t>
      </w:r>
    </w:p>
    <w:p>
      <w:r>
        <w:br/>
        <w:t>По церковцях горять свічі,&lt;br /&gt;</w:t>
        <w:br/>
        <w:t>по хатинках стіл готовлять,&lt;br /&gt;</w:t>
        <w:br/>
        <w:t>Святий Вечір, добрий вечір&lt;br /&gt;</w:t>
        <w:br/>
        <w:t>— добрим людям на здоров'я.</w:t>
      </w:r>
    </w:p>
    <w:p>
      <w:r>
        <w:br/>
        <w:t>Там, де сили молодечі,&lt;br /&gt;</w:t>
        <w:br/>
        <w:t>там, де юні труд готовлять.&lt;br /&gt;</w:t>
        <w:br/>
        <w:t>Святий Вечір, добрий вечір&lt;br /&gt;</w:t>
        <w:br/>
        <w:t>— добрим людям на здоров,я!</w:t>
      </w:r>
    </w:p>
    <w:p>
      <w:r>
        <w:br/>
        <w:t>* * *</w:t>
      </w:r>
    </w:p>
    <w:p>
      <w:r>
        <w:br/>
        <w:t>З КОЛЯДОЮ</w:t>
      </w:r>
    </w:p>
    <w:p>
      <w:r>
        <w:br/>
        <w:t>Стеле місяць волоконця,&lt;br /&gt;</w:t>
        <w:br/>
        <w:t>Сяють зорі угорі;&lt;br /&gt;</w:t>
        <w:br/>
        <w:t>А по селах край віконця&lt;br /&gt;</w:t>
        <w:br/>
        <w:t>Колядують школярі.</w:t>
      </w:r>
    </w:p>
    <w:p>
      <w:r>
        <w:br/>
        <w:t>З пастушками ангел в колі,&lt;br /&gt;</w:t>
        <w:br/>
        <w:t>Покінчили колядки:&lt;br /&gt;</w:t>
        <w:br/>
        <w:t>— Дайте грошик ,,Рідній Школі" —&lt;br /&gt;</w:t>
        <w:br/>
        <w:t>Й познимали шапочки.</w:t>
      </w:r>
    </w:p>
    <w:p>
      <w:r>
        <w:br/>
        <w:t>Най дасть грошик ,,Рідній Школі"&lt;br /&gt;</w:t>
        <w:br/>
        <w:t>Український кожний дім!&lt;br /&gt;</w:t>
        <w:br/>
        <w:t>Блисне ясний промінь долі,&lt;br /&gt;</w:t>
        <w:br/>
        <w:t>Засіяє світло всім!</w:t>
      </w:r>
    </w:p>
    <w:p>
      <w:r>
        <w:br/>
        <w:t>,,Рідній Школі" в допомогу&lt;br /&gt;</w:t>
        <w:br/>
        <w:t>Йдуть школярики здовж сел;&lt;br /&gt;</w:t>
        <w:br/>
        <w:t>Благословить їм доорогу&lt;br /&gt;</w:t>
        <w:br/>
        <w:t>Сам Ісусик із ясел!</w:t>
      </w:r>
    </w:p>
    <w:p>
      <w:r>
        <w:br/>
        <w:t>* * *</w:t>
      </w:r>
    </w:p>
    <w:p>
      <w:r>
        <w:br/>
        <w:t>КОЛЯДОЧКА</w:t>
      </w:r>
    </w:p>
    <w:p>
      <w:r>
        <w:br/>
        <w:t>Колядочка, щедрівочка,&lt;br /&gt;</w:t>
        <w:br/>
        <w:t>Колядочка жвава.&lt;br /&gt;</w:t>
        <w:br/>
        <w:t>Під віконцем щебетала,&lt;br /&gt;</w:t>
        <w:br/>
        <w:t>На порозі стала.&lt;br /&gt;</w:t>
        <w:br/>
        <w:t>Стала собі на порозі,&lt;br /&gt;</w:t>
        <w:br/>
        <w:t>Почала питати:&lt;br /&gt;</w:t>
        <w:br/>
        <w:t>— Чи позволиш, господине,&lt;br /&gt;</w:t>
        <w:br/>
        <w:t>За колядувати?&lt;br /&gt;</w:t>
        <w:br/>
        <w:t>Господиня, як калина,&lt;br /&gt;</w:t>
        <w:br/>
        <w:t>Господиня пишна,&lt;br /&gt;</w:t>
        <w:br/>
        <w:t>Сподобала колядочку&lt;br /&gt;</w:t>
        <w:br/>
        <w:t>Та назустріч вийшла.&lt;br /&gt;</w:t>
        <w:br/>
        <w:t>Ой, витай же колядочко,&lt;br /&gt;</w:t>
        <w:br/>
        <w:t>З білої дороги,&lt;br /&gt;</w:t>
        <w:br/>
        <w:t>Принеси нам рік щасливий&lt;br /&gt;</w:t>
        <w:br/>
        <w:t>На рідні пороги.&lt;br /&gt;</w:t>
        <w:br/>
        <w:t>Ой, сідай же, колядочко,&lt;br /&gt;</w:t>
        <w:br/>
        <w:t>Між мою родину,&lt;br /&gt;</w:t>
        <w:br/>
        <w:t>Принеси нам добру Долю&lt;br /&gt;</w:t>
        <w:br/>
        <w:t>В щасливу годину.&lt;br /&gt;</w:t>
        <w:br/>
        <w:t>Ой, сідай же, колядочко,&lt;br /&gt;</w:t>
        <w:br/>
        <w:t>З господарем в парі, —&lt;br /&gt;</w:t>
        <w:br/>
        <w:t>Принеси нам рідну Волю&lt;br /&gt;</w:t>
        <w:br/>
        <w:t>В новорічнім Дарі!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