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Різдвяна зоря</w:t>
      </w:r>
    </w:p>
    <w:p>
      <w:r>
        <w:br/>
        <w:t xml:space="preserve"> Гуділи вітри.&lt;br /&gt;</w:t>
        <w:br/>
        <w:t>Йшов холод зі степу.&lt;br /&gt;</w:t>
        <w:br/>
        <w:t>І зимно було немовляті з вертепу&lt;br /&gt;</w:t>
        <w:br/>
        <w:t>На схилку гори.</w:t>
      </w:r>
    </w:p>
    <w:p>
      <w:r>
        <w:br/>
        <w:t>Його зігрівало дихання вола.&lt;br /&gt;</w:t>
        <w:br/>
        <w:t>Приручені звірі&lt;br /&gt;</w:t>
        <w:br/>
        <w:t>Схилялися в мирі,&lt;br /&gt;</w:t>
        <w:br/>
        <w:t>Над яслами плавала тепла імла.</w:t>
      </w:r>
    </w:p>
    <w:p>
      <w:r>
        <w:br/>
        <w:t>Обтріпавши пил зі своїх кожухів&lt;br /&gt;</w:t>
        <w:br/>
        <w:t>І проса зернини,&lt;br /&gt;</w:t>
        <w:br/>
        <w:t>Вдивлявся з вершини&lt;br /&gt;</w:t>
        <w:br/>
        <w:t>Спросоння у темряву гурт пастухів.</w:t>
      </w:r>
    </w:p>
    <w:p>
      <w:r>
        <w:br/>
        <w:t>А там було поле в заметах могил,&lt;br /&gt;</w:t>
        <w:br/>
        <w:t>Цвинтарна горожа,&lt;br /&gt;</w:t>
        <w:br/>
        <w:t>Нагробків сторожа&lt;br /&gt;</w:t>
        <w:br/>
        <w:t>І небо над цвинтарем, повне світил.</w:t>
      </w:r>
    </w:p>
    <w:p>
      <w:r>
        <w:br/>
        <w:t>А поруч, іще не відомим вогнем,&lt;br /&gt;</w:t>
        <w:br/>
        <w:t>Сумирніш од скіпки,&lt;br /&gt;</w:t>
        <w:br/>
        <w:t>Що світиться з шибки,&lt;br /&gt;</w:t>
        <w:br/>
        <w:t>Горіла зоря на шляху в Віфлеєм.</w:t>
      </w:r>
    </w:p>
    <w:p>
      <w:r>
        <w:br/>
        <w:t>Вона плом'яніла, як збіжжя, з безмеж,&lt;br /&gt;</w:t>
        <w:br/>
        <w:t>З-над неба і бога,&lt;br /&gt;</w:t>
        <w:br/>
        <w:t>Як відблиск нічного&lt;br /&gt;</w:t>
        <w:br/>
        <w:t>Підпалу в стодолах, як сполох пожеж.</w:t>
      </w:r>
    </w:p>
    <w:p>
      <w:r>
        <w:br/>
        <w:t>Вона височіла — скирта вогняна&lt;br /&gt;</w:t>
        <w:br/>
        <w:t>Соломи і сіна,&lt;br /&gt;</w:t>
        <w:br/>
        <w:t>У світі єдина,&lt;br /&gt;</w:t>
        <w:br/>
        <w:t>Цвіла, сколихнувши простори, вона.</w:t>
      </w:r>
    </w:p>
    <w:p>
      <w:r>
        <w:br/>
        <w:t>Над нею заграва вростала у ніч&lt;br /&gt;</w:t>
        <w:br/>
        <w:t>І щось означала,&lt;br /&gt;</w:t>
        <w:br/>
        <w:t>Ясна й небувала.&lt;br /&gt;</w:t>
        <w:br/>
        <w:t>І три звіздарі поспішали на клич.</w:t>
      </w:r>
    </w:p>
    <w:p>
      <w:r>
        <w:br/>
        <w:t>Позаду везли на верблюдах дари.&lt;br /&gt;</w:t>
        <w:br/>
        <w:t>І два віслючки уповільненим ходом&lt;br /&gt;</w:t>
        <w:br/>
        <w:t>Трюхикали вниз, дріботіли з гори.</w:t>
      </w:r>
    </w:p>
    <w:p>
      <w:r>
        <w:br/>
        <w:t>І видивом дивним нової пори&lt;br /&gt;</w:t>
        <w:br/>
        <w:t>Росло віддалік все, що збудеться згодом.&lt;br /&gt;</w:t>
        <w:br/>
        <w:t>Всі думи століть, і пориви, й вітри&lt;br /&gt;</w:t>
        <w:br/>
        <w:t>На площах майбутніх, всі зали й музеї,&lt;br /&gt;</w:t>
        <w:br/>
        <w:t>Всі витівки мага, всі пустощі феї,&lt;br /&gt;</w:t>
        <w:br/>
        <w:t>Всі кулі з ялинок, всі сни дітвори.</w:t>
      </w:r>
    </w:p>
    <w:p>
      <w:r>
        <w:br/>
        <w:t>Весь трепет затеплених свіч, усі віти&lt;br /&gt;</w:t>
        <w:br/>
        <w:t>В мигтінні позліток, всі радощі гри...&lt;br /&gt;</w:t>
        <w:br/>
        <w:t>...Все злішав зі степу розлючений вітер...&lt;br /&gt;</w:t>
        <w:br/>
        <w:t>...Всі яблука світу і всі кольори.</w:t>
      </w:r>
    </w:p>
    <w:p>
      <w:r>
        <w:br/>
        <w:t>Ставок заслоняли вільшані верхи,&lt;br /&gt;</w:t>
        <w:br/>
        <w:t>Частину, проте, було видно зусюди&lt;br /&gt;</w:t>
        <w:br/>
        <w:t>Крізь гілля дерев, де чорніли птахи.&lt;br /&gt;</w:t>
        <w:br/>
        <w:t>Як вийшли на греблю осли і верблюди,&lt;br /&gt;</w:t>
        <w:br/>
        <w:t>Змогли роздивитися їх пастухи.</w:t>
      </w:r>
    </w:p>
    <w:p>
      <w:r>
        <w:br/>
        <w:t>— Ходімо й собі та вклонімося чуду,—&lt;br /&gt;</w:t>
        <w:br/>
        <w:t>Сказали, запнувши свої кожухи.&lt;br /&gt;</w:t>
        <w:br/>
        <w:t>Від човгання снігом робилося жарко.&lt;br /&gt;</w:t>
        <w:br/>
        <w:t>Поляною вздовж, ніби листя слюди,&lt;br /&gt;</w:t>
        <w:br/>
        <w:t>За хату стелилися босі сліди.&lt;br /&gt;</w:t>
        <w:br/>
        <w:t>І саме на них, мов на пломінь огарка,&lt;br /&gt;</w:t>
        <w:br/>
        <w:t>Гарчали вівчарки при світлі звізди.</w:t>
      </w:r>
    </w:p>
    <w:p>
      <w:r>
        <w:br/>
        <w:t>Морозяна ніч виглядала, мов казка,&lt;br /&gt;</w:t>
        <w:br/>
        <w:t>І хтось невидимий над плином ходи&lt;br /&gt;</w:t>
        <w:br/>
        <w:t>Щоразу вривався в пастуші ряди.&lt;br /&gt;</w:t>
        <w:br/>
        <w:t>Собаки брели, озиралися жаско&lt;br /&gt;</w:t>
        <w:br/>
        <w:t>Довкола підпаска й чекали біди.</w:t>
      </w:r>
    </w:p>
    <w:p>
      <w:r>
        <w:br/>
        <w:t>Тією ж дорогою, в тій же місцині&lt;br /&gt;</w:t>
        <w:br/>
        <w:t>Йшло декілька ангелів. Тихі й чудні,&lt;br /&gt;</w:t>
        <w:br/>
        <w:t>Були між людей безтілесні, мов тіні,&lt;br /&gt;</w:t>
        <w:br/>
        <w:t>Та слід залишали їх білі ступні.</w:t>
      </w:r>
    </w:p>
    <w:p>
      <w:r>
        <w:br/>
        <w:t>Було крізь юрбу протовпитися годі.&lt;br /&gt;</w:t>
        <w:br/>
        <w:t>Світало при вході, де кедри росли.&lt;br /&gt;</w:t>
        <w:br/>
        <w:t>— А хто ви такії? — спитала Марія.&lt;br /&gt;</w:t>
        <w:br/>
        <w:t>— Ми плем'я пастуше й небесні посли,&lt;br /&gt;</w:t>
        <w:br/>
        <w:t>Прийшли вам обом воздавати хвали.&lt;br /&gt;</w:t>
        <w:br/>
        <w:t>— Всім разом не вільно. Чекайте при вході.</w:t>
      </w:r>
    </w:p>
    <w:p>
      <w:r>
        <w:br/>
        <w:t>І в попелі сірім досвітньої мли&lt;br /&gt;</w:t>
        <w:br/>
        <w:t>Товклися погоничі, зайди, заброди,&lt;br /&gt;</w:t>
        <w:br/>
        <w:t>Сварилися вершники і пішоходи,&lt;br /&gt;</w:t>
        <w:br/>
        <w:t>Над жолобом, видовбаним із колоди,&lt;br /&gt;</w:t>
        <w:br/>
        <w:t>Верблюди ревли і хвицались осли.</w:t>
      </w:r>
    </w:p>
    <w:p>
      <w:r>
        <w:br/>
        <w:t>Світало. Вже ранок, мов порох золи,&lt;br /&gt;</w:t>
        <w:br/>
        <w:t>Останні зірки вимітав з небозводу.&lt;br /&gt;</w:t>
        <w:br/>
        <w:t>Лише трьох волхвів із усього наброду&lt;br /&gt;</w:t>
        <w:br/>
        <w:t>Впустила Марія, і ті увійшли.</w:t>
      </w:r>
    </w:p>
    <w:p>
      <w:r>
        <w:br/>
        <w:t>Він спав, тихо сяючи в яслах дубових,&lt;br /&gt;</w:t>
        <w:br/>
        <w:t>Як місячний промінь в глибинах дупла.&lt;br /&gt;</w:t>
        <w:br/>
        <w:t>Його зігрівали в безмовній любові&lt;br /&gt;</w:t>
        <w:br/>
        <w:t>Губи ослині та ніздрі вола.</w:t>
      </w:r>
    </w:p>
    <w:p>
      <w:r>
        <w:br/>
        <w:t>Стояли в пітьмі, що тремтіла, вразлива,&lt;br /&gt;</w:t>
        <w:br/>
        <w:t>Шепталися, ледве знайшовши слова.&lt;br /&gt;</w:t>
        <w:br/>
        <w:t>І раптом із сутінків, звідкись ізліва,&lt;br /&gt;</w:t>
        <w:br/>
        <w:t>Хтось мовчки відвів з-перед ясел волхва,&lt;br /&gt;</w:t>
        <w:br/>
        <w:t>І той озирнувся: з порога на діву&lt;br /&gt;</w:t>
        <w:br/>
        <w:t>Дивилась, мов гостя, зірниця Різдва.</w:t>
      </w:r>
    </w:p>
    <w:p>
      <w:r>
        <w:br/>
        <w:t>1947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Різдвяна зоря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