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Рівновага</w:t>
      </w:r>
    </w:p>
    <w:p>
      <w:r>
        <w:br/>
        <w:t xml:space="preserve"> * * *&lt;br /&gt;</w:t>
        <w:br/>
        <w:t>Ніч... а човен — як срібний птах!..&lt;br /&gt;</w:t>
        <w:br/>
        <w:t>(Що слова, коли серце повне!)&lt;br /&gt;</w:t>
        <w:br/>
        <w:t>...Не спіши, не лети по сяйних світах,&lt;br /&gt;</w:t>
        <w:br/>
        <w:t>Мій малий ненадійний човне!&lt;br /&gt;</w:t>
        <w:br/>
        <w:t>І над нами, й під нами горять світи...&lt;br /&gt;</w:t>
        <w:br/>
        <w:t>І внизу, і вгорі глибини...&lt;br /&gt;</w:t>
        <w:br/>
        <w:t>О, який же прекрасний ти,&lt;br /&gt;</w:t>
        <w:br/>
        <w:t>Світе єдиний!&lt;br /&gt;</w:t>
        <w:br/>
        <w:t>* * *&lt;br /&gt;</w:t>
        <w:br/>
        <w:t>Як все живе, течуть піски пустелі.&lt;br /&gt;</w:t>
        <w:br/>
        <w:t>Їх тихий шелест, як і плеск води,&lt;br /&gt;</w:t>
        <w:br/>
        <w:t>Чарує душу... Мрійнику, гляди! —&lt;br /&gt;</w:t>
        <w:br/>
        <w:t>Найкраще чути їх з-під стелі.&lt;br /&gt;</w:t>
        <w:br/>
        <w:t>Тож не пакуй валізок! Мап не руш!&lt;br /&gt;</w:t>
        <w:br/>
        <w:t>Умій закрити очі і чекати,—&lt;br /&gt;</w:t>
        <w:br/>
        <w:t>Може, й твоя з тих багатющих душ,&lt;br /&gt;</w:t>
        <w:br/>
        <w:t>Що вміють всесвіт слухати з кімнати.&lt;br /&gt;</w:t>
        <w:br/>
        <w:t>* * *&lt;br /&gt;</w:t>
        <w:br/>
        <w:t>Блакитний безум! Море підо мною&lt;br /&gt;</w:t>
        <w:br/>
        <w:t>І небеса — куди не подивись!&lt;br /&gt;</w:t>
        <w:br/>
        <w:t>І вже душа не хоче буть земною,&lt;br /&gt;</w:t>
        <w:br/>
        <w:t>Закохана у несказанну вись!&lt;br /&gt;</w:t>
        <w:br/>
        <w:t>Злітай, душе! І, мов нове світило,&lt;br /&gt;</w:t>
        <w:br/>
        <w:t>Осяй глибини і простори ці!&lt;br /&gt;</w:t>
        <w:br/>
        <w:t>І серед них… своє ж маленьке тіло&lt;br /&gt;</w:t>
        <w:br/>
        <w:t>З бедекером в руці!&lt;br /&gt;</w:t>
        <w:br/>
        <w:t>* * *&lt;br /&gt;</w:t>
        <w:br/>
        <w:t>Прекрасен світ вночі.&lt;br /&gt;</w:t>
        <w:br/>
        <w:t>Безформний.Безвиразний.Смерті ложе.&lt;br /&gt;</w:t>
        <w:br/>
        <w:t>...Мовчи й мовчи!&lt;br /&gt;</w:t>
        <w:br/>
        <w:t>Хто й що сказати може?&lt;br /&gt;</w:t>
        <w:br/>
        <w:t>Всю порожнечу потойбічних сфер,&lt;br /&gt;</w:t>
        <w:br/>
        <w:t>Ввесь безмір світотвору невеличкий,&lt;br /&gt;</w:t>
        <w:br/>
        <w:t>Хіба не вичерпано їх тепер&lt;br /&gt;</w:t>
        <w:br/>
        <w:t>Підручником для семерічки,&lt;br /&gt;</w:t>
        <w:br/>
        <w:t>Воїстину прекрасний світ вночі!&lt;br /&gt;</w:t>
        <w:br/>
        <w:t>* * *&lt;br /&gt;</w:t>
        <w:br/>
        <w:t>В.Підмогильному&lt;br /&gt;</w:t>
        <w:br/>
        <w:t>Стала ніч над горами.Затока&lt;br /&gt;</w:t>
        <w:br/>
        <w:t>В безгомінні сірім пригаса...&lt;br /&gt;</w:t>
        <w:br/>
        <w:t>Лиш одна зоря,бліда й висока,&lt;br /&gt;</w:t>
        <w:br/>
        <w:t>Маревні вказує небеса...&lt;br /&gt;</w:t>
        <w:br/>
        <w:t>Час спокою...а душа в тривозі...&lt;br /&gt;</w:t>
        <w:br/>
        <w:t>О, дитя налякане й слабе!&lt;br /&gt;</w:t>
        <w:br/>
        <w:t>В тиші цій, що стане на порозі,&lt;br /&gt;</w:t>
        <w:br/>
        <w:t>Страшно їй підслухати себе!&lt;br /&gt;</w:t>
        <w:br/>
        <w:t>* * *&lt;br /&gt;</w:t>
        <w:br/>
        <w:t>Перегорни дві-три сторінки в гіді —&lt;br /&gt;</w:t>
        <w:br/>
        <w:t>Зникає море, і думкам устріть,&lt;br /&gt;</w:t>
        <w:br/>
        <w:t>Немов огнем розтопленої міді,&lt;br /&gt;</w:t>
        <w:br/>
        <w:t>На заході пустеля майорить...&lt;br /&gt;</w:t>
        <w:br/>
        <w:t>Там царство Сетове. Не важся далі&lt;br /&gt;</w:t>
        <w:br/>
        <w:t>Ти, велелюдства городського син!&lt;br /&gt;</w:t>
        <w:br/>
        <w:t>А то натрусить золотий хамсин&lt;br /&gt;</w:t>
        <w:br/>
        <w:t>Тобі піску за ремінці сандалій.&lt;br /&gt;</w:t>
        <w:br/>
        <w:t>* * *&lt;br /&gt;</w:t>
        <w:br/>
        <w:t>Вирує море. Кожен дальший вал&lt;br /&gt;</w:t>
        <w:br/>
        <w:t>Усе страшніша підіймає прірва...&lt;br /&gt;</w:t>
        <w:br/>
        <w:t>Весь хаос вод цей невгавущий шквал&lt;br /&gt;</w:t>
        <w:br/>
        <w:t>З безодні супокою вирвав!&lt;br /&gt;</w:t>
        <w:br/>
        <w:t>І дивно знать, що десь на глибині,&lt;br /&gt;</w:t>
        <w:br/>
        <w:t>Усе незмінне, непорушне навіть,&lt;br /&gt;</w:t>
        <w:br/>
        <w:t>І лиш дельфін в принишклім табуні&lt;br /&gt;</w:t>
        <w:br/>
        <w:t>Своє маля напучує і бавить!&lt;br /&gt;</w:t>
        <w:br/>
        <w:t>О, хаосе, я пізнаю тебе!&lt;br /&gt;</w:t>
        <w:br/>
        <w:t>* * *&lt;br /&gt;</w:t>
        <w:br/>
        <w:t>Морський орел, шугаючи все вище,&lt;br /&gt;</w:t>
        <w:br/>
        <w:t>З очей зникає. Море й самота&lt;br /&gt;</w:t>
        <w:br/>
        <w:t>Ідуть на нас. Усе лютіше свище&lt;br /&gt;</w:t>
        <w:br/>
        <w:t>Холодна бора. Пінява й крута&lt;br /&gt;</w:t>
        <w:br/>
        <w:t>Вирує хвиля. Падаючи скісно,&lt;br /&gt;</w:t>
        <w:br/>
        <w:t>Вона кренить розхитаний баркас,-&lt;br /&gt;</w:t>
        <w:br/>
        <w:t>Тоді глибінь підводиться на нас,&lt;br /&gt;</w:t>
        <w:br/>
        <w:t>І серцю в грудях холодно і тісно!&lt;br /&gt;</w:t>
        <w:br/>
        <w:t>І очі прагнуть знову хоч на мить&lt;br /&gt;</w:t>
        <w:br/>
        <w:t>Того орла узріти тінь знайому...&lt;br /&gt;</w:t>
        <w:br/>
        <w:t>О мудрокрилий! Він летить&lt;br /&gt;</w:t>
        <w:br/>
        <w:t>Додому.&lt;br /&gt;</w:t>
        <w:br/>
        <w:t>* * *&lt;br /&gt;</w:t>
        <w:br/>
        <w:t>У кипінь хвиль занурюючи носа,&lt;br /&gt;</w:t>
        <w:br/>
        <w:t>Фелюка рветься з якоря. Пора! —&lt;br /&gt;</w:t>
        <w:br/>
        <w:t>І раптом спів похмільного матроса&lt;br /&gt;</w:t>
        <w:br/>
        <w:t>На сірій шхуні поруч; дітвора,&lt;br /&gt;</w:t>
        <w:br/>
        <w:t>Що, попускавши з молу ноженята,&lt;br /&gt;</w:t>
        <w:br/>
        <w:t>Бичків пантрує; місто і над ним&lt;br /&gt;</w:t>
        <w:br/>
        <w:t>Зелені гори — все даліє! Свята&lt;br /&gt;</w:t>
        <w:br/>
        <w:t>Очам якого! Поривом одним&lt;br /&gt;</w:t>
        <w:br/>
        <w:t>Відкрито вам, розважному й земному,&lt;br /&gt;</w:t>
        <w:br/>
        <w:t>Усю блакить, всю безвість, всі вітри!&lt;br /&gt;</w:t>
        <w:br/>
        <w:t>...І коштує це вам від сили три&lt;br /&gt;</w:t>
        <w:br/>
        <w:t>Карбованці — рибалці мовчазному...&lt;br /&gt;</w:t>
        <w:br/>
        <w:t>* * *&lt;br /&gt;</w:t>
        <w:br/>
        <w:t>Тепер на півночі горять сніги...&lt;br /&gt;</w:t>
        <w:br/>
        <w:t>Стрункі на півночі біжать олені...&lt;br /&gt;</w:t>
        <w:br/>
        <w:t>І, знак північної снаги,&lt;br /&gt;</w:t>
        <w:br/>
        <w:t>Високі заграви студені&lt;br /&gt;</w:t>
        <w:br/>
        <w:t>Сліпучо міняться...&lt;br /&gt;</w:t>
        <w:br/>
        <w:t>Повій&lt;br /&gt;</w:t>
        <w:br/>
        <w:t>В остиле серце, Аквілоне! —&lt;br /&gt;</w:t>
        <w:br/>
        <w:t>Я зрозумію голос твій,&lt;br /&gt;</w:t>
        <w:br/>
        <w:t>Бо кров, млявіючи, холоне;&lt;br /&gt;</w:t>
        <w:br/>
        <w:t>Бо нижче й нижче никне голова,&lt;br /&gt;</w:t>
        <w:br/>
        <w:t>Як буйність барв байдужий зір зустріне;&lt;br /&gt;</w:t>
        <w:br/>
        <w:t>І все частіш пустиня снігова&lt;br /&gt;</w:t>
        <w:br/>
        <w:t>Мені ввижається...&lt;br /&gt;</w:t>
        <w:br/>
        <w:t>Вітай, пустине!&lt;br /&gt;</w:t>
        <w:br/>
        <w:t>* * *&lt;br /&gt;</w:t>
        <w:br/>
        <w:t>Пiд вiтром згинаючи лiнiї простi,&lt;br /&gt;</w:t>
        <w:br/>
        <w:t>повис нерухомий за вiкнами дощ...&lt;br /&gt;</w:t>
        <w:br/>
        <w:t>Кiмната... який необмежений простiр!&lt;br /&gt;</w:t>
        <w:br/>
        <w:t>Квадрати паркету — яких iще площ?..&lt;br /&gt;</w:t>
        <w:br/>
        <w:t>Вдивися в цю сутiнь, навколо розлиту;&lt;br /&gt;</w:t>
        <w:br/>
        <w:t>уяву, як брови, докупи стягни, —&lt;br /&gt;</w:t>
        <w:br/>
        <w:t>чотири краї невiдомого свiту —&lt;br /&gt;</w:t>
        <w:br/>
        <w:t>це тiльки кiмнати чотири стiни.&lt;br /&gt;</w:t>
        <w:br/>
        <w:t>Тож мандрам душi не давайсь на поталу! —&lt;br /&gt;</w:t>
        <w:br/>
        <w:t>i час заощаджуй, i рух економ!&lt;br /&gt;</w:t>
        <w:br/>
        <w:t>... Помалу&lt;br /&gt;</w:t>
        <w:br/>
        <w:t>сотається дощ за вiкном...&lt;br /&gt;</w:t>
        <w:br/>
        <w:t>* * *&lt;br /&gt;</w:t>
        <w:br/>
        <w:t>Дві паралелі, два меридіани —&lt;br /&gt;</w:t>
        <w:br/>
        <w:t>І от квадрат. Живи! Твори! Вмирай!&lt;br /&gt;</w:t>
        <w:br/>
        <w:t>Тут тверді тінь. Тут трепетний і тьмяний,&lt;br /&gt;</w:t>
        <w:br/>
        <w:t>Замкнувся світ. Тут — Тігр, Євфрат і Рай.&lt;br /&gt;</w:t>
        <w:br/>
        <w:t>Настане час, — і ти обрящеш Єву...&lt;br /&gt;</w:t>
        <w:br/>
        <w:t>Час промине, — і мир утратиш ти...&lt;br /&gt;</w:t>
        <w:br/>
        <w:t>І переступиш грань (уявну чи чуттєву)&lt;br /&gt;</w:t>
        <w:br/>
        <w:t>Якоїсь довготи чи широти.&lt;br /&gt;</w:t>
        <w:br/>
        <w:t>І буде знову: два меридіани,&lt;br /&gt;</w:t>
        <w:br/>
        <w:t>Дві паралелі — квадратовий рай.&lt;br /&gt;</w:t>
        <w:br/>
        <w:t>І тверді тінь... І, трепетний та тьмяний,&lt;br /&gt;</w:t>
        <w:br/>
        <w:t>Безсмертний світ... Живи! Твори! Вмирай!&lt;br /&gt;</w:t>
        <w:br/>
        <w:t>* * *&lt;br /&gt;</w:t>
        <w:br/>
        <w:t>Там, унизу, і море, і сади,&lt;br /&gt;</w:t>
        <w:br/>
        <w:t>А тут на скелі, тільки камінь голий...&lt;br /&gt;</w:t>
        <w:br/>
        <w:t>Кора землі затверднула відколи,&lt;br /&gt;</w:t>
        <w:br/>
        <w:t>Може, ніхто не заблукав сюди!&lt;br /&gt;</w:t>
        <w:br/>
        <w:t>Благоговій! Сядь нишком — і сиди!&lt;br /&gt;</w:t>
        <w:br/>
        <w:t>Бо зайвий звук, найменший кожен порух —&lt;br /&gt;</w:t>
        <w:br/>
        <w:t>І замете усі твої сліди&lt;br /&gt;</w:t>
        <w:br/>
        <w:t>Легкий, як час, тисячолітній порох!&lt;br /&gt;</w:t>
        <w:br/>
        <w:t>І буде знову так, мов ти й не був, —&lt;br /&gt;</w:t>
        <w:br/>
        <w:t>Тільки граніт гарячий та строкатий...&lt;br /&gt;</w:t>
        <w:br/>
        <w:t>Навіть недокурка того не відшукати&lt;br /&gt;</w:t>
        <w:br/>
        <w:t>Що ти — у захваті — на прискалку забув!&lt;br /&gt;</w:t>
        <w:br/>
        <w:t>* * *&lt;br /&gt;</w:t>
        <w:br/>
        <w:t>Линяють фарби... Нишкнуть голоси...&lt;br /&gt;</w:t>
        <w:br/>
        <w:t>І душі тихнуть... Зрозумій. Не ремствуй.&lt;br /&gt;</w:t>
        <w:br/>
        <w:t>І тишу цю в собі носи&lt;br /&gt;</w:t>
        <w:br/>
        <w:t>Як дар і величі й нікчемству.&lt;br /&gt;</w:t>
        <w:br/>
        <w:t>Живи і далі лежнем чи в труді.&lt;br /&gt;</w:t>
        <w:br/>
        <w:t>Ніяк не йди, чи в ногу йди з добою, —&lt;br /&gt;</w:t>
        <w:br/>
        <w:t>Лиш уникай лишатися тоді&lt;br /&gt;</w:t>
        <w:br/>
        <w:t>На самоті з собою!&lt;br /&gt;</w:t>
        <w:br/>
        <w:t>* * *&lt;br /&gt;</w:t>
        <w:br/>
        <w:t>Стережися неба нічного!&lt;br /&gt;</w:t>
        <w:br/>
        <w:t>Порожнечі його німій&lt;br /&gt;</w:t>
        <w:br/>
        <w:t>Мало зору твого, і много —&lt;br /&gt;</w:t>
        <w:br/>
        <w:t>Якщо душу відкриєш їй!&lt;br /&gt;</w:t>
        <w:br/>
        <w:t>Зачарує. Приспить. Зруйнує.&lt;br /&gt;</w:t>
        <w:br/>
        <w:t>Звідки?.. Нащо?.. Навік... Кудись..&lt;br /&gt;</w:t>
        <w:br/>
        <w:t>...І м'ятеться, м'ятеться всує&lt;br /&gt;</w:t>
        <w:br/>
        <w:t>Твій бентежний дух...&lt;br /&gt;</w:t>
        <w:br/>
        <w:t>Стережись!&lt;br /&gt;</w:t>
        <w:br/>
        <w:t>* * *&lt;br /&gt;</w:t>
        <w:br/>
        <w:t>Вікно в садок, тож пахощі зела&lt;br /&gt;</w:t>
        <w:br/>
        <w:t>Присмачують мені пригірклість ліків...&lt;br /&gt;</w:t>
        <w:br/>
        <w:t>— Скажи, недуго, де ти сил взяла&lt;br /&gt;</w:t>
        <w:br/>
        <w:t>Маленькі радощі роздмухати в великі?&lt;br /&gt;</w:t>
        <w:br/>
        <w:t>Чи викриває твій упертий жар&lt;br /&gt;</w:t>
        <w:br/>
        <w:t>Одну з химер прехитрої натури, —&lt;br /&gt;</w:t>
        <w:br/>
        <w:t>І повнота життя лиш спільний дар&lt;br /&gt;</w:t>
        <w:br/>
        <w:t>Фармакопеї і температури?&lt;br /&gt;</w:t>
        <w:br/>
        <w:t>* * *&lt;br /&gt;</w:t>
        <w:br/>
        <w:t>Каменя один приділ — лежати!&lt;br /&gt;</w:t>
        <w:br/>
        <w:t>Вітрові один закон — лети!&lt;br /&gt;</w:t>
        <w:br/>
        <w:t>Тільки я поставлений питати&lt;br /&gt;</w:t>
        <w:br/>
        <w:t>Як не цілі, то бодай мети…&lt;br /&gt;</w:t>
        <w:br/>
        <w:t>Та хоч як — в лиця свойого поті —&lt;br /&gt;</w:t>
        <w:br/>
        <w:t>Зважу міру явищ і подій,&lt;br /&gt;</w:t>
        <w:br/>
        <w:t>Камінь той лежатиме і потім,&lt;br /&gt;</w:t>
        <w:br/>
        <w:t>Вітер той летітиме й тоді.&lt;br /&gt;</w:t>
        <w:br/>
        <w:t>* * *&lt;br /&gt;</w:t>
        <w:br/>
        <w:t>Що серця рано дізнані утіхи!&lt;br /&gt;</w:t>
        <w:br/>
        <w:t>Що думки пізно зважений тягар!&lt;br /&gt;</w:t>
        <w:br/>
        <w:t>Минулося! Живи німий і тихий...&lt;br /&gt;</w:t>
        <w:br/>
        <w:t>Пригадуючи, мар...&lt;br /&gt;</w:t>
        <w:br/>
        <w:t>Оце й усе, що дні тобі лишили:&lt;br /&gt;</w:t>
        <w:br/>
        <w:t>Утома, зморшки та старі листи.&lt;br /&gt;</w:t>
        <w:br/>
        <w:t>...Ах, досвіде, розраднику немилий.&lt;br /&gt;</w:t>
        <w:br/>
        <w:t>Навіть запізнений — завжди дочасний ти!&lt;br /&gt;</w:t>
        <w:br/>
        <w:t>* * *&lt;br /&gt;</w:t>
        <w:br/>
        <w:t>Що не збулось? І от пливуть літа...&lt;br /&gt;</w:t>
        <w:br/>
        <w:t>І тихне сум... і серце холодіє...&lt;br /&gt;</w:t>
        <w:br/>
        <w:t>Вітай, вітай,&lt;br /&gt;</w:t>
        <w:br/>
        <w:t>Остання безнадіє!&lt;br /&gt;</w:t>
        <w:br/>
        <w:t>Я ждав, я знав, що прийдеш ти! — і ось:&lt;br /&gt;</w:t>
        <w:br/>
        <w:t>Все як було; сивіє лиш волосся...&lt;br /&gt;</w:t>
        <w:br/>
        <w:t>Що ж не збулось?&lt;br /&gt;</w:t>
        <w:br/>
        <w:t>— Усе давно збулося!&lt;br /&gt;</w:t>
        <w:br/>
        <w:t>* * *&lt;br /&gt;</w:t>
        <w:br/>
        <w:t>По той бік пристрасті народжується&lt;br /&gt;</w:t>
        <w:br/>
        <w:t>ніжність.&lt;br /&gt;</w:t>
        <w:br/>
        <w:t>О, спрага вуст! Гарячий поклик тіл!&lt;br /&gt;</w:t>
        <w:br/>
        <w:t>Воістину прекрасен їх приділ —&lt;br /&gt;</w:t>
        <w:br/>
        <w:t>По той бік пристрасті навіювати ніжність.&lt;br /&gt;</w:t>
        <w:br/>
        <w:t>Чого ж ти ждеш? Лишилося так мало!&lt;br /&gt;</w:t>
        <w:br/>
        <w:t>Розкрий обійми, наче помах крил —&lt;br /&gt;</w:t>
        <w:br/>
        <w:t>Лети й лети! Це ж те, що статись мало...&lt;br /&gt;</w:t>
        <w:br/>
        <w:t>По той бік пристрасті байдужості приділ.&lt;br /&gt;</w:t>
        <w:br/>
        <w:t>* * *&lt;br /&gt;</w:t>
        <w:br/>
        <w:t>Що менше слів, то висловитись легше.&lt;br /&gt;</w:t>
        <w:br/>
        <w:t>Горни, поете, їх замети цілі!&lt;br /&gt;</w:t>
        <w:br/>
        <w:t>Гасай у колесі своєму, векше…&lt;br /&gt;</w:t>
        <w:br/>
        <w:t>Ах, марний біг! Ах, марний труд без цілі!&lt;br /&gt;</w:t>
        <w:br/>
        <w:t>Що висловиш? Чужої голови&lt;br /&gt;</w:t>
        <w:br/>
        <w:t>Про людське серце домисли готові?&lt;br /&gt;</w:t>
        <w:br/>
        <w:t>Сум світовий&lt;br /&gt;</w:t>
        <w:br/>
        <w:t>В масштабі повітовім?&lt;br /&gt;</w:t>
        <w:br/>
        <w:t>Твори!&lt;br /&gt;</w:t>
        <w:br/>
        <w:t>Твори!&lt;br /&gt;</w:t>
        <w:br/>
        <w:t>* * *&lt;br /&gt;</w:t>
        <w:br/>
        <w:t>День вiдшумiв. Померкли в далинi&lt;br /&gt;</w:t>
        <w:br/>
        <w:t>гiр снiгових блiдо-рожевi перса...&lt;br /&gt;</w:t>
        <w:br/>
        <w:t>Базар безлюдiє. Давно пора й менi&lt;br /&gt;</w:t>
        <w:br/>
        <w:t>З крамнички затхлої цього старого перса,&lt;br /&gt;</w:t>
        <w:br/>
        <w:t>Вiд чару цих побляклих килимiв...&lt;br /&gt;</w:t>
        <w:br/>
        <w:t>Що, коли б я чи iнший хто зумiв&lt;br /&gt;</w:t>
        <w:br/>
        <w:t>Такої простоти, i пишности такої&lt;br /&gt;</w:t>
        <w:br/>
        <w:t>В рядках своїх вiршових досягти?&lt;br /&gt;</w:t>
        <w:br/>
        <w:t>...багато б ти&lt;br /&gt;</w:t>
        <w:br/>
        <w:t>Чудес тодi... накоїв!&lt;br /&gt;</w:t>
        <w:br/>
        <w:t>* * *&lt;br /&gt;</w:t>
        <w:br/>
        <w:t>Вечоріє. Мла стає на морі...&lt;br /&gt;</w:t>
        <w:br/>
        <w:t>Тихше б'ється хвиля в береги...&lt;br /&gt;</w:t>
        <w:br/>
        <w:t>Гаснуть звуки. В їх безладнім хорі&lt;br /&gt;</w:t>
        <w:br/>
        <w:t>Ще чутніша тиша навкруги.&lt;br /&gt;</w:t>
        <w:br/>
        <w:t>О провіснице німої ночі,&lt;br /&gt;</w:t>
        <w:br/>
        <w:t>В присмерковій явлена добі!&lt;br /&gt;</w:t>
        <w:br/>
        <w:t>Хто з живих до тебе не охочий.&lt;br /&gt;</w:t>
        <w:br/>
        <w:t>Подих вічний чуючи в тобі?&lt;br /&gt;</w:t>
        <w:br/>
        <w:t>Ринь же, звуки гасячи вечірні,&lt;br /&gt;</w:t>
        <w:br/>
        <w:t>На принишклу землю звідтіля,&lt;br /&gt;</w:t>
        <w:br/>
        <w:t>Де в безодні вічності безмірній&lt;br /&gt;</w:t>
        <w:br/>
        <w:t>Світотвору тиша вигримля!&lt;br /&gt;</w:t>
        <w:br/>
        <w:t>* * *&lt;br /&gt;</w:t>
        <w:br/>
        <w:t>Тут пишний храм стояв колись, а нині&lt;br /&gt;</w:t>
        <w:br/>
        <w:t>Серед піском занесених руїн,&lt;br /&gt;</w:t>
        <w:br/>
        <w:t>Старе шатро нап'явши, бедуїн&lt;br /&gt;</w:t>
        <w:br/>
        <w:t>Куняє в спеку... Хмар високих тіні&lt;br /&gt;</w:t>
        <w:br/>
        <w:t>Пісок мережать...&lt;br /&gt;</w:t>
        <w:br/>
        <w:t>Ні дерев, ні гір.&lt;br /&gt;</w:t>
        <w:br/>
        <w:t>Пантрують тиші два старі верблюди...&lt;br /&gt;</w:t>
        <w:br/>
        <w:t>Та, даючи дитині висхлі груди,&lt;br /&gt;</w:t>
        <w:br/>
        <w:t>Співає бедуїнка, тоскний зір&lt;br /&gt;</w:t>
        <w:br/>
        <w:t>Втопивши в даль німого краєвиду,&lt;br /&gt;</w:t>
        <w:br/>
        <w:t>Під небо те, що їй лишив гяур,&lt;br /&gt;</w:t>
        <w:br/>
        <w:t>Понад піски, де не лишили й сліду&lt;br /&gt;</w:t>
        <w:br/>
        <w:t>Кілька держав, народів і культур.&lt;br /&gt;</w:t>
        <w:br/>
        <w:t>* * *&lt;br /&gt;</w:t>
        <w:br/>
        <w:t>Мишвою, тліном і сновійним чимось&lt;br /&gt;</w:t>
        <w:br/>
        <w:t>Тхне в цих обдертих стінах... Час настав —&lt;br /&gt;</w:t>
        <w:br/>
        <w:t>І от палац зруйновано. Учімось,&lt;br /&gt;</w:t>
        <w:br/>
        <w:t>Як будувати!&lt;br /&gt;</w:t>
        <w:br/>
        <w:t>Із вікна на став&lt;br /&gt;</w:t>
        <w:br/>
        <w:t>Препишний вигляд... Сядь на підвіконні&lt;br /&gt;</w:t>
        <w:br/>
        <w:t>І уяви, — тут виведуть нові,&lt;br /&gt;</w:t>
        <w:br/>
        <w:t>Міцніші стіни, мабуть що бетонні,&lt;br /&gt;</w:t>
        <w:br/>
        <w:t>І доведеться кинути сові&lt;br /&gt;</w:t>
        <w:br/>
        <w:t>Своє горище...&lt;br /&gt;</w:t>
        <w:br/>
        <w:t>Буде чисто, світло...&lt;br /&gt;</w:t>
        <w:br/>
        <w:t>На стінах спектри дорогих картин...&lt;br /&gt;</w:t>
        <w:br/>
        <w:t>Важкі драпрі... І все, що вже набридло.&lt;br /&gt;</w:t>
        <w:br/>
        <w:t>...Мишва і тлін...&lt;br /&gt;</w:t>
        <w:br/>
        <w:t>* * *&lt;br /&gt;</w:t>
        <w:br/>
        <w:t>Сірі вулиці... Тихі кури...&lt;br /&gt;</w:t>
        <w:br/>
        <w:t>(Впорядкуй згадки, впорядкуй!)&lt;br /&gt;</w:t>
        <w:br/>
        <w:t>Візник, бородань похмурий,&lt;br /&gt;</w:t>
        <w:br/>
        <w:t>Куняє на передку...&lt;br /&gt;</w:t>
        <w:br/>
        <w:t>Ось і він (як з повісті взятий!).&lt;br /&gt;</w:t>
        <w:br/>
        <w:t>З мезоніном домок в садку...&lt;br /&gt;</w:t>
        <w:br/>
        <w:t>Любистку пахощі й м'яти...&lt;br /&gt;</w:t>
        <w:br/>
        <w:t>(Впорядкуй згадки, впорядкуй!)&lt;br /&gt;</w:t>
        <w:br/>
        <w:t>Ми приїхали... Ах, ми — вдома!&lt;br /&gt;</w:t>
        <w:br/>
        <w:t>Пес Трезор нам руки лизне...&lt;br /&gt;</w:t>
        <w:br/>
        <w:t>...Яка тишина знайома!&lt;br /&gt;</w:t>
        <w:br/>
        <w:t>Мовчання яке грізне!&lt;br /&gt;</w:t>
        <w:br/>
        <w:t>Ах, ці вулиці! Ах, ці кури!..&lt;br /&gt;</w:t>
        <w:br/>
        <w:t>(Впорядкуй думки, впорядкуй!)&lt;br /&gt;</w:t>
        <w:br/>
        <w:t>Може краще: візник похмурий&lt;br /&gt;</w:t>
        <w:br/>
        <w:t>Хай куняє на передку?..&lt;br /&gt;</w:t>
        <w:br/>
        <w:t>Хай плуганяться котенята...&lt;br /&gt;</w:t>
        <w:br/>
        <w:t>Хай зникає домок в садку...&lt;br /&gt;</w:t>
        <w:br/>
        <w:t>Любисток і рута-м'ята...&lt;br /&gt;</w:t>
        <w:br/>
        <w:t>(Впорядкуй чуття, впорядкуй!)&lt;br /&gt;</w:t>
        <w:br/>
        <w:t>* * *&lt;br /&gt;</w:t>
        <w:br/>
        <w:t>Минають дні... Минають літа...&lt;br /&gt;</w:t>
        <w:br/>
        <w:t>Серце змінам відкрите...&lt;br /&gt;</w:t>
        <w:br/>
        <w:t>І сум не такий, і радість не та...&lt;br /&gt;</w:t>
        <w:br/>
        <w:t>...Гай-гай, Геракліте!&lt;br /&gt;</w:t>
        <w:br/>
        <w:t>Ах, мудрість цитатна — мудрість гірка!&lt;br /&gt;</w:t>
        <w:br/>
        <w:t>Вона не горами двига!&lt;br /&gt;</w:t>
        <w:br/>
        <w:t>...Чого ж ти ждеш? Мерщій до бюрка:&lt;br /&gt;</w:t>
        <w:br/>
        <w:t>Там — книга.&lt;br /&gt;</w:t>
        <w:br/>
        <w:t>Гортай, гортай, гортай сторінки&lt;br /&gt;</w:t>
        <w:br/>
        <w:t>Давним-давно пожовтілі!&lt;br /&gt;</w:t>
        <w:br/>
        <w:t>...Ти ж був молодий... Ти був стрункий...&lt;br /&gt;</w:t>
        <w:br/>
        <w:t>Сила буяла в тілі...&lt;br /&gt;</w:t>
        <w:br/>
        <w:t>Але ж пливуть, минають літа...&lt;br /&gt;</w:t>
        <w:br/>
        <w:t>Час і горами двига.&lt;br /&gt;</w:t>
        <w:br/>
        <w:t>...І сум не такий, і радість не та...&lt;br /&gt;</w:t>
        <w:br/>
        <w:t>І тільки незмінна книга!&lt;br /&gt;</w:t>
        <w:br/>
        <w:t>* * *&lt;br /&gt;</w:t>
        <w:br/>
        <w:t>Я натомився вічно знати&lt;br /&gt;</w:t>
        <w:br/>
        <w:t>В собі самому — двійника...&lt;br /&gt;</w:t>
        <w:br/>
        <w:t>Душе! Обридлива яка ти!&lt;br /&gt;</w:t>
        <w:br/>
        <w:t>І непримирлива яка!&lt;br /&gt;</w:t>
        <w:br/>
        <w:t>Я марно злагоди чи згоди&lt;br /&gt;</w:t>
        <w:br/>
        <w:t>З тобою сподівавсь дійти,—&lt;br /&gt;</w:t>
        <w:br/>
        <w:t>Як тінь, недомисел природи,&lt;br /&gt;</w:t>
        <w:br/>
        <w:t>Мене перекривляєш ти!&lt;br /&gt;</w:t>
        <w:br/>
        <w:t>І що ясніший я, то мушу&lt;br /&gt;</w:t>
        <w:br/>
        <w:t>Усе темнішу тінь тягти...&lt;br /&gt;</w:t>
        <w:br/>
        <w:t>Душе (якщо я маю душу),&lt;br /&gt;</w:t>
        <w:br/>
        <w:t>Яка непереможна ти!&lt;br /&gt;</w:t>
        <w:br/>
        <w:t>* * *&lt;br /&gt;</w:t>
        <w:br/>
        <w:t>Душе моя! Ти знов стоїш на грані...&lt;br /&gt;</w:t>
        <w:br/>
        <w:t>А далі — мандрів марево бліде...&lt;br /&gt;</w:t>
        <w:br/>
        <w:t>А де ж твій затишок? Віконні де герані?&lt;br /&gt;</w:t>
        <w:br/>
        <w:t>Сон пообідній де?&lt;br /&gt;</w:t>
        <w:br/>
        <w:t>Зваж! Не хапайсь! Збагни найбільшу міру&lt;br /&gt;</w:t>
        <w:br/>
        <w:t>Утоми й виснаги в дорозі... Самоту&lt;br /&gt;</w:t>
        <w:br/>
        <w:t>І куряву суху і сіру —&lt;br /&gt;</w:t>
        <w:br/>
        <w:t>Мандрівницьку супутницю оту!&lt;br /&gt;</w:t>
        <w:br/>
        <w:t>А тут дивися: затишок... герані...&lt;br /&gt;</w:t>
        <w:br/>
        <w:t>Енциклопедія напохваті, — мандруй!&lt;br /&gt;</w:t>
        <w:br/>
        <w:t>(Щоб знов не стала ти, бува, на грані,&lt;br /&gt;</w:t>
        <w:br/>
        <w:t>Що починає мандри і... хандру...)&lt;br /&gt;</w:t>
        <w:br/>
        <w:t>Душе моя! Ти знов стоїш на грані!&lt;br /&gt;</w:t>
        <w:br/>
        <w:t>* * *&lt;br /&gt;</w:t>
        <w:br/>
        <w:t>Даремно шукаю розради&lt;br /&gt;</w:t>
        <w:br/>
        <w:t>Під сінню твоєю, природо!&lt;br /&gt;</w:t>
        <w:br/>
        <w:t>Твої голоси невмирущі —&lt;br /&gt;</w:t>
        <w:br/>
        <w:t>І шум молодої діброви,&lt;br /&gt;</w:t>
        <w:br/>
        <w:t>І степу ранкового шепіт,&lt;br /&gt;</w:t>
        <w:br/>
        <w:t>І гуркіт правічного моря —&lt;br /&gt;</w:t>
        <w:br/>
        <w:t>Уже не здолають, як перше,&lt;br /&gt;</w:t>
        <w:br/>
        <w:t>Той голос на мить заглушити,&lt;br /&gt;</w:t>
        <w:br/>
        <w:t>Що в серці своєму вчуваю!&lt;br /&gt;</w:t>
        <w:br/>
        <w:t>Як свідок уже неуважний,&lt;br /&gt;</w:t>
        <w:br/>
        <w:t>Як гість, що давно загостився,&lt;br /&gt;</w:t>
        <w:br/>
        <w:t>Не раз уже чуване чую...&lt;br /&gt;</w:t>
        <w:br/>
        <w:t>І тільки той голос суворий,&lt;br /&gt;</w:t>
        <w:br/>
        <w:t>Що в серці своїм наслухаю,&lt;br /&gt;</w:t>
        <w:br/>
        <w:t>Що й чути його не хотів би,&lt;br /&gt;</w:t>
        <w:br/>
        <w:t>Мені одинока розрада!&lt;br /&gt;</w:t>
        <w:br/>
        <w:t>* * *&lt;br /&gt;</w:t>
        <w:br/>
        <w:t>Знесилений, німий, бездушний майже&lt;br /&gt;</w:t>
        <w:br/>
        <w:t>Я впав тобі до ніг... Збагни — і тям.&lt;br /&gt;</w:t>
        <w:br/>
        <w:t>Ти переміг. Ти подолав. Так дай же&lt;br /&gt;</w:t>
        <w:br/>
        <w:t>Уславити поразку небуттям!&lt;br /&gt;</w:t>
        <w:br/>
        <w:t>Рази мене, одчаю мій! — Будь чесний!&lt;br /&gt;</w:t>
        <w:br/>
        <w:t>Ти ж не минешся, хоч і час мине...&lt;br /&gt;</w:t>
        <w:br/>
        <w:t>Ти переміг! Усі майбутні весни&lt;br /&gt;</w:t>
        <w:br/>
        <w:t>Не оживлять мене!&lt;br /&gt;</w:t>
        <w:br/>
        <w:t>Гряди ж! Рази! Я ниць тебе стрічаю.&lt;br /&gt;</w:t>
        <w:br/>
        <w:t>Ти переміг! Ти переміг, одчаю!&lt;br /&gt;</w:t>
        <w:br/>
        <w:t>* * *&lt;br /&gt;</w:t>
        <w:br/>
        <w:t>Суди мене судом твоїм суворим.&lt;br /&gt;</w:t>
        <w:br/>
        <w:t>Сучаснику! — Нащадки безсторонні&lt;br /&gt;</w:t>
        <w:br/>
        <w:t>Простять мені і помилки, й вагання.&lt;br /&gt;</w:t>
        <w:br/>
        <w:t>І пізній сум, і радість передчасну, —&lt;br /&gt;</w:t>
        <w:br/>
        <w:t>Їм промовлятиме моя спокійна щирість.&lt;br /&gt;</w:t>
        <w:br/>
        <w:t>II&lt;br /&gt;</w:t>
        <w:br/>
        <w:t>* * *&lt;br /&gt;</w:t>
        <w:br/>
        <w:t>В листопаді, місяці тихім,&lt;br /&gt;</w:t>
        <w:br/>
        <w:t>Елоїза прияла мир, —&lt;br /&gt;</w:t>
        <w:br/>
        <w:t>Абелярове мертве тіло&lt;br /&gt;</w:t>
        <w:br/>
        <w:t>Наближалось під Параклет.&lt;br /&gt;</w:t>
        <w:br/>
        <w:t>Довершився подвиг любові,&lt;br /&gt;</w:t>
        <w:br/>
        <w:t>Що кохання перебула...&lt;br /&gt;</w:t>
        <w:br/>
        <w:t>— О, возлюблений! Серцем чистим&lt;br /&gt;</w:t>
        <w:br/>
        <w:t>Зустрічаю тебе!&lt;br /&gt;</w:t>
        <w:br/>
        <w:t>І, як повну по вінця чашу,&lt;br /&gt;</w:t>
        <w:br/>
        <w:t>Я підношу д'горі його —&lt;br /&gt;</w:t>
        <w:br/>
        <w:t>Видить небо, і бачать люди&lt;br /&gt;</w:t>
        <w:br/>
        <w:t>Невгасиму рану мою!&lt;br /&gt;</w:t>
        <w:br/>
        <w:t>Бо — возлюблений! — легко в душах&lt;br /&gt;</w:t>
        <w:br/>
        <w:t>Нести муку любові нам.&lt;br /&gt;</w:t>
        <w:br/>
        <w:t>Але з тіла, що догорає,&lt;br /&gt;</w:t>
        <w:br/>
        <w:t>Хто кохання зніме тягар!&lt;br /&gt;</w:t>
        <w:br/>
        <w:t>...І тремтіла жовтава свічка&lt;br /&gt;</w:t>
        <w:br/>
        <w:t>У блідій восковій руці,&lt;br /&gt;</w:t>
        <w:br/>
        <w:t>Як востаннє стрінувши мужа,&lt;br /&gt;</w:t>
        <w:br/>
        <w:t>Елоїза втратила мир...&lt;br /&gt;</w:t>
        <w:br/>
        <w:t>* * *&lt;br /&gt;</w:t>
        <w:br/>
        <w:t>Фрідріху, чим не Орфей ти?&lt;br /&gt;</w:t>
        <w:br/>
        <w:t>Клякнуть навколо ж усі,&lt;br /&gt;</w:t>
        <w:br/>
        <w:t>Скоро візьмешся до флейти,&lt;br /&gt;</w:t>
        <w:br/>
        <w:t>Смерком у Сан-Сусі...&lt;br /&gt;</w:t>
        <w:br/>
        <w:t>Ніжне яке піано!&lt;br /&gt;</w:t>
        <w:br/>
        <w:t>Раз-два-три... раз-два-раз...&lt;br /&gt;</w:t>
        <w:br/>
        <w:t>Вищим натурам лиш дано&lt;br /&gt;</w:t>
        <w:br/>
        <w:t>Творчий пізнати екстаз!&lt;br /&gt;</w:t>
        <w:br/>
        <w:t>Слухай, Вольтере! Слухай!&lt;br /&gt;</w:t>
        <w:br/>
        <w:t>Друг бо твій з тих музик,&lt;br /&gt;</w:t>
        <w:br/>
        <w:t>Хто неслухняним вуха&lt;br /&gt;</w:t>
        <w:br/>
        <w:t>Боляче скубти звик!&lt;br /&gt;</w:t>
        <w:br/>
        <w:t>Чуєш, яке взяв fortе?&lt;br /&gt;</w:t>
        <w:br/>
        <w:t>Люди! Людці... Людва!&lt;br /&gt;</w:t>
        <w:br/>
        <w:t>...К чорту, Вольтере — чорте!&lt;br /&gt;</w:t>
        <w:br/>
        <w:t>...Ать! Два!&lt;br /&gt;</w:t>
        <w:br/>
        <w:t>* * *&lt;br /&gt;</w:t>
        <w:br/>
        <w:t>Ходить... все ходить... Забувшись. Забутий.&lt;br /&gt;</w:t>
        <w:br/>
        <w:t>Рипить під ногами настил жорстви...&lt;br /&gt;</w:t>
        <w:br/>
        <w:t>Принце, вам нудно! Вагаєтесь ви, —&lt;br /&gt;</w:t>
        <w:br/>
        <w:t>Буть чи не бути?&lt;br /&gt;</w:t>
        <w:br/>
        <w:t>Господи — Боже! Которий вік!?&lt;br /&gt;</w:t>
        <w:br/>
        <w:t>Принце, повірте мені, — забагато!&lt;br /&gt;</w:t>
        <w:br/>
        <w:t>...Кажуть, ви стали фашистом... (sіс!)&lt;br /&gt;</w:t>
        <w:br/>
        <w:t>(Бажан, сторінка така-то).&lt;br /&gt;</w:t>
        <w:br/>
        <w:t>Принце, візьміть себе в руки! Ну!&lt;br /&gt;</w:t>
        <w:br/>
        <w:t>Швидше продовжте монолог забутий!&lt;br /&gt;</w:t>
        <w:br/>
        <w:t>...Господи — Боже! Ніяк не збагну, —&lt;br /&gt;</w:t>
        <w:br/>
        <w:t>Буть чи не бути?&lt;br /&gt;</w:t>
        <w:br/>
        <w:t>* * *&lt;br /&gt;</w:t>
        <w:br/>
        <w:t>Подолано упертість Ізабелли,&lt;br /&gt;</w:t>
        <w:br/>
        <w:t>Довершено змагання многих літ,&lt;br /&gt;</w:t>
        <w:br/>
        <w:t>І от Колумб виводить каравели&lt;br /&gt;</w:t>
        <w:br/>
        <w:t>Здійснити мрію і створити міт.&lt;br /&gt;</w:t>
        <w:br/>
        <w:t>Діб сімдесят пливуть вони. Пустелі&lt;br /&gt;</w:t>
        <w:br/>
        <w:t>Незнаних вид то ясні, то мрякі...&lt;br /&gt;</w:t>
        <w:br/>
        <w:t>Невже ж брехня і мапа Тосканеллі&lt;br /&gt;</w:t>
        <w:br/>
        <w:t>І здогади бувалих моряків?&lt;br /&gt;</w:t>
        <w:br/>
        <w:t>Невже шляхів до Індії немає?&lt;br /&gt;</w:t>
        <w:br/>
        <w:t>Невже ганьба їх подвигу й труду?&lt;br /&gt;</w:t>
        <w:br/>
        <w:t>І море це ніде не підіймає&lt;br /&gt;</w:t>
        <w:br/>
        <w:t>З безодень темних землю молоду?&lt;br /&gt;</w:t>
        <w:br/>
        <w:t>Та проліта в смерковому міражі&lt;br /&gt;</w:t>
        <w:br/>
        <w:t>Землі близької вісник, голуб сиз! –&lt;br /&gt;</w:t>
        <w:br/>
        <w:t>І вже дзвенить в подертім такелажі&lt;br /&gt;</w:t>
        <w:br/>
        <w:t>Легенький, пряний, відбережний бриз.&lt;br /&gt;</w:t>
        <w:br/>
        <w:t>Земля! Земля! Прочувані країни!&lt;br /&gt;</w:t>
        <w:br/>
        <w:t>Вони знайшлись! По слову! Румб у румб!&lt;br /&gt;</w:t>
        <w:br/>
        <w:t>Що то вагання, голод, глум і кпини, —&lt;br /&gt;</w:t>
        <w:br/>
        <w:t>Довершено! Колумб!&lt;br /&gt;</w:t>
        <w:br/>
        <w:t>Колумб!&lt;br /&gt;</w:t>
        <w:br/>
        <w:t>Колумб!&lt;br /&gt;</w:t>
        <w:br/>
        <w:t>І він виходить і салют приймає&lt;br /&gt;</w:t>
        <w:br/>
        <w:t>На честь відваги, мудрості й снаги...&lt;br /&gt;</w:t>
        <w:br/>
        <w:t>...І Індію відкривши, обіймає&lt;br /&gt;</w:t>
        <w:br/>
        <w:t>Америки якоїсь береги...&lt;br /&gt;</w:t>
        <w:br/>
        <w:t>* * *&lt;br /&gt;</w:t>
        <w:br/>
        <w:t>На широкім ведеться світі:&lt;br /&gt;</w:t>
        <w:br/>
        <w:t>Пожадане щастя — ген-ген!&lt;br /&gt;</w:t>
        <w:br/>
        <w:t>...Так прийшов на щасливі Таїті&lt;br /&gt;</w:t>
        <w:br/>
        <w:t>Нещасливий Гоген.&lt;br /&gt;</w:t>
        <w:br/>
        <w:t>Ось він — світ, що душа жадала. —&lt;br /&gt;</w:t>
        <w:br/>
        <w:t>Споконвічний простоти край!&lt;br /&gt;</w:t>
        <w:br/>
        <w:t>...Вістрям пензля, мов лезом кинджала,&lt;br /&gt;</w:t>
        <w:br/>
        <w:t>Серце власне тамуй і край!&lt;br /&gt;</w:t>
        <w:br/>
        <w:t>Ось вона — глибина остання,&lt;br /&gt;</w:t>
        <w:br/>
        <w:t>Всіх чуттів первина!&lt;br /&gt;</w:t>
        <w:br/>
        <w:t>...Повертає він з полювання...&lt;br /&gt;</w:t>
        <w:br/>
        <w:t>Зустрічає його вона...&lt;br /&gt;</w:t>
        <w:br/>
        <w:t>Достигають плоди і строки...&lt;br /&gt;</w:t>
        <w:br/>
        <w:t>Невблаганна старість іде...&lt;br /&gt;</w:t>
        <w:br/>
        <w:t>Світе тихий! Світе широкий!&lt;br /&gt;</w:t>
        <w:br/>
        <w:t>Ложе людей!&lt;br /&gt;</w:t>
        <w:br/>
        <w:t>Прозрівай! Прозирай, Гогене!&lt;br /&gt;</w:t>
        <w:br/>
        <w:t>Ти — на грані. Ти — сам. Твори!&lt;br /&gt;</w:t>
        <w:br/>
        <w:t>О, прозріння благословенне,&lt;br /&gt;</w:t>
        <w:br/>
        <w:t>На межі нової пори!&lt;br /&gt;</w:t>
        <w:br/>
        <w:t>Просявай же обрії дальні!&lt;br /&gt;</w:t>
        <w:br/>
        <w:t>...а коли догориш —&lt;br /&gt;</w:t>
        <w:br/>
        <w:t>Він повісить тебе в їдальні,&lt;br /&gt;</w:t>
        <w:br/>
        <w:t>Неминучий Париж...&lt;br /&gt;</w:t>
        <w:br/>
        <w:t>І, очиці мружачи ситі,&lt;br /&gt;</w:t>
        <w:br/>
        <w:t>Позіхатиме, — vоіlа!&lt;br /&gt;</w:t>
        <w:br/>
        <w:t>...Золоті, далекі Таїті...&lt;br /&gt;</w:t>
        <w:br/>
        <w:t>Заповітна земля!..&lt;br /&gt;</w:t>
        <w:br/>
        <w:t>* * *&lt;br /&gt;</w:t>
        <w:br/>
        <w:t>Щасливого дня, проминувши атоли,&lt;br /&gt;</w:t>
        <w:br/>
        <w:t>Я став на найдальшім з усіх островів,&lt;br /&gt;</w:t>
        <w:br/>
        <w:t>І древній дикун, шоколадний і голий,&lt;br /&gt;</w:t>
        <w:br/>
        <w:t>Мене на узліссі священнім зустрів...&lt;br /&gt;</w:t>
        <w:br/>
        <w:t>І довго ми йшли з ним, все вище, все вгору;&lt;br /&gt;</w:t>
        <w:br/>
        <w:t>Аж доки той острів під ноги нам ліг —&lt;br /&gt;</w:t>
        <w:br/>
        <w:t>Прекрасний уламок того світотвору,&lt;br /&gt;</w:t>
        <w:br/>
        <w:t>Що знаний з казок і незнаних ще книг.&lt;br /&gt;</w:t>
        <w:br/>
        <w:t>На вітах веселі гойдалися мавпи,&lt;br /&gt;</w:t>
        <w:br/>
        <w:t>Чіпкими хвостами керуючи літ&lt;br /&gt;</w:t>
        <w:br/>
        <w:t>(Я хисту такого ніколи не мав би,&lt;br /&gt;</w:t>
        <w:br/>
        <w:t>Хоч би й народивсь перед безліччю літ!)&lt;br /&gt;</w:t>
        <w:br/>
        <w:t>Приходили звірі, ласкаві і милі&lt;br /&gt;</w:t>
        <w:br/>
        <w:t>(Які? — всі учені сказать не змогли б!),&lt;br /&gt;</w:t>
        <w:br/>
        <w:t>І тихі на берег виносили хвилі&lt;br /&gt;</w:t>
        <w:br/>
        <w:t>Барвистих, мов квіти, небачених риб;&lt;br /&gt;</w:t>
        <w:br/>
        <w:t>Хилились під ноги нетоптані трави...&lt;br /&gt;</w:t>
        <w:br/>
        <w:t>І тут, пам'ятаю... так, наче крізь сон:&lt;br /&gt;</w:t>
        <w:br/>
        <w:t>На древі пізнання трикутник яскравий&lt;br /&gt;</w:t>
        <w:br/>
        <w:t>Плакат "Не топтати газон!".&lt;br /&gt;</w:t>
        <w:br/>
        <w:t>І згодом, вже стоячи знову на бригу,&lt;br /&gt;</w:t>
        <w:br/>
        <w:t>Що навіть для віршів давно застарів,&lt;br /&gt;</w:t>
        <w:br/>
        <w:t>Я сумно дивився в ту згорнуту книгу,&lt;br /&gt;</w:t>
        <w:br/>
        <w:t>Де зник цей найкращий з усіх островів!&lt;br /&gt;</w:t>
        <w:br/>
        <w:t>* * *&lt;br /&gt;</w:t>
        <w:br/>
        <w:t>Гладкого Панчо (прошу вас, не Панча!)&lt;br /&gt;</w:t>
        <w:br/>
        <w:t>Кощава тiнь, видима i вночi,&lt;br /&gt;</w:t>
        <w:br/>
        <w:t>Вiн помилявся тяжко, дон з Ламанча,&lt;br /&gt;</w:t>
        <w:br/>
        <w:t>Уявне за реальнiсть беручи;&lt;br /&gt;</w:t>
        <w:br/>
        <w:t>Але ж довiв, на жаль, на власнiй шкурi,&lt;br /&gt;</w:t>
        <w:br/>
        <w:t>Із безлiчi можливих iстин ту,&lt;br /&gt;</w:t>
        <w:br/>
        <w:t>Що помилки — бодай в лiтературi —&lt;br /&gt;</w:t>
        <w:br/>
        <w:t>Прекраснiшi за всяку правоту!&lt;br /&gt;</w:t>
        <w:br/>
        <w:t>III&lt;br /&gt;</w:t>
        <w:br/>
        <w:t>* * *&lt;br /&gt;</w:t>
        <w:br/>
        <w:t>Ах, флейти голос над рікою —&lt;br /&gt;</w:t>
        <w:br/>
        <w:t>Цей синій день, і даль, і ти!&lt;br /&gt;</w:t>
        <w:br/>
        <w:t>З тобою, світлою такою,&lt;br /&gt;</w:t>
        <w:br/>
        <w:t>Як голос флейти над рікою,&lt;br /&gt;</w:t>
        <w:br/>
        <w:t>Так легко навмання пливти.&lt;br /&gt;</w:t>
        <w:br/>
        <w:t>Пускай же човна за водою&lt;br /&gt;</w:t>
        <w:br/>
        <w:t>В роздолля синявого дня!&lt;br /&gt;</w:t>
        <w:br/>
        <w:t>Це ж захват — бути молодою;&lt;br /&gt;</w:t>
        <w:br/>
        <w:t>Це ж спокій — плисти за водою;&lt;br /&gt;</w:t>
        <w:br/>
        <w:t>Це ж безум — жити навмання!&lt;br /&gt;</w:t>
        <w:br/>
        <w:t>* * *&lt;br /&gt;</w:t>
        <w:br/>
        <w:t>Суха й тендітна лінія плеча,&lt;br /&gt;</w:t>
        <w:br/>
        <w:t>І ліктів — по-дитячи гостра;&lt;br /&gt;</w:t>
        <w:br/>
        <w:t>А вже не раз я нишком помічав, —&lt;br /&gt;</w:t>
        <w:br/>
        <w:t>Очей цікавість і непевний острах&lt;br /&gt;</w:t>
        <w:br/>
        <w:t>Враз вибухають викликом, і сміх&lt;br /&gt;</w:t>
        <w:br/>
        <w:t>Вуста торкає...&lt;br /&gt;</w:t>
        <w:br/>
        <w:t>— Дівчино, ти — жінка!&lt;br /&gt;</w:t>
        <w:br/>
        <w:t>* * *&lt;br /&gt;</w:t>
        <w:br/>
        <w:t>Не чуючи, перебирала ти&lt;br /&gt;</w:t>
        <w:br/>
        <w:t>Пожовклі клавіші, задумана й тривожна;&lt;br /&gt;</w:t>
        <w:br/>
        <w:t>Здавалося, гукни тобі: — Лети! —&lt;br /&gt;</w:t>
        <w:br/>
        <w:t>І повернути вже не можна!&lt;br /&gt;</w:t>
        <w:br/>
        <w:t>Та з того, як здригалася рука,&lt;br /&gt;</w:t>
        <w:br/>
        <w:t>Як інколи стеналась вся ти,&lt;br /&gt;</w:t>
        <w:br/>
        <w:t>Я зрозумів, що, скільки не гукай —&lt;br /&gt;</w:t>
        <w:br/>
        <w:t>Ти розучилася літати!&lt;br /&gt;</w:t>
        <w:br/>
        <w:t>* * *&lt;br /&gt;</w:t>
        <w:br/>
        <w:t>Як він спустів, садок, де я колись&lt;br /&gt;</w:t>
        <w:br/>
        <w:t>Наваживсь вперше вимовити: — Люба!&lt;br /&gt;</w:t>
        <w:br/>
        <w:t>Альтанка зникла. Дерном узялись&lt;br /&gt;</w:t>
        <w:br/>
        <w:t>Стежки колишні. Пень старого дуба&lt;br /&gt;</w:t>
        <w:br/>
        <w:t>Стирчить самотньо...&lt;br /&gt;</w:t>
        <w:br/>
        <w:t>Ні, не пізнаю&lt;br /&gt;</w:t>
        <w:br/>
        <w:t>Картин знайомих, — це буття зелене!&lt;br /&gt;</w:t>
        <w:br/>
        <w:t>...Немов хтось інший молодість мою&lt;br /&gt;</w:t>
        <w:br/>
        <w:t>Переживав за мене...&lt;br /&gt;</w:t>
        <w:br/>
        <w:t>* * *&lt;br /&gt;</w:t>
        <w:br/>
        <w:t>Місток замшілий і хисткий,&lt;br /&gt;</w:t>
        <w:br/>
        <w:t>І верби в березі, і мальви,&lt;br /&gt;</w:t>
        <w:br/>
        <w:t>Яку мені відкрили даль ви&lt;br /&gt;</w:t>
        <w:br/>
        <w:t>Давно забуту: пелюстки&lt;br /&gt;</w:t>
        <w:br/>
        <w:t>Вуст ще дитячих, душу чисту,&lt;br /&gt;</w:t>
        <w:br/>
        <w:t>І першу зустріч, і любов —&lt;br /&gt;</w:t>
        <w:br/>
        <w:t>Усе, що пережити знов&lt;br /&gt;</w:t>
        <w:br/>
        <w:t>Нам не до хисту!&lt;br /&gt;</w:t>
        <w:br/>
        <w:t>* * *&lt;br /&gt;</w:t>
        <w:br/>
        <w:t>Обутріло. В неяснім сірім світлі&lt;br /&gt;</w:t>
        <w:br/>
        <w:t>Твоє обличчя дивне і чуже...&lt;br /&gt;</w:t>
        <w:br/>
        <w:t>Цей профіль ніжний, щоки ці поблідлі-&lt;br /&gt;</w:t>
        <w:br/>
        <w:t>Твої невже?&lt;br /&gt;</w:t>
        <w:br/>
        <w:t>Гаряча пристрасть, втома й сон глибокий,-&lt;br /&gt;</w:t>
        <w:br/>
        <w:t>Вони мов стерли з рис твоїх всі ті,&lt;br /&gt;</w:t>
        <w:br/>
        <w:t>Що я пізнав крізь зустрічі і роки&lt;br /&gt;</w:t>
        <w:br/>
        <w:t>У повсякденній суєті!&lt;br /&gt;</w:t>
        <w:br/>
        <w:t>І ось тепер я наче вперше бачу&lt;br /&gt;</w:t>
        <w:br/>
        <w:t>Усю тебе, незнану і чужу...&lt;br /&gt;</w:t>
        <w:br/>
        <w:t>...Так чий же сон і усмішку дитячу&lt;br /&gt;</w:t>
        <w:br/>
        <w:t>Я біля цього ліжка стережу?&lt;br /&gt;</w:t>
        <w:br/>
        <w:t>* * *&lt;br /&gt;</w:t>
        <w:br/>
        <w:t>Мовчи! Я знаю. За всіма словами –&lt;br /&gt;</w:t>
        <w:br/>
        <w:t>Холодний смерк, спустошені сади...&lt;br /&gt;</w:t>
        <w:br/>
        <w:t>Це наша пристрасть стала поміж нами,&lt;br /&gt;</w:t>
        <w:br/>
        <w:t>Нас розлучаючи назавсігди!&lt;br /&gt;</w:t>
        <w:br/>
        <w:t>Шалій, шалій, від розпачу сп'янілий!&lt;br /&gt;</w:t>
        <w:br/>
        <w:t>Що розпач той? Річ марна і пуста!&lt;br /&gt;</w:t>
        <w:br/>
        <w:t>...Як пізно ми серця свої спинили!&lt;br /&gt;</w:t>
        <w:br/>
        <w:t>…Як роз'єднали рано ми вуста!&lt;br /&gt;</w:t>
        <w:br/>
        <w:t>О, друже мій! Останні трачу сили,&lt;br /&gt;</w:t>
        <w:br/>
        <w:t>В країні тій уявній живучи,&lt;br /&gt;</w:t>
        <w:br/>
        <w:t>Де образ твій, утрачений і милий,&lt;br /&gt;</w:t>
        <w:br/>
        <w:t>Де голос твій... Мовчи!&lt;br /&gt;</w:t>
        <w:br/>
        <w:t>Мовчи! Мовчи!&lt;br /&gt;</w:t>
        <w:br/>
        <w:t>* * *&lt;br /&gt;</w:t>
        <w:br/>
        <w:t>Порожній берег моря... Вал шумкий,&lt;br /&gt;</w:t>
        <w:br/>
        <w:t>Спадаючи, гуркоче рінню стиха...&lt;br /&gt;</w:t>
        <w:br/>
        <w:t>Слідом за ним спадають і думки...&lt;br /&gt;</w:t>
        <w:br/>
        <w:t>Це — втіха.&lt;br /&gt;</w:t>
        <w:br/>
        <w:t>...Ой море, море! Шуме голубий!&lt;br /&gt;</w:t>
        <w:br/>
        <w:t>Як мало треба, як багато можна...&lt;br /&gt;</w:t>
        <w:br/>
        <w:t>Мов океан, шумить хвилина кожна;&lt;br /&gt;</w:t>
        <w:br/>
        <w:t>Усе життя, мов бризку, загуби!&lt;br /&gt;</w:t>
        <w:br/>
        <w:t>Дивись, у нім уся веселка грала,-&lt;br /&gt;</w:t>
        <w:br/>
        <w:t>А де воно, піщинка золота,&lt;br /&gt;</w:t>
        <w:br/>
        <w:t>Блискуча дрібка мертвого корала?&lt;br /&gt;</w:t>
        <w:br/>
        <w:t>...Пустинний берег моря... Самота.&lt;br /&gt;</w:t>
        <w:br/>
        <w:t>* * *&lt;br /&gt;</w:t>
        <w:br/>
        <w:t>Знов за вікном осіння тиха мжичка...&lt;br /&gt;</w:t>
        <w:br/>
        <w:t>Знов у палаті сірий смерк розквіт...&lt;br /&gt;</w:t>
        <w:br/>
        <w:t>Нудьгуй, нудьгуй... Розвага невеличка —&lt;br /&gt;</w:t>
        <w:br/>
        <w:t>Задавнений плеврит!&lt;br /&gt;</w:t>
        <w:br/>
        <w:t>Замкнувся світ в малім і тіснім колі, —&lt;br /&gt;</w:t>
        <w:br/>
        <w:t>Хоч як дивись, лишилося нас три:&lt;br /&gt;</w:t>
        <w:br/>
        <w:t>Я сам та біль (над всі духовні болі!),&lt;br /&gt;</w:t>
        <w:br/>
        <w:t>Та заспокійливий халат сестри...&lt;br /&gt;</w:t>
        <w:br/>
        <w:t>Ну, що ж! Гаразд! Лежи, ковтай мікстуру&lt;br /&gt;</w:t>
        <w:br/>
        <w:t>Та грій термометра швидку і бистру ртуть...&lt;br /&gt;</w:t>
        <w:br/>
        <w:t>Та тіш себе (з нудьги, з жаху чи здуру),&lt;br /&gt;</w:t>
        <w:br/>
        <w:t>Що все відміниться, хай тільки бік натруть!&lt;br /&gt;</w:t>
        <w:br/>
        <w:t>* * *&lt;br /&gt;</w:t>
        <w:br/>
        <w:t>Ваш такий наївний погляд&lt;br /&gt;</w:t>
        <w:br/>
        <w:t>І широкий сукні викот&lt;br /&gt;</w:t>
        <w:br/>
        <w:t>Так настроїли поета&lt;br /&gt;</w:t>
        <w:br/>
        <w:t>На високий лад ліричний,&lt;br /&gt;</w:t>
        <w:br/>
        <w:t>Що я міг би дуже довго&lt;br /&gt;</w:t>
        <w:br/>
        <w:t>(І півголосом, звичайно)&lt;br /&gt;</w:t>
        <w:br/>
        <w:t>Говорити про велику&lt;br /&gt;</w:t>
        <w:br/>
        <w:t>Душ спорідненість прекрасну,&lt;br /&gt;</w:t>
        <w:br/>
        <w:t>Про Любов і про Страждання&lt;br /&gt;</w:t>
        <w:br/>
        <w:t>(Все з великих літер, прошу),&lt;br /&gt;</w:t>
        <w:br/>
        <w:t>Тут, до речі, натякнувши&lt;br /&gt;</w:t>
        <w:br/>
        <w:t>На цинізм часів останніх!&lt;br /&gt;</w:t>
        <w:br/>
        <w:t>Ах, я міг би дуже щиро&lt;br /&gt;</w:t>
        <w:br/>
        <w:t>Говорити про ці речі,&lt;br /&gt;</w:t>
        <w:br/>
        <w:t>Коли б нудно не було нам&lt;br /&gt;</w:t>
        <w:br/>
        <w:t>Вже затверджене твердити!&lt;br /&gt;</w:t>
        <w:br/>
        <w:t>Тим-то, з виглядом чекання,&lt;br /&gt;</w:t>
        <w:br/>
        <w:t>Тільки мовчки я дивився&lt;br /&gt;</w:t>
        <w:br/>
        <w:t>У наївні Ваші очі,&lt;br /&gt;</w:t>
        <w:br/>
        <w:t>На широкий сукні викот...&lt;br /&gt;</w:t>
        <w:br/>
        <w:t>* * *&lt;br /&gt;</w:t>
        <w:br/>
        <w:t>Одноманітно і звичайно&lt;br /&gt;</w:t>
        <w:br/>
        <w:t>Кінчалось літо. Рад не рад —&lt;br /&gt;</w:t>
        <w:br/>
        <w:t>Що це міняє? Зустрічай-но&lt;br /&gt;</w:t>
        <w:br/>
        <w:t>Переходовий листопад!&lt;br /&gt;</w:t>
        <w:br/>
        <w:t>І горблячи відвиклу спину&lt;br /&gt;</w:t>
        <w:br/>
        <w:t>В обіймах теплого пальта,&lt;br /&gt;</w:t>
        <w:br/>
        <w:t>Нудливий запах нафталіну&lt;br /&gt;</w:t>
        <w:br/>
        <w:t>Як матіоли дух, ковтай;&lt;br /&gt;</w:t>
        <w:br/>
        <w:t>І нишком починай про весну&lt;br /&gt;</w:t>
        <w:br/>
        <w:t>Якусь віршову канітіль,&lt;br /&gt;</w:t>
        <w:br/>
        <w:t>Може таку ж неінтересну,&lt;br /&gt;</w:t>
        <w:br/>
        <w:t>Не варту часу і зусиль,&lt;br /&gt;</w:t>
        <w:br/>
        <w:t>Як і закінчене допіру&lt;br /&gt;</w:t>
        <w:br/>
        <w:t>Порожнє літо... Рад, не рад, —&lt;br /&gt;</w:t>
        <w:br/>
        <w:t>На лад весінній строїть ліру&lt;br /&gt;</w:t>
        <w:br/>
        <w:t>Передзимовий листопад...&lt;br /&gt;</w:t>
        <w:br/>
        <w:t>* * *&lt;br /&gt;</w:t>
        <w:br/>
        <w:t>Вона зійшла до моря. Хто вона,&lt;br /&gt;</w:t>
        <w:br/>
        <w:t>Навіть самій їй байдуже віднині.&lt;br /&gt;</w:t>
        <w:br/>
        <w:t>...Хіба ж не всі ми — єдності луна&lt;br /&gt;</w:t>
        <w:br/>
        <w:t>В скороминущій і пустій відміні?&lt;br /&gt;</w:t>
        <w:br/>
        <w:t>Лінивий рух — і ось під ноги ліг&lt;br /&gt;</w:t>
        <w:br/>
        <w:t>Прозорий вінчик — кинута намітка,&lt;br /&gt;</w:t>
        <w:br/>
        <w:t>І на стрункім стеблі високих ніг&lt;br /&gt;</w:t>
        <w:br/>
        <w:t>Цвіте жарка, важка і повна квітка —&lt;br /&gt;</w:t>
        <w:br/>
        <w:t>Спокійний торс, незаймано-нагий!&lt;br /&gt;</w:t>
        <w:br/>
        <w:t>Спадає вал... Німують береги...&lt;br /&gt;</w:t>
        <w:br/>
        <w:t>І знову плеск... І затихає знову...&lt;br /&gt;</w:t>
        <w:br/>
        <w:t>То пальцями рожевої ноги&lt;br /&gt;</w:t>
        <w:br/>
        <w:t>Вона вгамовує безодню бірюзову.&lt;br /&gt;</w:t>
        <w:br/>
        <w:t>І відкрива обійми їй свої&lt;br /&gt;</w:t>
        <w:br/>
        <w:t>Ця велич вод, усім вітрам відкрита,-&lt;br /&gt;</w:t>
        <w:br/>
        <w:t>Здається, повертає Афродіта&lt;br /&gt;</w:t>
        <w:br/>
        <w:t>У білий шум, що породив її.&lt;br /&gt;</w:t>
        <w:br/>
        <w:t>* * *&lt;br /&gt;</w:t>
        <w:br/>
        <w:t>— Вашу карту бито! — Звичним рухом&lt;br /&gt;</w:t>
        <w:br/>
        <w:t>Банкомет згрібає папірці... —&lt;br /&gt;</w:t>
        <w:br/>
        <w:t>Вам — кінець. — Та хай не ріже вухо&lt;br /&gt;</w:t>
        <w:br/>
        <w:t>Голос цей, І живчик на руці&lt;br /&gt;</w:t>
        <w:br/>
        <w:t>Не тремтить помітніше від того!&lt;br /&gt;</w:t>
        <w:br/>
        <w:t>Це ж — ігра! І не болить нікого,&lt;br /&gt;</w:t>
        <w:br/>
        <w:t>Що один хтось виграв чи програв;&lt;br /&gt;</w:t>
        <w:br/>
        <w:t>Важно, щоб, кінчаючи, звільняв&lt;br /&gt;</w:t>
        <w:br/>
        <w:t>Місце для наступника свойого!&lt;br /&gt;</w:t>
        <w:br/>
        <w:t>* * *&lt;br /&gt;</w:t>
        <w:br/>
        <w:t>Хмари ці, такі безформні,&lt;br /&gt;</w:t>
        <w:br/>
        <w:t>Вечір цей, безбарвно світлий&lt;br /&gt;</w:t>
        <w:br/>
        <w:t>Все неначе мляві тіні&lt;br /&gt;</w:t>
        <w:br/>
        <w:t>В безгомінній порожнечі...&lt;br /&gt;</w:t>
        <w:br/>
        <w:t>Тихне голос... В'януть рухи...&lt;br /&gt;</w:t>
        <w:br/>
        <w:t>Сядь і сни, згорнувши руки...&lt;br /&gt;</w:t>
        <w:br/>
        <w:t>Ах, які безформні хмари!&lt;br /&gt;</w:t>
        <w:br/>
        <w:t>Ах, який безбарвний вечір!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Рівновага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