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Римській державі</w:t>
      </w:r>
    </w:p>
    <w:p>
      <w:r>
        <w:br/>
        <w:t xml:space="preserve"> O кораблю, вважай, знову помчать тебе&lt;br /&gt;</w:t>
        <w:br/>
        <w:t>В море хвилі буйні... Що ти?.. Вертай назад,&lt;br /&gt;</w:t>
        <w:br/>
        <w:t>Кидай якорі... Бачиш:&lt;br /&gt;</w:t>
        <w:br/>
        <w:t>Довгих весел уже нема,&lt;br /&gt;</w:t>
        <w:br/>
        <w:t>Зайві щогли твої бурею зламано,&lt;br /&gt;</w:t>
        <w:br/>
        <w:t>Снасті стогнуть-тріщать, ребра розхитані.&lt;br /&gt;</w:t>
        <w:br/>
        <w:t>Кіль твій ледве держиться&lt;br /&gt;</w:t>
        <w:br/>
        <w:t>Проти хижого тиску хвиль!&lt;br /&gt;</w:t>
        <w:br/>
        <w:t>Вже нема на тобі паруса цілого,&lt;br /&gt;</w:t>
        <w:br/>
        <w:t>Ні богів** над кермом, сильних заступників,&lt;br /&gt;</w:t>
        <w:br/>
        <w:t>Марно чванишся, ніби&lt;br /&gt;</w:t>
        <w:br/>
        <w:t>Ти — із кедра понтійського***,-&lt;br /&gt;</w:t>
        <w:br/>
        <w:t>Рід і титул тобі не допоможуть тут.&lt;br /&gt;</w:t>
        <w:br/>
        <w:t>Вже не вірить плавець кермі мальованій,-&lt;br /&gt;</w:t>
        <w:br/>
        <w:t>Бачить він: без опору&lt;br /&gt;</w:t>
        <w:br/>
        <w:t>Хвиля носить і б'є тебе.&lt;br /&gt;</w:t>
        <w:br/>
        <w:t>Ще недавно мені був ти огидливий,&lt;br /&gt;</w:t>
        <w:br/>
        <w:t>Нині сушиш мене болем, турботами.&lt;br /&gt;</w:t>
        <w:br/>
        <w:t>Стій, не йди, де нуртує&lt;br /&gt;</w:t>
        <w:br/>
        <w:t>Море серед зловісних скель!&lt;br /&gt;</w:t>
        <w:br/>
        <w:t>[* На алегоричний характер цього вірша вказував Квінтіліан (І в. н. є.): "Горацій говорить про корабель замість держави, про бурхливі хвилі замість громадської вій-ви, про гавань замість миру та згоди". Оду написано, очевидно, рр. 39-36, коли відновилася боротьба між Октавіаном Августом і Секстом Помпеем.]&lt;br /&gt;</w:t>
        <w:br/>
        <w:t>[** Статуї богів ва кормі корабля мали обороняти судно від напасті.]&lt;br /&gt;</w:t>
        <w:br/>
        <w:t>[*** Вонтійський — з південного узбережжя Чорного моря.]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Римській державі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