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Римська клоака</w:t>
      </w:r>
    </w:p>
    <w:p>
      <w:r>
        <w:br/>
        <w:t xml:space="preserve"> Ось ляда. Опустім драбину. Лізьмо в льох.&lt;br /&gt;</w:t>
        <w:br/>
        <w:t>Нехай там вартові під п'яний регіт шльох&lt;br /&gt;</w:t>
        <w:br/>
        <w:t>У кості ріжуться, костирники закляті;&lt;br /&gt;</w:t>
        <w:br/>
        <w:t>Нехай вигукують окличники горлаті,&lt;br /&gt;</w:t>
        <w:br/>
        <w:t>Що продається раб — нумідець або дак;&lt;br /&gt;</w:t>
        <w:br/>
        <w:t>Нехай між рундучків здіймають кавардак&lt;br /&gt;</w:t>
        <w:br/>
        <w:t>Ремісники міські й торговки підгородні,&lt;br /&gt;</w:t>
        <w:br/>
        <w:t>Прислів'я сиплючи не надто благородні,—&lt;br /&gt;</w:t>
        <w:br/>
        <w:t>Влізаймо. Ух, який відразливий цей склеп!&lt;br /&gt;</w:t>
        <w:br/>
        <w:t>Грязюка, й темрява, і випари, і леп,&lt;br /&gt;</w:t>
        <w:br/>
        <w:t>На стінах лепри струп і виразки-шпарути,&lt;br /&gt;</w:t>
        <w:br/>
        <w:t>Тарантулів кубло, леговище отрути;&lt;br /&gt;</w:t>
        <w:br/>
        <w:t>Страшна нора! А над склепінням угорі&lt;br /&gt;</w:t>
        <w:br/>
        <w:t>Синіє небо, й цирк ярує в дикій грі,&lt;br /&gt;</w:t>
        <w:br/>
        <w:t>Квадриги гуркотять по древніх брилах бруку.&lt;br /&gt;</w:t>
        <w:br/>
        <w:t>Там стільки гомону і гулу, грому й грюку!&lt;br /&gt;</w:t>
        <w:br/>
        <w:t>На форумі народ хвилюється давно,&lt;br /&gt;</w:t>
        <w:br/>
        <w:t>В Остійській пристані причалює судно;&lt;br /&gt;</w:t>
        <w:br/>
        <w:t>Скрізь арки висяться, а на стовпі окремім&lt;br /&gt;</w:t>
        <w:br/>
        <w:t>Божественні брати-близнята — Ромул з Ремом,&lt;br /&gt;</w:t>
        <w:br/>
        <w:t>Одне й друге маля вовчицю мідну ссе;&lt;br /&gt;</w:t>
        <w:br/>
        <w:t>А трохи далі Тібр свій тихий плин несе,&lt;br /&gt;</w:t>
        <w:br/>
        <w:t>Корови й буйволи ідуть до водопою,&lt;br /&gt;</w:t>
        <w:br/>
        <w:t>Із морд вода спада хрустальною крупою.&lt;br /&gt;</w:t>
        <w:br/>
        <w:t>У всі кінці біжать підземні хідники;&lt;br /&gt;</w:t>
        <w:br/>
        <w:t>Де-де проткнулися назовні душники,&lt;br /&gt;</w:t>
        <w:br/>
        <w:t>Смердючі та гидкі, а для свиней знадливі;&lt;br /&gt;</w:t>
        <w:br/>
        <w:t>Тут ріки буркотять по буйній літній зливі;&lt;br /&gt;</w:t>
        <w:br/>
        <w:t>I через щілини опівдні набіга&lt;br /&gt;</w:t>
        <w:br/>
        <w:t>Проміння сонячне, мов чарівна снага;&lt;br /&gt;</w:t>
        <w:br/>
        <w:t>Рябіє ген стіна, мов зебра та муруга,&lt;br /&gt;</w:t>
        <w:br/>
        <w:t>А далі зяє тьма, зловонна, осоруга;&lt;br /&gt;</w:t>
        <w:br/>
        <w:t>З долівки щось юшить, мов патока пливе.&lt;br /&gt;</w:t>
        <w:br/>
        <w:t>Пускае випоти каміння плитове;&lt;br /&gt;</w:t>
        <w:br/>
        <w:t>Вершать свої діла тут морок і зараза...&lt;br /&gt;</w:t>
        <w:br/>
        <w:t>Наскакує впрожог пацюк на дикобраза;&lt;br /&gt;</w:t>
        <w:br/>
        <w:t>Вужі звиваються, мов чорні блискавки;&lt;br /&gt;</w:t>
        <w:br/>
        <w:t>Ганчір'я й черепки, зацвілі стояки,&lt;br /&gt;</w:t>
        <w:br/>
        <w:t>Баюри в закутках, болотне жабуриння,&lt;br /&gt;</w:t>
        <w:br/>
        <w:t>Між ним хлюпочуться якісь гидкі створіння;&lt;br /&gt;</w:t>
        <w:br/>
        <w:t>На стелі павутинь сплетіння розрослись,&lt;br /&gt;</w:t>
        <w:br/>
        <w:t>Внизу кишить гаддя, кругом драгліє слизь,—&lt;br /&gt;</w:t>
        <w:br/>
        <w:t>Усе копошиться, куйовдиться, плазує,&lt;br /&gt;</w:t>
        <w:br/>
        <w:t>Мов гідра в хаосі, що лихо всім віщує...&lt;br /&gt;</w:t>
        <w:br/>
        <w:t>Он, причаївшися, глитають щось звірки;&lt;br /&gt;</w:t>
        <w:br/>
        <w:t>Узорні лишаї, мов сріберні зірки,&lt;br /&gt;</w:t>
        <w:br/>
        <w:t>Одсвічуються десь рудими ручаями,&lt;br /&gt;</w:t>
        <w:br/>
        <w:t>А сморід вигнав би і стоїка із ями;&lt;br /&gt;</w:t>
        <w:br/>
        <w:t>Усюди ятряться гноїсті пухирі,&lt;br /&gt;</w:t>
        <w:br/>
        <w:t>I зверху лопотять крильми нетопирі,&lt;br /&gt;</w:t>
        <w:br/>
        <w:t>Немов ті голуби серед троянд квітучих;&lt;br /&gt;</w:t>
        <w:br/>
        <w:t>У катакомбах цих, у померках гнітючих&lt;br /&gt;</w:t>
        <w:br/>
        <w:t>Неначе чується бурчання парок-прях...&lt;br /&gt;</w:t>
        <w:br/>
        <w:t>Ступай тут бережно, щоб часом на застряг,&lt;br /&gt;</w:t>
        <w:br/>
        <w:t>Не спотикайсь на жаб, у глиб не провалися —&lt;br /&gt;</w:t>
        <w:br/>
        <w:t>Бач, сходи трухлі ген у прірву простяглися,&lt;br /&gt;</w:t>
        <w:br/>
        <w:t>Де ледве мріється безформений масив.&lt;br /&gt;</w:t>
        <w:br/>
        <w:t>Недоїдки потрав, недогнилки м'ясив,&lt;br /&gt;</w:t>
        <w:br/>
        <w:t>Прогірклі пахощі в цвітних персидських склянках,&lt;br /&gt;</w:t>
        <w:br/>
        <w:t>Тази, де милися гетери по гулянках,&lt;br /&gt;</w:t>
        <w:br/>
        <w:t>Офіри ідолам, що назарей зборов,&lt;br /&gt;</w:t>
        <w:br/>
        <w:t>I гладіаторів, і мучеників кров,&lt;br /&gt;</w:t>
        <w:br/>
        <w:t>Убивства потайні й нечисті поцілунки,&lt;br /&gt;</w:t>
        <w:br/>
        <w:t>Химерні варива Канідії-чаклунки,&lt;br /&gt;</w:t>
        <w:br/>
        <w:t>Драглі, що виблював жерун-Трімальхіон,&lt;br /&gt;</w:t>
        <w:br/>
        <w:t>Всі римські мерзощі,— ім'я їм легіон,—&lt;br /&gt;</w:t>
        <w:br/>
        <w:t>Усьогосвітній бруд притьмом сюди стікає,&lt;br /&gt;</w:t>
        <w:br/>
        <w:t>Крізь шпари цідиться, крізь пори просякає.&lt;br /&gt;</w:t>
        <w:br/>
        <w:t>Там угорі живуть, багрять уста червцем,&lt;br /&gt;</w:t>
        <w:br/>
        <w:t>Співають, люблять, п'ють — і вже гниють живцем;&lt;br /&gt;</w:t>
        <w:br/>
        <w:t>Зловісну язву всяк під квітами скриває,&lt;br /&gt;</w:t>
        <w:br/>
        <w:t>А пошесна ропа в це гноїще спливає.&lt;br /&gt;</w:t>
        <w:br/>
        <w:t>Це стік для нечистот, це гроб світам старим...&lt;br /&gt;</w:t>
        <w:br/>
        <w:t>I Рим увесь отут, високославний Рим,&lt;br /&gt;</w:t>
        <w:br/>
        <w:t>Величний в подвигах, злочинний в пануванні,&lt;br /&gt;</w:t>
        <w:br/>
        <w:t>Загруз без вилазу у цій мертвотній твані.&lt;br /&gt;</w:t>
        <w:br/>
        <w:t>Як вічна пустота, чорніючи, зія&lt;br /&gt;</w:t>
        <w:br/>
        <w:t>Всепоглинаюча бездонна озія;&lt;br /&gt;</w:t>
        <w:br/>
        <w:t>Бабуся виверта сюди кінву іржаву —&lt;br /&gt;</w:t>
        <w:br/>
        <w:t>Помиї чи сміття, історія — державу.&lt;br /&gt;</w:t>
        <w:br/>
        <w:t>Суцільна моторош трущоба ця жахна,&lt;br /&gt;</w:t>
        <w:br/>
        <w:t>Вселенське звалище гнилечі й порохна,&lt;br /&gt;</w:t>
        <w:br/>
        <w:t>Лахміття й покиді, непотрібу й посліду...&lt;br /&gt;</w:t>
        <w:br/>
        <w:t>А в самій глибині, де зроду навіть блідо&lt;br /&gt;</w:t>
        <w:br/>
        <w:t>Не блимне світло дня, вітрець не повійне,&lt;br /&gt;</w:t>
        <w:br/>
        <w:t>Громадиться якесь чудовисько гнійне;&lt;br /&gt;</w:t>
        <w:br/>
        <w:t>Колись живі єства, тепер бридкі здохляки,&lt;br /&gt;</w:t>
        <w:br/>
        <w:t>Хлящем розкидані черевця, очі, хляки,&lt;br /&gt;</w:t>
        <w:br/>
        <w:t>Тут скліють щелепи, а там скелет закляк...&lt;br /&gt;</w:t>
        <w:br/>
        <w:t>Проходиш уперед, затамувавши ляк,&lt;br /&gt;</w:t>
        <w:br/>
        <w:t>I дивишся на цю злиденну скирту гною,&lt;br /&gt;</w:t>
        <w:br/>
        <w:t>Забрьохану дотла багнюкою кальною:&lt;br /&gt;</w:t>
        <w:br/>
        <w:t>Не знати, чим була та погань на землі —&lt;br /&gt;</w:t>
        <w:br/>
        <w:t>Чи псине стерво то, чи цезарі гнилі.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Римська клоака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