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лла з Інглсайд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лла з Інглсай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