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Ріка життя пливе все далі в даль...</w:t>
      </w:r>
    </w:p>
    <w:p>
      <w:r>
        <w:br/>
        <w:t xml:space="preserve"> Ріка життя пливе все далі в даль,&lt;br /&gt;</w:t>
        <w:br/>
        <w:t>Навпомацки прощупуючи простір,&lt;br /&gt;</w:t>
        <w:br/>
        <w:t>А ми ніяк не виплачемо жаль,&lt;br /&gt;</w:t>
        <w:br/>
        <w:t>Моя кохана, через стільки років.</w:t>
      </w:r>
    </w:p>
    <w:p>
      <w:r>
        <w:br/>
        <w:t>А ми ідем, хоча пряжистий град&lt;br /&gt;</w:t>
        <w:br/>
        <w:t>В обличчя б'є, крізь довгі анфілади&lt;br /&gt;</w:t>
        <w:br/>
        <w:t>І розпачів, і прикрощів, і зрад&lt;br /&gt;</w:t>
        <w:br/>
        <w:t>У тиху завідь чарівної Лади.</w:t>
      </w:r>
    </w:p>
    <w:p>
      <w:r>
        <w:br/>
        <w:t>Лишаєм в пам'яті окремішні сліди&lt;br /&gt;</w:t>
        <w:br/>
        <w:t>Кохання нашого, що стільки натерпілось.&lt;br /&gt;</w:t>
        <w:br/>
        <w:t>Людських облич невидимі ряди&lt;br /&gt;</w:t>
        <w:br/>
        <w:t>Нас проводжають німо та оскліло.</w:t>
      </w:r>
    </w:p>
    <w:p>
      <w:r>
        <w:br/>
        <w:t>А шлях безмежний... Нам іще іти,&lt;br /&gt;</w:t>
        <w:br/>
        <w:t>Ще йти та йти до витоків прозріння,&lt;br /&gt;</w:t>
        <w:br/>
        <w:t>І кришталеві крапельки сльоти&lt;br /&gt;</w:t>
        <w:br/>
        <w:t>Змивають стогін нашого терпіння.</w:t>
      </w:r>
    </w:p>
    <w:p>
      <w:r>
        <w:br/>
        <w:t>Та збудуться надії! Міць зусиль,&lt;br /&gt;</w:t>
        <w:br/>
        <w:t>Стожилавих і вільних від досади,&lt;br /&gt;</w:t>
        <w:br/>
        <w:t>Нас виведуть, де простір і де синь,&lt;br /&gt;</w:t>
        <w:br/>
        <w:t>І музика непроданої правди.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Ріка життя пливе все далі в даль...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