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Рятуй нас, Боже! Змий облуду з душ...</w:t>
      </w:r>
    </w:p>
    <w:p>
      <w:r>
        <w:br/>
        <w:t xml:space="preserve"> "Хочу, щоб ви були мудрі в доброму,&lt;br /&gt;</w:t>
        <w:br/>
        <w:t>а прості в злому".&lt;br /&gt;</w:t>
        <w:br/>
        <w:t>Апостол Павло</w:t>
      </w:r>
    </w:p>
    <w:p>
      <w:r>
        <w:br/>
        <w:t>Рятуй нас, Боже! Змий облуду з душ,&lt;br /&gt;</w:t>
        <w:br/>
        <w:t>очисти совість, хвору на принуку,&lt;br /&gt;</w:t>
        <w:br/>
        <w:t>хай не викльовують очей нам круки&lt;br /&gt;</w:t>
        <w:br/>
        <w:t>іще живим.&lt;br /&gt;</w:t>
        <w:br/>
        <w:t>На нашій крові пунш&lt;br /&gt;</w:t>
        <w:br/>
        <w:t>одвічний ворог колотити праг.&lt;br /&gt;</w:t>
        <w:br/>
        <w:t>Дай сил і мудрості, щоб загоїти рани,&lt;br /&gt;</w:t>
        <w:br/>
        <w:t>і простоти, допоки не нагрянув&lt;br /&gt;</w:t>
        <w:br/>
        <w:t>новий варяг на нашу волю й стяг.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Рятуй нас, Боже! Змий облуду з душ...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