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Рятівники</w:t>
      </w:r>
    </w:p>
    <w:p>
      <w:r>
        <w:br/>
        <w:t xml:space="preserve"> В букварі кричить ведмідь:&lt;br /&gt;</w:t>
        <w:br/>
        <w:t>— Ох, тону, допоможіть! —&lt;br /&gt;</w:t>
        <w:br/>
        <w:t>Під чорнилом заєць зник...&lt;br /&gt;</w:t>
        <w:br/>
        <w:t>В класі — паніка і крик:&lt;br /&gt;</w:t>
        <w:br/>
        <w:t>потекла ріка чорнила,&lt;br /&gt;</w:t>
        <w:br/>
        <w:t>дві сторінки затопила!</w:t>
      </w:r>
    </w:p>
    <w:p>
      <w:r>
        <w:br/>
        <w:t>Заревли сирени грізно:&lt;br /&gt;</w:t>
        <w:br/>
        <w:t>— Ще не пізно! Ще не пізно!&lt;br /&gt;</w:t>
        <w:br/>
        <w:t>Рятувальники прожогом&lt;br /&gt;</w:t>
        <w:br/>
        <w:t>опинились за порогом,&lt;br /&gt;</w:t>
        <w:br/>
        <w:t>у машини посідали,&lt;br /&gt;</w:t>
        <w:br/>
        <w:t>швидше вітру поспішали.&lt;br /&gt;</w:t>
        <w:br/>
        <w:t>Вслід за ними вулицями&lt;br /&gt;</w:t>
        <w:br/>
        <w:t>мчали авта з лікарями.&lt;br /&gt;</w:t>
        <w:br/>
        <w:t>Водогінники завзяті&lt;br /&gt;</w:t>
        <w:br/>
        <w:t>наступали їм на п'яти.&lt;br /&gt;</w:t>
        <w:br/>
        <w:t>Дорога хвилина кожна —&lt;br /&gt;</w:t>
        <w:br/>
        <w:t>врятувати звірів можна!</w:t>
      </w:r>
    </w:p>
    <w:p>
      <w:r>
        <w:br/>
        <w:t>Рятувальники з човном&lt;br /&gt;</w:t>
        <w:br/>
        <w:t>улетіли в клас гуртом:&lt;br /&gt;</w:t>
        <w:br/>
        <w:t>— Треба звірів рятувати! —&lt;br /&gt;</w:t>
        <w:br/>
        <w:t>залунали голоси.—&lt;br /&gt;</w:t>
        <w:br/>
        <w:t>Швидко в річку запускати&lt;br /&gt;</w:t>
        <w:br/>
        <w:t>рятувальні пояси!..—&lt;br /&gt;</w:t>
        <w:br/>
        <w:t>Вслід убігли лікарі,&lt;br /&gt;</w:t>
        <w:br/>
        <w:t>бачать: звірі в букварі&lt;br /&gt;</w:t>
        <w:br/>
        <w:t>на човні пливуть поволі,&lt;br /&gt;</w:t>
        <w:br/>
        <w:t>перелякані та кволі.&lt;br /&gt;</w:t>
        <w:br/>
        <w:t>А ріка шумить, бурлить —&lt;br /&gt;</w:t>
        <w:br/>
        <w:t>хоче човен затопить.&lt;br /&gt;</w:t>
        <w:br/>
        <w:t>Водогінники в цей час&lt;br /&gt;</w:t>
        <w:br/>
        <w:t>принесли насос у клас,&lt;br /&gt;</w:t>
        <w:br/>
        <w:t>до насоса, як належно,&lt;br /&gt;</w:t>
        <w:br/>
        <w:t>підключаючи потік,&lt;br /&gt;</w:t>
        <w:br/>
        <w:t>скерували обережно&lt;br /&gt;</w:t>
        <w:br/>
        <w:t>течію у водостік.</w:t>
      </w:r>
    </w:p>
    <w:p>
      <w:r>
        <w:br/>
        <w:t>Стало тихо в букварі.&lt;br /&gt;</w:t>
        <w:br/>
        <w:t>Оточили лікарі&lt;br /&gt;</w:t>
        <w:br/>
        <w:t>звірів мокрих і сумних.&lt;br /&gt;</w:t>
        <w:br/>
        <w:t>— Що болить? — питають в них.</w:t>
      </w:r>
    </w:p>
    <w:p>
      <w:r>
        <w:br/>
        <w:t>По складах звірята кволі&lt;br /&gt;</w:t>
        <w:br/>
        <w:t>всенькі виповіли болі:&lt;br /&gt;</w:t>
        <w:br/>
        <w:t>— Дуже важко жити нам,&lt;br /&gt;</w:t>
        <w:br/>
        <w:t>і звірятам, і пташкам.</w:t>
      </w:r>
    </w:p>
    <w:p>
      <w:r>
        <w:br/>
        <w:t>Ось погляньте: в букварі&lt;br /&gt;</w:t>
        <w:br/>
        <w:t>плачуть чорні снігурі,&lt;br /&gt;</w:t>
        <w:br/>
        <w:t>а собачці вісім ніг&lt;br /&gt;</w:t>
        <w:br/>
        <w:t>домальовано на сміх...&lt;br /&gt;</w:t>
        <w:br/>
        <w:t>О, як часто ми тонули! —&lt;br /&gt;</w:t>
        <w:br/>
        <w:t>звірі змовкли і зітхнули.&lt;br /&gt;</w:t>
        <w:br/>
        <w:t>І закінчили на тому,&lt;br /&gt;</w:t>
        <w:br/>
        <w:t>що не зичили б нікому,&lt;br /&gt;</w:t>
        <w:br/>
        <w:t>навіть ворогові, мати&lt;br /&gt;</w:t>
        <w:br/>
        <w:t>нечупару-школяра,&lt;br /&gt;</w:t>
        <w:br/>
        <w:t>що не вміє шанувати,&lt;br /&gt;</w:t>
        <w:br/>
        <w:t>цінувати букваря!</w:t>
      </w:r>
    </w:p>
    <w:p>
      <w:r>
        <w:br/>
        <w:t>— Стид,— ведмідь сказав,— за нього,&lt;br /&gt;</w:t>
        <w:br/>
        <w:t>неохайного такого!&lt;br /&gt;</w:t>
        <w:br/>
        <w:t>— Сором! — заєць повторив,&lt;br /&gt;</w:t>
        <w:br/>
        <w:t>очі вушком затулив...</w:t>
      </w:r>
    </w:p>
    <w:p>
      <w:r>
        <w:br/>
        <w:t>Всі, хто був у класі, хором&lt;br /&gt;</w:t>
        <w:br/>
        <w:t>загукали: — СОРОМ! СОРОМ!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Рятівники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