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Рядки до Фанні</w:t>
      </w:r>
    </w:p>
    <w:p>
      <w:r>
        <w:br/>
        <w:t xml:space="preserve"> Як із очей моїх прогнать&lt;br /&gt;</w:t>
        <w:br/>
        <w:t>Сліпучий образ твій?&lt;br /&gt;</w:t>
        <w:br/>
        <w:t>Одна-єдина&lt;br /&gt;</w:t>
        <w:br/>
        <w:t>Минулася з побачення година!&lt;br /&gt;</w:t>
        <w:br/>
        <w:t>I доторк має пам'ять. О, порадь,&lt;br /&gt;</w:t>
        <w:br/>
        <w:t>Як вирвати її, як розтоптати,&lt;br /&gt;</w:t>
        <w:br/>
        <w:t>Щоб знову вільним стати?</w:t>
      </w:r>
    </w:p>
    <w:p>
      <w:r>
        <w:br/>
        <w:t>Таким, як був, коли очей блакить&lt;br /&gt;</w:t>
        <w:br/>
        <w:t>Могла мене привабить-приманить&lt;br /&gt;</w:t>
        <w:br/>
        <w:t>Лиш на коротку мить;&lt;br /&gt;</w:t>
        <w:br/>
        <w:t>Як муза в мене — хоч перістокрила,&lt;br /&gt;</w:t>
        <w:br/>
        <w:t>Хоч худосила,&lt;br /&gt;</w:t>
        <w:br/>
        <w:t>Хоч небагата мислями в ті дні —&lt;br /&gt;</w:t>
        <w:br/>
        <w:t>Без ремства підкорялася мені&lt;br /&gt;</w:t>
        <w:br/>
        <w:t>I божеством здавалася у хорі&lt;br /&gt;</w:t>
        <w:br/>
        <w:t>Божественнім. О, що за птах у морі&lt;br /&gt;</w:t>
        <w:br/>
        <w:t>Замислений поет, коли з висот&lt;br /&gt;</w:t>
        <w:br/>
        <w:t>Він дивиться на муки вічних вод!</w:t>
      </w:r>
    </w:p>
    <w:p>
      <w:r>
        <w:br/>
        <w:t>О, як тепер&lt;br /&gt;</w:t>
        <w:br/>
        <w:t>Мені тих пер&lt;br /&gt;</w:t>
        <w:br/>
        <w:t>Линялих назбирать — і полетіти&lt;br /&gt;</w:t>
        <w:br/>
        <w:t>Під небо знов,&lt;br /&gt;</w:t>
        <w:br/>
        <w:t>I трепетну любов&lt;br /&gt;</w:t>
        <w:br/>
        <w:t>Покинути внизу, де трави й квіти?&lt;br /&gt;</w:t>
        <w:br/>
        <w:t>Ковтнуть вина? О ні, це низько, це —&lt;br /&gt;</w:t>
        <w:br/>
        <w:t>Обманливе слівце,&lt;br /&gt;</w:t>
        <w:br/>
        <w:t>Підсунуте в канон, де славиться любов.</w:t>
      </w:r>
    </w:p>
    <w:p>
      <w:r>
        <w:br/>
        <w:t>Ні, смак його приємний тільки в щасті,&lt;br /&gt;</w:t>
        <w:br/>
        <w:t>О, як вернути мир,&lt;br /&gt;</w:t>
        <w:br/>
        <w:t>Коли навколо — вир&lt;br /&gt;</w:t>
        <w:br/>
        <w:t>Страшних негод, що душу рвуть на часті?&lt;br /&gt;</w:t>
        <w:br/>
        <w:t>I як забути цей проклятий край,&lt;br /&gt;</w:t>
        <w:br/>
        <w:t>Де друзі — під замком, де їм одчай&lt;br /&gt;</w:t>
        <w:br/>
        <w:t>У вічі дивиться, одчай і злидні;&lt;br /&gt;</w:t>
        <w:br/>
        <w:t>Цю чорну пустку, де з брудних верхів&lt;br /&gt;</w:t>
        <w:br/>
        <w:t>До океанських ринуть берегів&lt;br /&gt;</w:t>
        <w:br/>
        <w:t>Нудні річки, водяникам не знані;&lt;br /&gt;</w:t>
        <w:br/>
        <w:t>Де злі вітри, безлегітні, в тумані&lt;br /&gt;</w:t>
        <w:br/>
        <w:t>Великих вод свою морозну лють&lt;br /&gt;</w:t>
        <w:br/>
        <w:t>Насталюють; де в хащах не живуть&lt;br /&gt;</w:t>
        <w:br/>
        <w:t>Дріади полохливі; де травиці&lt;br /&gt;</w:t>
        <w:br/>
        <w:t>Не вистачить напастися телиці;&lt;br /&gt;</w:t>
        <w:br/>
        <w:t>I де Природа, тонучи в пітьму,&lt;br /&gt;</w:t>
        <w:br/>
        <w:t>Здається, зраджує себе саму.</w:t>
      </w:r>
    </w:p>
    <w:p>
      <w:r>
        <w:br/>
        <w:t>Де б сонця взяти,&lt;br /&gt;</w:t>
        <w:br/>
        <w:t>Щоб цю пекельну тінь назавжди зняти?&lt;br /&gt;</w:t>
        <w:br/>
        <w:t>Та от зі сходу, з повівом тепла,&lt;br /&gt;</w:t>
        <w:br/>
        <w:t>Моя зоря зійшла!&lt;br /&gt;</w:t>
        <w:br/>
        <w:t>О, дай душі спочити&lt;br /&gt;</w:t>
        <w:br/>
        <w:t>Ще раз на сяйних персах! Оточити&lt;br /&gt;</w:t>
        <w:br/>
        <w:t>Рукам-тюремникам — і в ніжний бран&lt;br /&gt;</w:t>
        <w:br/>
        <w:t>Узяти з мукою твій стан!&lt;br /&gt;</w:t>
        <w:br/>
        <w:t>Щоб подих твій, твій незабутній голос&lt;br /&gt;</w:t>
        <w:br/>
        <w:t>Пройняв захопленням мій кожний волос!&lt;br /&gt;</w:t>
        <w:br/>
        <w:t>О, мук солодких рай!&lt;br /&gt;</w:t>
        <w:br/>
        <w:t>Ще дай уста твої! Дай, дай!&lt;br /&gt;</w:t>
        <w:br/>
        <w:t>Ні, годі, годі! Досить, як мені&lt;br /&gt;</w:t>
        <w:br/>
        <w:t>Ти з'явишся у сні!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Рядки до Фанні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