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Регіт</w:t>
      </w:r>
    </w:p>
    <w:p>
      <w:r>
        <w:br/>
        <w:t xml:space="preserve"> Море Средземне шумить,&lt;br /&gt;</w:t>
        <w:br/>
        <w:t>хвилями дзвонить в боки пірамід африканських,&lt;br /&gt;</w:t>
        <w:br/>
        <w:t>хлюпають ріки криваві в долинах віків&lt;br /&gt;</w:t>
        <w:br/>
        <w:t>у круті костяні береги із людей. . .&lt;br /&gt;</w:t>
        <w:br/>
        <w:t>І чую крізь гомін стихій над тілами рабів&lt;br /&gt;</w:t>
        <w:br/>
        <w:t>свист батогів . . .&lt;br /&gt;</w:t>
        <w:br/>
        <w:t>Берегами женуть кислооких, немитих і голих;&lt;br /&gt;</w:t>
        <w:br/>
        <w:t>падають, гинуть, як мухи під зиму,&lt;br /&gt;</w:t>
        <w:br/>
        <w:t>в долинах Єгипту, Еллади та Риму&lt;br /&gt;</w:t>
        <w:br/>
        <w:t>й середніх віків .. .&lt;br /&gt;</w:t>
        <w:br/>
        <w:t>Свист батогів! . .&lt;br /&gt;</w:t>
        <w:br/>
        <w:t>З їх посвистом хижим єднаються в пісню&lt;br /&gt;</w:t>
        <w:br/>
        <w:t>і наші пожежі, і ревища, й дим, і чади,&lt;br /&gt;</w:t>
        <w:br/>
        <w:t>як брязкіт кадила та ладан у церкві. . .&lt;br /&gt;</w:t>
        <w:br/>
        <w:t>Свистять батоги,&lt;br /&gt;</w:t>
        <w:br/>
        <w:t>кліпає сонце,&lt;br /&gt;</w:t>
        <w:br/>
        <w:t>і бризкає кров аж у стелю світів;&lt;br /&gt;</w:t>
        <w:br/>
        <w:t>із крапель кривавих зростають зірки,&lt;br /&gt;</w:t>
        <w:br/>
        <w:t>а зорі на небі,&lt;br /&gt;</w:t>
        <w:br/>
        <w:t>як в полі волошки, зривають поети&lt;br /&gt;</w:t>
        <w:br/>
        <w:t>і в'яжуть вінки&lt;br /&gt;</w:t>
        <w:br/>
        <w:t>на білії чола коханкам своїм ...&lt;br /&gt;</w:t>
        <w:br/>
        <w:t>Філософи мудрі моря піднімають&lt;br /&gt;</w:t>
        <w:br/>
        <w:t>у чашах ґранітних на гори під сонце&lt;br /&gt;</w:t>
        <w:br/>
        <w:t>і ріки сплітають у косу землі,&lt;br /&gt;</w:t>
        <w:br/>
        <w:t>а правди не знайдуть...&lt;br /&gt;</w:t>
        <w:br/>
        <w:t>Кров бризкає в небо і зорі цвітуть. ..&lt;br /&gt;</w:t>
        <w:br/>
        <w:t>Гей, земле!&lt;br /&gt;</w:t>
        <w:br/>
        <w:t>диявольський регіт твій чую&lt;br /&gt;</w:t>
        <w:br/>
        <w:t>у шумі мільйонів планет&lt;br /&gt;</w:t>
        <w:br/>
        <w:t>в мільйонах віків,&lt;br /&gt;</w:t>
        <w:br/>
        <w:t>і хочеться плюнуть з одчаю&lt;br /&gt;</w:t>
        <w:br/>
        <w:t>тобі, земле, мамо,&lt;br /&gt;</w:t>
        <w:br/>
        <w:t>щоб випекти пляму, пустелю,&lt;br /&gt;</w:t>
        <w:br/>
        <w:t>на спині твоїй,&lt;br /&gt;</w:t>
        <w:br/>
        <w:t>як вічне тавро арештанське,&lt;br /&gt;</w:t>
        <w:br/>
        <w:t>і димом пропасти в безодні часу!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