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</w:t>
      </w:r>
    </w:p>
    <w:p>
      <w:r>
        <w:br/>
        <w:t xml:space="preserve"> &lt;p&gt;На її вустах лягли запеклі смужки нужди, але з очей ще йшов теплий блискучий світ прихованого сміху. Ця жінка справді сьогодні раділа кожній билині, що зустрічалась їй по дорозі.</w:t>
      </w:r>
    </w:p>
    <w:p>
      <w:r>
        <w:br/>
        <w:t>Вона несла на плечах велику торбину різного збіжжя: було в неї в руках відро з картоплею, під пахвою вона тримала повісмо конопель і ще якийсь жмут ганчірок.</w:t>
      </w:r>
    </w:p>
    <w:p>
      <w:r>
        <w:br/>
        <w:t>А до всього ще в ноги їй била холодна роса, по тілу проходив неприємний вогкий мороз. Та вона на все це не зважала.</w:t>
      </w:r>
    </w:p>
    <w:p>
      <w:r>
        <w:br/>
        <w:t>Найтрудніш було йти левадою, бо стежка вибиралась круто вгору, з боків дряпали кущі, ноги ковзали на втоптаній росяній землі.</w:t>
      </w:r>
    </w:p>
    <w:p>
      <w:r>
        <w:br/>
        <w:t>Але знизу йшов туман, поволі й ледаче, і з ним сунув угору дружний, напоєний бризками спів соловейків, а йому десь іздалеку ніби капала стиха в очі горлиця.</w:t>
      </w:r>
    </w:p>
    <w:p>
      <w:r>
        <w:br/>
        <w:t>Мокрина кілька разів спинялась спочити під горою. Тоді мимоволі вбирала собі в груди і спів пташиний, і сиве листя, й далекі зорі квіток на луках.</w:t>
      </w:r>
    </w:p>
    <w:p>
      <w:r>
        <w:br/>
        <w:t>Очі їй розбивались на дрібні скалки діамантів, проміння горіло в них жовтавим пухом.</w:t>
      </w:r>
    </w:p>
    <w:p>
      <w:r>
        <w:br/>
        <w:t>Серце повніло темним сміхом, а вона не знала, кому сміятись тут.</w:t>
      </w:r>
    </w:p>
    <w:p>
      <w:r>
        <w:br/>
        <w:t>Вона ніби вперше бачила цю леваду, а на лиці їй так і застиг тихий сміх, що йшов із грудей.</w:t>
      </w:r>
    </w:p>
    <w:p>
      <w:r>
        <w:br/>
        <w:t>Коли вона вийшла на гору — в очі вдарило їй бризками сонця.</w:t>
      </w:r>
    </w:p>
    <w:p>
      <w:r>
        <w:br/>
        <w:t>Поле червоніло промінням і росою. Десь на обрії застряла смуга сивого туману, а його обвив дим з хуторянських осель.</w:t>
      </w:r>
    </w:p>
    <w:p>
      <w:r>
        <w:br/>
        <w:t>Із-за дубини виганяли худобу. Пастух — хлопчисько — гнався за биком і щось голосно кричав на нього, а його голос дзвінкою луною розбивався в кущах.</w:t>
      </w:r>
    </w:p>
    <w:p>
      <w:r>
        <w:br/>
        <w:t>Завернувши бика, хлопчисько подався на дубину, голосно наспівуючи якусь пісню.</w:t>
      </w:r>
    </w:p>
    <w:p>
      <w:r>
        <w:br/>
        <w:t>І цей спів зливався з полем — і наповнював його густим і теплим соком.</w:t>
      </w:r>
    </w:p>
    <w:p>
      <w:r>
        <w:br/>
        <w:t>Мокрина ніби вперше бачила цю землю, окутану теплими пасмами світла, — і жадібно вбирала її собі в серце.</w:t>
      </w:r>
    </w:p>
    <w:p>
      <w:r>
        <w:br/>
        <w:t>Їй здавалось, що вона бачила це поле колись давно. І так само хлопець дзвінко й тривожно кричав на худобу. Тоді їй щось гостро щеміло, а серце крізь цей біль повніло злагодою.</w:t>
      </w:r>
    </w:p>
    <w:p>
      <w:r>
        <w:br/>
        <w:t>Їй раптом чомусь стало сумно, та вона зразу й одігнала той сум.</w:t>
      </w:r>
    </w:p>
    <w:p>
      <w:r>
        <w:br/>
        <w:t>— Здоров був, Іване, — привіталась вона, порівнявшись з хлопцем.</w:t>
      </w:r>
    </w:p>
    <w:p>
      <w:r>
        <w:br/>
        <w:t>— Драстуйте! — байдуже відповів той.</w:t>
      </w:r>
    </w:p>
    <w:p>
      <w:r>
        <w:br/>
        <w:t>— Чию ти худобу пасеш?</w:t>
      </w:r>
    </w:p>
    <w:p>
      <w:r>
        <w:br/>
        <w:t>— Дядькову Трохимову!</w:t>
      </w:r>
    </w:p>
    <w:p>
      <w:r>
        <w:br/>
        <w:t>— Отак рано вигониш?</w:t>
      </w:r>
    </w:p>
    <w:p>
      <w:r>
        <w:br/>
        <w:t>Але хлопець нічого не відповів і подався знову в глибінь дубини, голосно лаючи худобу. Швидко знову залунала якась нова пісня, а Мокрині здавалось, що з ним співає і земля, й дубина. Мокрина швидко перейшла полем і спинилась над яром.</w:t>
      </w:r>
    </w:p>
    <w:p>
      <w:r>
        <w:br/>
        <w:t>Знизу було чутно повне, але глухе цюкання сокирою.</w:t>
      </w:r>
    </w:p>
    <w:p>
      <w:r>
        <w:br/>
        <w:t>— Дід Кирило вже майструють… Ранній який, як пташечка. Де вже тебе й послав Господь?</w:t>
      </w:r>
    </w:p>
    <w:p>
      <w:r>
        <w:br/>
        <w:t>Тут у лісі, сходячи під гору, вона приймала кожен кущ, як свою рідну влюблену дитину — і пестила його в глибині серця.</w:t>
      </w:r>
    </w:p>
    <w:p>
      <w:r>
        <w:br/>
        <w:t>Вона підійшла близько до хати й привіталась.</w:t>
      </w:r>
    </w:p>
    <w:p>
      <w:r>
        <w:br/>
        <w:t>— Здорові були, діду! Боже поможи вам!..</w:t>
      </w:r>
    </w:p>
    <w:p>
      <w:r>
        <w:br/>
        <w:t>— А ти вже тут, дочко?.. Дорова-дорова!..</w:t>
      </w:r>
    </w:p>
    <w:p>
      <w:r>
        <w:br/>
        <w:t>— Майструєте вже, дідусю? Рано як!.. З соловейками встаєте?</w:t>
      </w:r>
    </w:p>
    <w:p>
      <w:r>
        <w:br/>
        <w:t>— Авжеж, дочко! Кубло тобі майструємо, щоб радісно жилося в ньому. Щасти тобі, дочко! Живи на здоров’я!</w:t>
      </w:r>
    </w:p>
    <w:p>
      <w:r>
        <w:br/>
        <w:t>— Спасибі, дідусю!</w:t>
      </w:r>
    </w:p>
    <w:p>
      <w:r>
        <w:br/>
        <w:t>— Та й ти, дочко, як та квочка, дбаєш та й дбаєш собі, обсмикуєшся, кублишся! Ловко й дивиться!</w:t>
      </w:r>
    </w:p>
    <w:p>
      <w:r>
        <w:br/>
        <w:t>— Еге ж, снідати вам принесла. Ось зараз почну варити.</w:t>
      </w:r>
    </w:p>
    <w:p>
      <w:r>
        <w:br/>
        <w:t>— Ну, ну, йди вари! А то вже й у мене попискує.</w:t>
      </w:r>
    </w:p>
    <w:p>
      <w:r>
        <w:br/>
        <w:t>— А де Яким, діду?</w:t>
      </w:r>
    </w:p>
    <w:p>
      <w:r>
        <w:br/>
        <w:t>— А хтозна — пішов кудись. Він теж, як кріт той: усе щось возиться, щось колупається! Дбайте, дітки, бо земля вам попалась добра. Совєцкая власть дала таки добру землю! Справді, таки дала!</w:t>
      </w:r>
    </w:p>
    <w:p>
      <w:r>
        <w:br/>
        <w:t>— І-і, діду! Земля — всьо ’дно як рай! І не думалось ніколи, і не снилось.</w:t>
      </w:r>
    </w:p>
    <w:p>
      <w:r>
        <w:br/>
        <w:t>— А є багато таких, що й заздрять.</w:t>
      </w:r>
    </w:p>
    <w:p>
      <w:r>
        <w:br/>
        <w:t>Дід Кирило взяв у руки сокиру, заплямкав люлькою й почав стиха цюкати деревину.</w:t>
      </w:r>
    </w:p>
    <w:p>
      <w:r>
        <w:br/>
        <w:t>— Чуєш, всяк по-своєму говорить! Шарпаки, голопузі дістали землю! А де ж шарпакам діватись, спитати їх, га?</w:t>
      </w:r>
    </w:p>
    <w:p>
      <w:r>
        <w:br/>
        <w:t>Мокрина нічого не відповіла, тільки важко зітхнула й одійшла. Осторонь, коло обідраної катраги, вона сіла на землю й почала чистити картоплю, готуючи сніданок.</w:t>
      </w:r>
    </w:p>
    <w:p>
      <w:r>
        <w:br/>
        <w:t>Швидко із села прийшло ще двоє майстрів.</w:t>
      </w:r>
    </w:p>
    <w:p>
      <w:r>
        <w:br/>
        <w:t>Вони роздяглись, запалили цигарки й стали до роботи.</w:t>
      </w:r>
    </w:p>
    <w:p>
      <w:r>
        <w:br/>
        <w:t>Ліс наповнився бадьорими звуками цюкання, пахло свіжими трісками. Коло катраги палахкотіло полум’я, і до майстрів щоразу доходив приємний дух присмаленої каші.</w:t>
      </w:r>
    </w:p>
    <w:p>
      <w:r>
        <w:br/>
        <w:t>Мокрина прискала, сичала від полум’я й мішала кашу.</w:t>
      </w:r>
    </w:p>
    <w:p>
      <w:r>
        <w:br/>
        <w:t>Незабаром поблизу почувся шелест. Із кущів виповз Яким із довгим дрючком осики.</w:t>
      </w:r>
    </w:p>
    <w:p>
      <w:r>
        <w:br/>
        <w:t>Мокрина нащулено підвела голову.</w:t>
      </w:r>
    </w:p>
    <w:p>
      <w:r>
        <w:br/>
        <w:t>— Що то ти?</w:t>
      </w:r>
    </w:p>
    <w:p>
      <w:r>
        <w:br/>
        <w:t>— А, це ти? Бач, лату приволік! Ху!</w:t>
      </w:r>
    </w:p>
    <w:p>
      <w:r>
        <w:br/>
        <w:t>Яким сів і кволо став крутити цигарку.</w:t>
      </w:r>
    </w:p>
    <w:p>
      <w:r>
        <w:br/>
        <w:t>Розчервоніле обличчя пашіло втомою й спокоєм. З-під м’якого білявого вуса лягала тиха посмішка.</w:t>
      </w:r>
    </w:p>
    <w:p>
      <w:r>
        <w:br/>
        <w:t>— А дід Кирило пнеться здорово. Диви як! Хоч старий, а береться!</w:t>
      </w:r>
    </w:p>
    <w:p>
      <w:r>
        <w:br/>
        <w:t>— Е, він ловкий дід, уважительний!</w:t>
      </w:r>
    </w:p>
    <w:p>
      <w:r>
        <w:br/>
        <w:t>— Трудно йому, літа не ті. Отак от чоловік пнеться, пнеться, а воно дивись: геть — і нема! Чорт його зна, що воно й таке оте життя наше!</w:t>
      </w:r>
    </w:p>
    <w:p>
      <w:r>
        <w:br/>
        <w:t>— Буде тобі язиком молоти! Он краще треба подумати, що робити з худобою.</w:t>
      </w:r>
    </w:p>
    <w:p>
      <w:r>
        <w:br/>
        <w:t>— А що?</w:t>
      </w:r>
    </w:p>
    <w:p>
      <w:r>
        <w:br/>
        <w:t>— Та Пархом не дає.</w:t>
      </w:r>
    </w:p>
    <w:p>
      <w:r>
        <w:br/>
        <w:t>— Як не дає?</w:t>
      </w:r>
    </w:p>
    <w:p>
      <w:r>
        <w:br/>
        <w:t>— Так, так: це, каже, Палажчина. Як же Палажчина, як мати нам одказали! А він і слухати не хоче: хто, каже, чув, як мати одказували?</w:t>
      </w:r>
    </w:p>
    <w:p>
      <w:r>
        <w:br/>
        <w:t>— Ну, й на його не вийде. Я телицю заберу, та й годі.</w:t>
      </w:r>
    </w:p>
    <w:p>
      <w:r>
        <w:br/>
        <w:t>— Нахвалявся! Й голови, каже, позбудеться, як забере!</w:t>
      </w:r>
    </w:p>
    <w:p>
      <w:r>
        <w:br/>
        <w:t>— Ну, нехай попробує.</w:t>
      </w:r>
    </w:p>
    <w:p>
      <w:r>
        <w:br/>
        <w:t>Яким сердито сплюнув і пішов доволікати лату.</w:t>
      </w:r>
    </w:p>
    <w:p>
      <w:r>
        <w:br/>
        <w:t>Каша докипала й ледаче булькотіла.</w:t>
      </w:r>
    </w:p>
    <w:p>
      <w:r>
        <w:br/>
        <w:t>Майстри ще який час цюкали, та далі не втерпіли, кинули роботу й запалили цигарки. Сонце вже пекло. Над квітками гуділи бджоли. Тільки на катрагу лягав ще густий тінявий ріг.</w:t>
      </w:r>
    </w:p>
    <w:p>
      <w:r>
        <w:br/>
        <w:t>Підснідавши, майстри знову запалили цигарки, дід Кирило заплямкав люлькою і, вдивляючись кудись у гущавину помутнілим зором, говорив:</w:t>
      </w:r>
    </w:p>
    <w:p>
      <w:r>
        <w:br/>
        <w:t>— Колись тут Демидовський виїздив на полювання. І-і, що тої собачні було, що то люду! І то, було, восени щодня їздять, виграють, кричать! Веселе життя, їдять його мухи!</w:t>
      </w:r>
    </w:p>
    <w:p>
      <w:r>
        <w:br/>
        <w:t>— Де вони тепер, діду?</w:t>
      </w:r>
    </w:p>
    <w:p>
      <w:r>
        <w:br/>
        <w:t>— Хе! Тепер вони у Хранції кандьор жеруть. Їм тепер, хлопце, амба! Тепер Трохим тут хату ставить; а за Трохимом — піде Панас, Степан, Лука, Кіндрат. До лихої години вас тут набереться!</w:t>
      </w:r>
    </w:p>
    <w:p>
      <w:r>
        <w:br/>
        <w:t>— Х-ги, ги-ги! Значить, наша бере, діду?</w:t>
      </w:r>
    </w:p>
    <w:p>
      <w:r>
        <w:br/>
        <w:t>— А що воно, діду, буде, як пани повернуться?</w:t>
      </w:r>
    </w:p>
    <w:p>
      <w:r>
        <w:br/>
        <w:t>— Хе! Панам не вертаться. Не вернеться вже їхнє ніколи. Та й що він робитиме, коли тут люд посяде всю їхню землю?</w:t>
      </w:r>
    </w:p>
    <w:p>
      <w:r>
        <w:br/>
        <w:t>Майстри ще трохи потоптались і знову пішли до хати.</w:t>
      </w:r>
    </w:p>
    <w:p>
      <w:r>
        <w:br/>
        <w:t>Швидко зацюкали сокири, один із майстрів затяг довгу пісню. Обриваючи її, він кричав до Мокрини:</w:t>
      </w:r>
    </w:p>
    <w:p>
      <w:r>
        <w:br/>
        <w:t>— Ахи, молодичко! Будь здорова, чорнобрива!</w:t>
      </w:r>
    </w:p>
    <w:p>
      <w:r>
        <w:br/>
        <w:t>Але Мокрина не обзивалась. Десь у глибині серця снувалась їй срібна нитка, й не хотілось обривати її.</w:t>
      </w:r>
    </w:p>
    <w:p>
      <w:r>
        <w:br/>
        <w:t>Яким знову подався до лісу по нові лати.</w:t>
      </w:r>
    </w:p>
    <w:p>
      <w:r>
        <w:br/>
        <w:t>Опівдні Мотря принесла з села обід, що зварила його ще вдосвіта.</w:t>
      </w:r>
    </w:p>
    <w:p>
      <w:r>
        <w:br/>
        <w:t>— Там той!.. Пархом нахвалявся. Казав, хай тільки покажеться на село! І що йому так крутить!</w:t>
      </w:r>
    </w:p>
    <w:p>
      <w:r>
        <w:br/>
        <w:t>— Заздрісно чоловікові стало! Де ж таки!</w:t>
      </w:r>
    </w:p>
    <w:p>
      <w:r>
        <w:br/>
        <w:t>— А що ми йому? Він увесь вік свій прожив у розкошах. А нам що? Як оце хата тут? Так скільки ж муки було до того!..</w:t>
      </w:r>
    </w:p>
    <w:p>
      <w:r>
        <w:br/>
        <w:t>— Да! Ніколи людина не помириться з людиною. Як не одбиратиме їжу, то їй заздрісно буде, що в другого лежить шматок хліба ще не з’їдений, — зауважив стиха дід Кирило.</w:t>
      </w:r>
    </w:p>
    <w:p>
      <w:r>
        <w:br/>
        <w:t>Та Яким не в жарт розпалився:</w:t>
      </w:r>
    </w:p>
    <w:p>
      <w:r>
        <w:br/>
        <w:t>— Що він, свиня, там репетує! Що я йому зробив? Ограбував його, обдер, чи що? Як він ото так — то сьогодні заберу в нього теличку, та й нехай собі як знає.</w:t>
      </w:r>
    </w:p>
    <w:p>
      <w:r>
        <w:br/>
        <w:t>— Ото ж за теличку він і репетує — ніяк не помириться.</w:t>
      </w:r>
    </w:p>
    <w:p>
      <w:r>
        <w:br/>
        <w:t>— Бач, яке мурло! Йому свого мало, що то він і моє хоче загарбити! Ні, цього не буде!</w:t>
      </w:r>
    </w:p>
    <w:p>
      <w:r>
        <w:br/>
        <w:t>Надвечір сонце порохнявою напоювало ліс і повітря. Тіні проколювались дрібними золотими дірочками. А тиша на долині густіла.</w:t>
      </w:r>
    </w:p>
    <w:p>
      <w:r>
        <w:br/>
        <w:t>Тоді Яким привів теличку й прив’язав до катраги.</w:t>
      </w:r>
    </w:p>
    <w:p>
      <w:r>
        <w:br/>
        <w:t>— Тпру! Отепер тут тобі, голубко, бути!</w:t>
      </w:r>
    </w:p>
    <w:p>
      <w:r>
        <w:br/>
        <w:t>Яким став, важко передихнув і втішно оглянувся навкруги.</w:t>
      </w:r>
    </w:p>
    <w:p>
      <w:r>
        <w:br/>
        <w:t>Теличка обвела здивованими очима катрагу, але, побачивши поблизу кущі, почувши дух трави, заспокоїлася й утішно покрутила хвостом.</w:t>
      </w:r>
    </w:p>
    <w:p>
      <w:r>
        <w:br/>
        <w:t>Увечері Мокрина пестила теличку: поїла її пійлом, чухала шию, вичісувала. Вона розмовляла з нею, як з людиною:</w:t>
      </w:r>
    </w:p>
    <w:p>
      <w:r>
        <w:br/>
        <w:t>— У, дурненька! Не хотіла йти! Чому тобі погано тут? У, ледащо? Паші тобі по коліно тут, є водиця й листячко! А на зиму хліва тут виллємо такого!</w:t>
      </w:r>
    </w:p>
    <w:p>
      <w:r>
        <w:br/>
        <w:t>З хати доходили ще напоєні вечірньою задумою звуки.</w:t>
      </w:r>
    </w:p>
    <w:p>
      <w:r>
        <w:br/>
        <w:t>Хтось утомно цюкав сокирою.</w:t>
      </w:r>
    </w:p>
    <w:p>
      <w:r>
        <w:br/>
        <w:t>Але швидко звук обірвався. Хтось затупав.</w:t>
      </w:r>
    </w:p>
    <w:p>
      <w:r>
        <w:br/>
        <w:t>Майстри сходились до катраги. Сідали на сукуватого дуба й курили.</w:t>
      </w:r>
    </w:p>
    <w:p>
      <w:r>
        <w:br/>
        <w:t>На лиця їм лягало червоне похапливе полум’я.</w:t>
      </w:r>
    </w:p>
    <w:p>
      <w:r>
        <w:br/>
        <w:t>Парувало кашею, засмаленим салом.</w:t>
      </w:r>
    </w:p>
    <w:p>
      <w:r>
        <w:br/>
        <w:t>Яким кидав свою роботу і йшов до гурту.</w:t>
      </w:r>
    </w:p>
    <w:p>
      <w:r>
        <w:br/>
        <w:t>— Значить, сьогодні вже й вікна вигнали?</w:t>
      </w:r>
    </w:p>
    <w:p>
      <w:r>
        <w:br/>
        <w:t>— Вигнали, вигнали. Хата йде, як трава росте.</w:t>
      </w:r>
    </w:p>
    <w:p>
      <w:r>
        <w:br/>
        <w:t>— Ну, от. А я вам кроквів наготовив! Лати сьогодні настягав!</w:t>
      </w:r>
    </w:p>
    <w:p>
      <w:r>
        <w:br/>
        <w:t>Дід Кирило в задумі плямкав люлькою.</w:t>
      </w:r>
    </w:p>
    <w:p>
      <w:r>
        <w:br/>
        <w:t>— Стягай, стягай, хлопче! А вже ми тобі й хату оділлємо, така буде, аж дзвенітиме!</w:t>
      </w:r>
    </w:p>
    <w:p>
      <w:r>
        <w:br/>
        <w:t>— Да, ето тобі, Якиме, вроді як панське життя випало! — зауважив русявий майстер.</w:t>
      </w:r>
    </w:p>
    <w:p>
      <w:r>
        <w:br/>
        <w:t>— За Миколая, — говорив далі дід, — хати було ставили. Так ото часто із станції готову вже привозили. Тільки ставляй було! То куди там до твоєї? Хе! Такої хати в усьому околотку не знайдеш.</w:t>
      </w:r>
    </w:p>
    <w:p>
      <w:r>
        <w:br/>
        <w:t>— А от дивись ти — люди заздрять. Не дають тобі й дихати вільно, — по щирості признався Яким.</w:t>
      </w:r>
    </w:p>
    <w:p>
      <w:r>
        <w:br/>
        <w:t>— А ти думав як? Щоб тобі сміялися, як ти вирвав шматок щастя? Чудак чоловік!</w:t>
      </w:r>
    </w:p>
    <w:p>
      <w:r>
        <w:br/>
        <w:t>— Ну так що ж я, дєдушка? Що я кому лихого заподіяв?</w:t>
      </w:r>
    </w:p>
    <w:p>
      <w:r>
        <w:br/>
        <w:t>— Що він кому заподіяв?! Адже в комнезамі був? Був! Адже грунта маєш, хату собі ставиш? Ну, й буде з тебе, щоб другі присікувались.</w:t>
      </w:r>
    </w:p>
    <w:p>
      <w:r>
        <w:br/>
        <w:t>— Та ні, за чужими ще можна жити. Тут свої спокойствія не дають. З свояком он, дєдушка, не помиримось! Нахваляється й убити.</w:t>
      </w:r>
    </w:p>
    <w:p>
      <w:r>
        <w:br/>
        <w:t>— За шматок щастя, — не слухаючи, говорив далі дід Кирило, — треба нести спокуту, як і за гріхи!</w:t>
      </w:r>
    </w:p>
    <w:p>
      <w:r>
        <w:br/>
        <w:t>— Чуєш, нема тобі життя й спокою — ані на крихту! — ніби сам з собою говорив Яким.</w:t>
      </w:r>
    </w:p>
    <w:p>
      <w:r>
        <w:br/>
        <w:t>Розмова щодалі тихшала. Окремі уривки її помалу падали в сутінь вечора.</w:t>
      </w:r>
    </w:p>
    <w:p>
      <w:r>
        <w:br/>
        <w:t>З річки доходило сюди крекотання жаб, десь викрикував деркач. А як стихали вони — тоді з яру йшов м’який радісний спів соловейків.</w:t>
      </w:r>
    </w:p>
    <w:p>
      <w:r>
        <w:br/>
        <w:t>Пізніш майстри вечеряли й розходилися додому.</w:t>
      </w:r>
    </w:p>
    <w:p>
      <w:r>
        <w:br/>
        <w:t>Востаннє було чути покволу ходу діда Кирила. На горі він спинився, чиркнув сірником і довго запалював люльку. Та швидко постать його вгрузла в сутінь.</w:t>
      </w:r>
    </w:p>
    <w:p>
      <w:r>
        <w:br/>
        <w:t>І тільки десь далеко-далеко згасав захід, а на нім сутінню обперезувалась смуга лісу.</w:t>
      </w:r>
    </w:p>
    <w:p>
      <w:r>
        <w:br/>
        <w:t>Мокрина прибирала коло катраги й тихо розмовляла.</w:t>
      </w:r>
    </w:p>
    <w:p>
      <w:r>
        <w:br/>
        <w:t>— Як майстри, Якиме? Коли кінчають?</w:t>
      </w:r>
    </w:p>
    <w:p>
      <w:r>
        <w:br/>
        <w:t>— Та так, що днів з десять ще провозяться!</w:t>
      </w:r>
    </w:p>
    <w:p>
      <w:r>
        <w:br/>
        <w:t>— Днів з десять? Лишенько. Що ж вони робитимуть? Це вони просто щоб затягти.</w:t>
      </w:r>
    </w:p>
    <w:p>
      <w:r>
        <w:br/>
        <w:t>— Чого там затягти? Що їм з того? Адже ж вони од хати беруть, а не поденно.</w:t>
      </w:r>
    </w:p>
    <w:p>
      <w:r>
        <w:br/>
        <w:t>Яким сердито посунувся на деревині, повозився в кишені й почав крутити цигарку.</w:t>
      </w:r>
    </w:p>
    <w:p>
      <w:r>
        <w:br/>
        <w:t>— А я вже й молодиць підмовляла. Хвалилися прийти толокою мазати. А дід Настасій казав, що піч прийде ставити.</w:t>
      </w:r>
    </w:p>
    <w:p>
      <w:r>
        <w:br/>
        <w:t>Вона вчувала, — що слова її м’яко лягають у тіні кущів і звідти обзиваються до неї незвичайно тепло.</w:t>
      </w:r>
    </w:p>
    <w:p>
      <w:r>
        <w:br/>
        <w:t>Тоді сутінь сходила їй на груди й пестила м’якою оксамитовою ворсою.</w:t>
      </w:r>
    </w:p>
    <w:p>
      <w:r>
        <w:br/>
        <w:t>— Аж не віриться, що через півмісяця в своїй хаті житимемо!</w:t>
      </w:r>
    </w:p>
    <w:p>
      <w:r>
        <w:br/>
        <w:t>Мокрина спинилася, вирівнялася й глибоко зітхнула. Далі вп’ялася очима в темряву й замислилась.</w:t>
      </w:r>
    </w:p>
    <w:p>
      <w:r>
        <w:br/>
        <w:t>Хтось ростив у серці тонкі солодкі нитки й напоював густим соком груди.</w:t>
      </w:r>
    </w:p>
    <w:p>
      <w:r>
        <w:br/>
        <w:t>Мокрина востаннє зазирнула до телички, підклала їй свіжої трави, міцніше прив’язала й пішла до катраги. Але дорогою ще раз спинилася і вслухалась у глибінь ночі. Хтось із неба, із золотих теплих зір, зазирав їй просто в груди — і точив їй густінь радості.</w:t>
      </w:r>
    </w:p>
    <w:p>
      <w:r>
        <w:br/>
        <w:t>На порозі катраги Мокрина спинилась у задумі й повагалась, але цього разу перехрестилась і тоді ввійшла до катраги.</w:t>
      </w:r>
    </w:p>
    <w:p>
      <w:r>
        <w:br/>
        <w:t>Яким уже спав.</w:t>
      </w:r>
    </w:p>
    <w:p>
      <w:r>
        <w:br/>
        <w:t>Вона знайшла стару свитку, вкрила собі ноги й тісніш притиснулась до Якима, заплющила очі й прислухалась, як десь жевжіла самітна бджола.</w:t>
      </w:r>
    </w:p>
    <w:p>
      <w:r>
        <w:br/>
        <w:t>Мокрина намагалася заснути, та сон їй не йшов. Тоді вона стала сіпати Якима, доки той не прокинувся.</w:t>
      </w:r>
    </w:p>
    <w:p>
      <w:r>
        <w:br/>
        <w:t>Мокрина засипала його якимсь нестримним потоком пристрасних слів. Вона рвала собі руди, й тиснулась до нього, і вчувала, як теплі ноги Якимові пестили їй тіло, як густий волос лоскотав її всю. Вона тихо сміялась і німіла з глибокої пристрасті.</w:t>
      </w:r>
    </w:p>
    <w:p>
      <w:r>
        <w:br/>
        <w:t>І коли розкривала очі — бачила крізь дірки з темної синяви в небі великі вокаті зірки, що лоскотно-холодним спокоєм, ніби оксамитом, обперізували їй душу, а душа тоді танула, як весняний сніг. Було чутно, як з кущів капали роси, одбиваючи хвилину за хвилиною ночі.</w:t>
      </w:r>
    </w:p>
    <w:p>
      <w:r>
        <w:br/>
        <w:t>Коли вже проспівали другі півні, Мокрина почула, як хтось важко тупав коло катраги.</w:t>
      </w:r>
    </w:p>
    <w:p>
      <w:r>
        <w:br/>
        <w:t>Вона зразу подумала, що то дід Кирило прийшов уже на роботу. Але було ще рано.</w:t>
      </w:r>
    </w:p>
    <w:p>
      <w:r>
        <w:br/>
        <w:t>Вона напружено прислухалась, доки виразно не почула густих обережних кроків.</w:t>
      </w:r>
    </w:p>
    <w:p>
      <w:r>
        <w:br/>
        <w:t>Хтось крався до катраги.</w:t>
      </w:r>
    </w:p>
    <w:p>
      <w:r>
        <w:br/>
        <w:t>Вона ще хвилину послухала.</w:t>
      </w:r>
    </w:p>
    <w:p>
      <w:r>
        <w:br/>
        <w:t>Тоді стала ворушити Якима.</w:t>
      </w:r>
    </w:p>
    <w:p>
      <w:r>
        <w:br/>
        <w:t>— Якиме, чуєш?</w:t>
      </w:r>
    </w:p>
    <w:p>
      <w:r>
        <w:br/>
        <w:t>— Га? Що?</w:t>
      </w:r>
    </w:p>
    <w:p>
      <w:r>
        <w:br/>
        <w:t>— Хтось до телиці.</w:t>
      </w:r>
    </w:p>
    <w:p>
      <w:r>
        <w:br/>
        <w:t>Яким раптом схопився й вискочив із катраги.</w:t>
      </w:r>
    </w:p>
    <w:p>
      <w:r>
        <w:br/>
        <w:t>Мокрина лежала зігнувшись, вкрита рудою порваною свитою, але слух у ній увесь ішов за кроками Якима.</w:t>
      </w:r>
    </w:p>
    <w:p>
      <w:r>
        <w:br/>
        <w:t>Вона чула якісь глухі, але грізні й сварливі голоси.</w:t>
      </w:r>
    </w:p>
    <w:p>
      <w:r>
        <w:br/>
        <w:t>Хтось до когось присікувався.</w:t>
      </w:r>
    </w:p>
    <w:p>
      <w:r>
        <w:br/>
        <w:t>Тоді знову хтось важко загупав і ніби впав.</w:t>
      </w:r>
    </w:p>
    <w:p>
      <w:r>
        <w:br/>
        <w:t>Було чутко харчання та видавлені, захекані звуки.</w:t>
      </w:r>
    </w:p>
    <w:p>
      <w:r>
        <w:br/>
        <w:t>І раптом дикий зойк, що з розпукою когось благав, — перерізав повітря.</w:t>
      </w:r>
    </w:p>
    <w:p>
      <w:r>
        <w:br/>
        <w:t>І тоді все стихло.</w:t>
      </w:r>
    </w:p>
    <w:p>
      <w:r>
        <w:br/>
        <w:t>Коли Мокрина вискочила — зразу їй упало в вічі: тиха, ледве злотава смуга, сиві кущі й сірява пелена ранку, що танула десь на темній брамі тополь.</w:t>
      </w:r>
    </w:p>
    <w:p>
      <w:r>
        <w:br/>
        <w:t>Вона швидко помітила витолочену плямину на галяві й побігла туди.</w:t>
      </w:r>
    </w:p>
    <w:p>
      <w:r>
        <w:br/>
        <w:t>Під кущем лежав Яким, якось холодно й самітно зігнувшись.</w:t>
      </w:r>
    </w:p>
    <w:p>
      <w:r>
        <w:br/>
        <w:t>Мокрина кинулася до нього, припала й злякалася, — розхристані груди були холодні.</w:t>
      </w:r>
    </w:p>
    <w:p>
      <w:r>
        <w:br/>
        <w:t>А з-під вуса дивилась спокійна усмішка.</w:t>
      </w:r>
    </w:p>
    <w:p>
      <w:r>
        <w:br/>
        <w:t>— Якиме, чуєш?</w:t>
      </w:r>
    </w:p>
    <w:p>
      <w:r>
        <w:br/>
        <w:t>Вона безжалісно й нервово термосала його, але голова</w:t>
      </w:r>
    </w:p>
    <w:p>
      <w:r>
        <w:br/>
        <w:t>Якимові кволо перекочувалась.</w:t>
      </w:r>
    </w:p>
    <w:p>
      <w:r>
        <w:br/>
        <w:t>Тоді Мокрина, як жадібна самиця, нахилилась до губ, прислухалася, помацала.</w:t>
      </w:r>
    </w:p>
    <w:p>
      <w:r>
        <w:br/>
        <w:t>І раптом прорізала ліс гострим, безнадійно-розпачливим криком. А яри їй обізвались лунко-хриплим ревом гнівної й зляканої самиці.</w:t>
      </w:r>
    </w:p>
    <w:p>
      <w:r>
        <w:br/>
        <w:t>Було моторошно й холодно, як завжди вранці.</w:t>
      </w:r>
    </w:p>
    <w:p>
      <w:r>
        <w:br/>
        <w:t>Мокрина сіла, злякано впилась кудись у далечінь великими очима й заніміла.</w:t>
      </w:r>
    </w:p>
    <w:p>
      <w:r>
        <w:br/>
        <w:t>Швидко за тим ліс наповнився радісним ранковим співом.</w:t>
      </w:r>
    </w:p>
    <w:p>
      <w:r>
        <w:br/>
        <w:t>Десь поблизу бовкали солов’ї, витягували довгою ниткою шпаки, з сусіднього байраку журно обізвалася горлиця.</w:t>
      </w:r>
    </w:p>
    <w:p>
      <w:r>
        <w:br/>
        <w:t>Прийшов дід Кирило, потюпав мовчки коло хати й став цюкати дерева.</w:t>
      </w:r>
    </w:p>
    <w:p>
      <w:r>
        <w:br/>
        <w:t>І кожен звук його — ніби хтось Мокрині рубав серце.</w:t>
      </w:r>
    </w:p>
    <w:p>
      <w:r>
        <w:br/>
        <w:t>Із-за шпиля вичесалось сонце, заяснилося, розсипалося рясними бризками — і впало Якимові просто в лице.</w:t>
      </w:r>
    </w:p>
    <w:p>
      <w:r>
        <w:br/>
        <w:t>Тоді швидко тумани розтанули над байраками.</w:t>
      </w:r>
    </w:p>
    <w:p>
      <w:r>
        <w:br/>
        <w:t>Із степу долітав жвавий спів Іванів.</w:t>
      </w:r>
    </w:p>
    <w:p>
      <w:r>
        <w:br/>
        <w:t>На хвилину він затих і розійшовся голосним розтягнутим криком:</w:t>
      </w:r>
    </w:p>
    <w:p>
      <w:r>
        <w:br/>
        <w:t>— Куди ти, бодай ти здохла!</w:t>
      </w:r>
    </w:p>
    <w:p>
      <w:r>
        <w:br/>
        <w:t>А тоді знову степ пройнявся тим самим дзвінким хлоп’ячим співом. Звідси, з яру, спів той стихав, а то виростав.</w:t>
      </w:r>
    </w:p>
    <w:p>
      <w:r>
        <w:br/>
        <w:t>Дійшовши до лісу, Іван надумав заглянути до хати в яру.</w:t>
      </w:r>
    </w:p>
    <w:p>
      <w:r>
        <w:br/>
        <w:t>В кущах Іван так само голосно виспівував, бавлячись, як десь на луках йому обзивалась луна.</w:t>
      </w:r>
    </w:p>
    <w:p>
      <w:r>
        <w:br/>
        <w:t>Вийшовши на галявину, він голосно привітався:</w:t>
      </w:r>
    </w:p>
    <w:p>
      <w:r>
        <w:br/>
        <w:t>— Дорові були, тітко Мокрино!..</w:t>
      </w:r>
    </w:p>
    <w:p>
      <w:r>
        <w:br/>
        <w:t>— Доров, Івасю!..</w:t>
      </w:r>
    </w:p>
    <w:p>
      <w:r>
        <w:br/>
        <w:t>— Боже поможи вам!..</w:t>
      </w:r>
    </w:p>
    <w:p>
      <w:r>
        <w:br/>
        <w:t>Мокрина не обізвалася. Івась не зважив на це й почав далі співати.</w:t>
      </w:r>
    </w:p>
    <w:p>
      <w:r>
        <w:br/>
        <w:t>— Івасю!.. Не співай так болісно! — глухо сказала Мокрина.</w:t>
      </w:r>
    </w:p>
    <w:p>
      <w:r>
        <w:br/>
        <w:t>— А що?</w:t>
      </w:r>
    </w:p>
    <w:p>
      <w:r>
        <w:br/>
        <w:t>— Якима вбито!</w:t>
      </w:r>
    </w:p>
    <w:p>
      <w:r>
        <w:br/>
        <w:t>Івась помовчав.</w:t>
      </w:r>
    </w:p>
    <w:p>
      <w:r>
        <w:br/>
        <w:t>— Хе! Як же це так?</w:t>
      </w:r>
    </w:p>
    <w:p>
      <w:r>
        <w:br/>
        <w:t>Та ніхто не відповів.</w:t>
      </w:r>
    </w:p>
    <w:p>
      <w:r>
        <w:br/>
        <w:t>Мокрина підвелась. Їй було дивно. Ліс ніби темний став, як осінньої ночі. Коли Мокрина стала йти, земля під нею немов обривалася, й було страшно по ній іти.</w:t>
      </w:r>
    </w:p>
    <w:p>
      <w:r>
        <w:br/>
        <w:t>1926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