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Ранкова пастораль</w:t>
      </w:r>
    </w:p>
    <w:p>
      <w:r>
        <w:br/>
        <w:t xml:space="preserve"> Розвиднювалось. Ми пішли косити&lt;br /&gt;</w:t>
        <w:br/>
        <w:t>за грунь. А нам навстріч несли трембіти&lt;br /&gt;</w:t>
        <w:br/>
        <w:t>чоловіки з присілка – хтось помер.&lt;br /&gt;</w:t>
        <w:br/>
        <w:t>Була ще тиша.</w:t>
      </w:r>
    </w:p>
    <w:p>
      <w:r>
        <w:br/>
        <w:t>Та ранкова тиша,</w:t>
      </w:r>
    </w:p>
    <w:p>
      <w:r>
        <w:br/>
        <w:t>коли трава сама себе колише,&lt;br /&gt;</w:t>
        <w:br/>
        <w:t>бо вітер спить іще у тьмі дерев.</w:t>
      </w:r>
    </w:p>
    <w:p>
      <w:r>
        <w:br/>
        <w:t>Чи мервою притрушене, чи сиве&lt;br /&gt;</w:t>
        <w:br/>
        <w:t>поганське передсвітло млисті гриви&lt;br /&gt;</w:t>
        <w:br/>
        <w:t>лісів наскельних на старих верхах&lt;br /&gt;</w:t>
        <w:br/>
        <w:t>вичісувало леготом, думками,&lt;br /&gt;</w:t>
        <w:br/>
        <w:t>тому тінь птаха, що майнув над нами,&lt;br /&gt;</w:t>
        <w:br/>
        <w:t>зняла цураві лахи хмар, як птах.</w:t>
      </w:r>
    </w:p>
    <w:p>
      <w:r>
        <w:br/>
        <w:t>Тонке джерельце скочило у вічі:&lt;br /&gt;</w:t>
        <w:br/>
        <w:t>втекло із ночі, ткалось на обличчі –&lt;br /&gt;</w:t>
        <w:br/>
        <w:t>ми падали і гладили траву.&lt;br /&gt;</w:t>
        <w:br/>
        <w:t>Трава світилась – плакала на віях,&lt;br /&gt;</w:t>
        <w:br/>
        <w:t>немовби в наших мріях і надіях&lt;br /&gt;</w:t>
        <w:br/>
        <w:t>розвиднілось, як на кішню нову.</w:t>
      </w:r>
    </w:p>
    <w:p>
      <w:r>
        <w:br/>
        <w:t>І стало чути, як дитина плаче,&lt;br /&gt;</w:t>
        <w:br/>
        <w:t>а потім крик.</w:t>
      </w:r>
    </w:p>
    <w:p>
      <w:r>
        <w:br/>
        <w:t>Ми йшли на крик дитячий.</w:t>
      </w:r>
    </w:p>
    <w:p>
      <w:r>
        <w:br/>
        <w:t>За стайнею на яблуні низькій&lt;br /&gt;</w:t>
        <w:br/>
        <w:t>тремтіло хлопченя мале, руками&lt;br /&gt;</w:t>
        <w:br/>
        <w:t>обнявши стовбур, наче шию мами…&lt;br /&gt;</w:t>
        <w:br/>
        <w:t>Тонке джерельце з наших мрій, надій.</w:t>
      </w:r>
    </w:p>
    <w:p>
      <w:r>
        <w:br/>
        <w:t>Ягнята й вівці збилися докупи,&lt;br /&gt;</w:t>
        <w:br/>
        <w:t>навпроти них завмерли ми, як слупи…&lt;br /&gt;</w:t>
        <w:br/>
        <w:t>Баран аж від скарлючених кущів&lt;br /&gt;</w:t>
        <w:br/>
        <w:t>немовби для смертельного двобою&lt;br /&gt;</w:t>
        <w:br/>
        <w:t>щоразу розбігався й головою&lt;br /&gt;</w:t>
        <w:br/>
        <w:t>о стовбур яблуневий бив і бив.</w:t>
      </w:r>
    </w:p>
    <w:p>
      <w:r>
        <w:br/>
        <w:t>Баран барана в люті б'є до смерті.&lt;br /&gt;</w:t>
        <w:br/>
        <w:t>А чим його погладив проти шерсті&lt;br /&gt;</w:t>
        <w:br/>
        <w:t>невиспаний, маленький пастушок?&lt;br /&gt;</w:t>
        <w:br/>
        <w:t>Невже ця худобина скаженіє&lt;br /&gt;</w:t>
        <w:br/>
        <w:t>тому лишень, що яблунька не вміє,&lt;br /&gt;</w:t>
        <w:br/>
        <w:t>сердешна, відступити хоч на крок?</w:t>
      </w:r>
    </w:p>
    <w:p>
      <w:r>
        <w:br/>
        <w:t>Він звір.</w:t>
      </w:r>
    </w:p>
    <w:p>
      <w:r>
        <w:br/>
        <w:t>Кров залила осклілі очі.</w:t>
      </w:r>
    </w:p>
    <w:p>
      <w:r>
        <w:br/>
        <w:t>Вже й сам гатити в дерево не хоче,&lt;br /&gt;</w:t>
        <w:br/>
        <w:t>та хтось його кидає знов і знов.&lt;br /&gt;</w:t>
        <w:br/>
        <w:t>Заточується вже!</w:t>
      </w:r>
    </w:p>
    <w:p>
      <w:r>
        <w:br/>
        <w:t>Він нас не бачить,</w:t>
      </w:r>
    </w:p>
    <w:p>
      <w:r>
        <w:br/>
        <w:t>хоч пирскає й на нас його гаряча,&lt;br /&gt;</w:t>
        <w:br/>
        <w:t>скажена, темна, клекітлива кров.</w:t>
      </w:r>
    </w:p>
    <w:p>
      <w:r>
        <w:br/>
        <w:t>Сказав хтось: "У шаленстві здохне скоро,&lt;br /&gt;</w:t>
        <w:br/>
        <w:t>бо відступать не вміє, хоч про сором&lt;br /&gt;</w:t>
        <w:br/>
        <w:t>не відає…</w:t>
      </w:r>
    </w:p>
    <w:p>
      <w:r>
        <w:br/>
        <w:t>А я б його забив,</w:t>
      </w:r>
    </w:p>
    <w:p>
      <w:r>
        <w:br/>
        <w:t>щоб не пропали ґаздам туша й шкіра&lt;br /&gt;</w:t>
        <w:br/>
        <w:t>і щоб малий не впав на роги звіра".&lt;br /&gt;</w:t>
        <w:br/>
        <w:t>І, взявши ніж,</w:t>
      </w:r>
    </w:p>
    <w:p>
      <w:r>
        <w:br/>
        <w:t>до яблуні ступив.</w:t>
      </w:r>
    </w:p>
    <w:p>
      <w:r>
        <w:br/>
        <w:t>Повіяв вітер, і проміння перше&lt;br /&gt;</w:t>
        <w:br/>
        <w:t>обмило нам обличчя, вітром втерши.&lt;br /&gt;</w:t>
        <w:br/>
        <w:t>І весело було б, якби не страх&lt;br /&gt;</w:t>
        <w:br/>
        <w:t>від того, що ніколи наші страхи&lt;br /&gt;</w:t>
        <w:br/>
        <w:t>не зможем зняти, як цураві лахи,&lt;br /&gt;</w:t>
        <w:br/>
        <w:t>і закопати на старих верхах.</w:t>
      </w:r>
    </w:p>
    <w:p>
      <w:r>
        <w:br/>
        <w:t>Пішли ми далі тихо, як за гробом…&lt;br /&gt;</w:t>
        <w:br/>
        <w:t>Світ, що в стражденне Древо лупить лобом,&lt;br /&gt;</w:t>
        <w:br/>
        <w:t>відкрив хлоп'як з малої висоти.&lt;br /&gt;</w:t>
        <w:br/>
        <w:t>Йшли мудрі, ніби з нами все було вже,&lt;br /&gt;</w:t>
        <w:br/>
        <w:t>і здохнути,</w:t>
      </w:r>
    </w:p>
    <w:p>
      <w:r>
        <w:br/>
        <w:t>до тями не прийшовши,</w:t>
      </w:r>
    </w:p>
    <w:p>
      <w:r>
        <w:br/>
        <w:t>все ж веселіше,</w:t>
      </w:r>
    </w:p>
    <w:p>
      <w:r>
        <w:br/>
        <w:t>аніж далі 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Ранкова пастораль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