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Райські коні</w:t>
      </w:r>
    </w:p>
    <w:p>
      <w:r>
        <w:br/>
        <w:t xml:space="preserve"> &lt;p&gt;У Золоту долину я потрапив через дискусію. Наші науковці з інституту сперечалися між собою цілу зиму так завзято, що коли прийшов час у поле виходити, то виявилось, що коней немає. Всіх коней розібрали інші експедиції. А без коня в сопках ні вертоліт не допоможе, ні власні ноги.</w:t>
      </w:r>
    </w:p>
    <w:p>
      <w:r>
        <w:br/>
        <w:t>Я в них був перевірений і надійний, тому вони мені й гроші готівкою видали, і на рейс в Золоту долину влаштували. Поки летіли й приземлялись на сніговий аеродром, у мене настрій був добрий. Коли ж під'їхали на "газику", я підупав настроєм, хоча мав би звеселитися. І ось чому. На зеленій площині дюралю червоним суриком було виведено: "Граждане! Не жгите клопов паяльными лампами!" Не знаю, але якийсь неспокій мене пройняв від того заклику.</w:t>
      </w:r>
    </w:p>
    <w:p>
      <w:r>
        <w:br/>
        <w:t>Далі він посилився, бо голова колгоспу із сльозами на очах сказав:</w:t>
      </w:r>
    </w:p>
    <w:p>
      <w:r>
        <w:br/>
        <w:t>— Коні?.. Побили всіх трельовочних коней, коли ліспромгосп &amp;lsquo;ліквідували... Тепер ми відроджуємо старі промисли, господарство йде вгору, а коней обмаль!.. Кінь — дефіцит!.. Ех... яких коней тоді позабивали!.. Знаєш, товаришу, піди до голови селищної Ради. У них, у комунгоспі, якихось п'ять коней є; та в приватників, може, вициганиш... Хоча вони шкури — добре з оренди живляться!</w:t>
      </w:r>
    </w:p>
    <w:p>
      <w:r>
        <w:br/>
        <w:t>Це я добре знав — не перший рік з в'ючними кіньми по тайзі та по сопках.</w:t>
      </w:r>
    </w:p>
    <w:p>
      <w:r>
        <w:br/>
        <w:t>Я послухав його.</w:t>
      </w:r>
    </w:p>
    <w:p>
      <w:r>
        <w:br/>
        <w:t>Селище здоровенне — і колгосп, і радгосп, і якісь бази, і філія копальні.</w:t>
      </w:r>
    </w:p>
    <w:p>
      <w:r>
        <w:br/>
        <w:t>І все як по нотах: фізики-теоретики лагодять бульдозер, монітор біля річечки направляють — золотий пісок гребтимуть та промиватимуть.</w:t>
      </w:r>
    </w:p>
    <w:p>
      <w:r>
        <w:br/>
        <w:t>Кілька бичів сиділи на болонках під старими бараками (оті, що лишилися від минулої епохи) і дудлили шмурдяк.</w:t>
      </w:r>
    </w:p>
    <w:p>
      <w:r>
        <w:br/>
        <w:t>У приймальні селищної Ради мене неспокій зовсім пройняв: ні голови, ні заступника не було, а сиділа секретарка і клацала на машинці.</w:t>
      </w:r>
    </w:p>
    <w:p>
      <w:r>
        <w:br/>
        <w:t>Зайшов, а вона зразу підвелася. Одного зросту зі мною, щоправда, високі каблуки носила. Обличчя бліде, очі великі і такі світлі, аж білі, губки невеличкі і тонкі. Волосся срібне і спадає довгими пасмами на груди і спину... Матері його ковінька! Воно мені потрібне отаке? У мене з жінками в стосунках страшний дефект — ніколи не можу приховати від них, що я до них відчуваю!.. Тю! Бачу — і ця зрозуміла. Мене аж трусить — схопити б її, і ні слова не кажучи! А що вона те все бачить, мені ніяково, пропасниця тіпає.</w:t>
      </w:r>
    </w:p>
    <w:p>
      <w:r>
        <w:br/>
        <w:t>Ну, так-сяк я їй розповів про коней...</w:t>
      </w:r>
    </w:p>
    <w:p>
      <w:r>
        <w:br/>
        <w:t>Вона мені порадила:</w:t>
      </w:r>
    </w:p>
    <w:p>
      <w:r>
        <w:br/>
        <w:t>— Є тут один чоловік — Зозуля. Все він знає і все може, якщо захоче з вами мати справу. Тільки будьте обережні — він не блатний, а пройда, що й будь-кого обдурить. Завжди у цей час товчеться...</w:t>
      </w:r>
    </w:p>
    <w:p>
      <w:r>
        <w:br/>
        <w:t>— У чайній! — вихопився я.</w:t>
      </w:r>
    </w:p>
    <w:p>
      <w:r>
        <w:br/>
        <w:t>— Не вгадали! Він на пошті пропадає — з ким тільки може з'єднатись, тому і дзвонить... Скрізь у нього справи, по всьому узбережжі...</w:t>
      </w:r>
    </w:p>
    <w:p>
      <w:r>
        <w:br/>
        <w:t>— Спасибі вам, піду зараз! — хочу йти і все стою, а вона тоді:</w:t>
      </w:r>
    </w:p>
    <w:p>
      <w:r>
        <w:br/>
        <w:t>— Дивіться, не прогавте його, як він поїде кудись, не доженете... Зайдете потім, як буде бажання, розкажете, чи вдалась ваша справа.</w:t>
      </w:r>
    </w:p>
    <w:p>
      <w:r>
        <w:br/>
        <w:t>— Спасибі, зайду...— а сам все стою.</w:t>
      </w:r>
    </w:p>
    <w:p>
      <w:r>
        <w:br/>
        <w:t>Я пішов. Іду, а ноги наче трусяться!</w:t>
      </w:r>
    </w:p>
    <w:p>
      <w:r>
        <w:br/>
        <w:t>Почав спускатися з пагорба і побачив пошту — новий дім вивели рублений. Далі — на одному підвіконні щось ніби згорток. Підступив туди здоровенний чалий кінь і тягнеться мордою.</w:t>
      </w:r>
    </w:p>
    <w:p>
      <w:r>
        <w:br/>
        <w:t>Прихопив кільце ковбаси — і хрумає.</w:t>
      </w:r>
    </w:p>
    <w:p>
      <w:r>
        <w:br/>
        <w:t>Тут вихопився чималий пес їздовий і до шматка! Кінь голову задер та копитом, копитом собаку відганяє. Пес на коня наскакує, а кінь копитом гупає і щелепами швидше, швидше!</w:t>
      </w:r>
    </w:p>
    <w:p>
      <w:r>
        <w:br/>
        <w:t>А з вікна визирнув бородань та як гарикне!</w:t>
      </w:r>
    </w:p>
    <w:p>
      <w:r>
        <w:br/>
        <w:t>А я як зарегочу, аж мені соромно стало,— спинитись не можу.</w:t>
      </w:r>
    </w:p>
    <w:p>
      <w:r>
        <w:br/>
        <w:t>Бо я в ньому зразу пізнав старовіра-молоканина — бач куди дістався охоронець чистої віри. Куди подався денарій кесаря заробляти!.. Я раз цілу ніч слухав їхню суперечку на вокзалі — між молоканами і одним атеїстом-дилетантом... Тому й знаю, що таке денарій кесаря.</w:t>
      </w:r>
    </w:p>
    <w:p>
      <w:r>
        <w:br/>
        <w:t>Коли це хтось мене ззаду густим баритоном питає:</w:t>
      </w:r>
    </w:p>
    <w:p>
      <w:r>
        <w:br/>
        <w:t>— Гарний кінь?!</w:t>
      </w:r>
    </w:p>
    <w:p>
      <w:r>
        <w:br/>
        <w:t>— Гарний! — обертаюся і бачу дебелого чорнявого чоловіка з темно-синіми очима.</w:t>
      </w:r>
    </w:p>
    <w:p>
      <w:r>
        <w:br/>
        <w:t>— Пішли до мене, краще про справу поговоримо. Гей, Льо-о-ов-ва-а! — закричав він щосили, і чалий кінь струсонув світлою гривою і трюхою постукотів по слизькій ожеледній дорозі.</w:t>
      </w:r>
    </w:p>
    <w:p>
      <w:r>
        <w:br/>
        <w:t>— Чого ти його Льовою?</w:t>
      </w:r>
    </w:p>
    <w:p>
      <w:r>
        <w:br/>
        <w:t>— Могутній кінь...</w:t>
      </w:r>
    </w:p>
    <w:p>
      <w:r>
        <w:br/>
        <w:t>— Не гірше ніж Холстомєр у графа Толстого чи Ізумруд у вихрещеного цього татарина, ну як його отого — Купріна...</w:t>
      </w:r>
    </w:p>
    <w:p>
      <w:r>
        <w:br/>
        <w:t>— Слухай, а ти звідкіль взнав, що я до тебе?</w:t>
      </w:r>
    </w:p>
    <w:p>
      <w:r>
        <w:br/>
        <w:t>— Безгоспна сорока на дроті принесла. Сказала — один з карабіном шукає кобилячого хвоста...</w:t>
      </w:r>
    </w:p>
    <w:p>
      <w:r>
        <w:br/>
        <w:t>— А чому ти її безгоспною сорокою звеш?</w:t>
      </w:r>
    </w:p>
    <w:p>
      <w:r>
        <w:br/>
        <w:t>— Сподобалась... от і обурюємося?... На чай запрошувала?.. Брехати не буду. Мені вона теж подобається. Тільки вона байдужа до місцевих. А ти матимеш успіх.</w:t>
      </w:r>
    </w:p>
    <w:p>
      <w:r>
        <w:br/>
        <w:t>Ми небавом дістались до його рубленої фортеці на палях. Він мені пояснив:</w:t>
      </w:r>
    </w:p>
    <w:p>
      <w:r>
        <w:br/>
        <w:t>— У мене зупиняються старателі. Ти їх бачив там, біля ручаю. Хід один, але вони ліворуч, а в мене кімната і комора праворуч. Дуже зручно — вони працюють вахтами цілу добу. Завжди хтось є вдома. Ніякий бич, п'яний ідіот не поткнеться. Про місцевих поганого слова не скажу — сам знаєш, які люди. А з цими старателями вигідно не через гроші, а те, що всі вони з добрим блатом у себе вдома. Через них можна дефіцит дістати... Ну і я їм підкидаю...</w:t>
      </w:r>
    </w:p>
    <w:p>
      <w:r>
        <w:br/>
        <w:t>До столу сіли — зразу чай міцний та духмяний, лососеві консерви, баличок, грибочки, шинка. Подивився він на мене пронизливо:</w:t>
      </w:r>
    </w:p>
    <w:p>
      <w:r>
        <w:br/>
        <w:t>— По чарці перехилимо, як всю ситуацію з кіньми програємо!</w:t>
      </w:r>
    </w:p>
    <w:p>
      <w:r>
        <w:br/>
        <w:t>— Не розумію тебе, ти якось усе перекручуєш, темниш...</w:t>
      </w:r>
    </w:p>
    <w:p>
      <w:r>
        <w:br/>
        <w:t>— Це тому, що ти без освіти. А я перед самісіньким дипломом вилетів з інституту. І книг багато читав. І тепер часом читаю... Ну, як ці який дефіцитний детектив привезуть. Тепер так говорять, так прийнято: створити модель, програти ситуацію, запрограмувати...</w:t>
      </w:r>
    </w:p>
    <w:p>
      <w:r>
        <w:br/>
        <w:t>А чай у нього добрий, індійський, аж ясна в'яже. У мене від чайку і шинки настрій кращає, а він веде свою ситуацію.</w:t>
      </w:r>
    </w:p>
    <w:p>
      <w:r>
        <w:br/>
        <w:t>— У Райській долині є косяк безгоспних коней. Там б'ють гарячі джерела і один маленький гейзер... Трава, кущі — зелені увесь рік. Словом, оранжерея під небом півночі. Недарма ж назвали Райською долиною! Тепер колгосп там тримає дюжину своїх коней. У загорожі. Голова, бач, тобі ані словом не прохопився. Мріє він вороного позбутись, а тоді без нього увесь косяк до рук прибрати. І ще він туди молдаван-теслярів найняв і послав лагодити старі будівлі, відновляти оранжереї і парники. Реанімацію наводить, хоче знов долину зробити райською. Такою, як вона була за ліспромгоспівських часів.</w:t>
      </w:r>
    </w:p>
    <w:p>
      <w:r>
        <w:br/>
        <w:t>"Га! Ось воно що, он яка то Райська долина! Я про неї чув. Там і троянди колись в оранжереях цвіли, і лазні з теплою водою радоновою для начальства були..."</w:t>
      </w:r>
    </w:p>
    <w:p>
      <w:r>
        <w:br/>
        <w:t>— Слухай, а звідкіля там косяк коней?</w:t>
      </w:r>
    </w:p>
    <w:p>
      <w:r>
        <w:br/>
        <w:t>— Ліспромгоспівські, трельовочні коні. Коли техніку ліспромгосп одержав, то деяких на м'ясо для капканів пустили, яких інших у колгосп продали, а оцих, найкращих кобил і вороного жеребця, один бригадир пожалів і лишив у лісі. Вороний зі своїми матками вижив, і тепер цілий косяк гуляє в Райській долині. А ліспромгоспу немає, бо нема чого рубати. Кінчили з лісом остаточно.</w:t>
      </w:r>
    </w:p>
    <w:p>
      <w:r>
        <w:br/>
        <w:t>— Чому ти раніше не наклав руку на косяк?</w:t>
      </w:r>
    </w:p>
    <w:p>
      <w:r>
        <w:br/>
        <w:t>Зозуля примружився пухнатими віями і проказав:</w:t>
      </w:r>
    </w:p>
    <w:p>
      <w:r>
        <w:br/>
        <w:t>— У мене ім'я левине — Річард! Але я ніколи не рикаю і не стрибаю, поки не буде товариша по ділу... Ти от читав про левів у журналі "Знание — сила"?..</w:t>
      </w:r>
    </w:p>
    <w:p>
      <w:r>
        <w:br/>
        <w:t>— То я тобі товариш?</w:t>
      </w:r>
    </w:p>
    <w:p>
      <w:r>
        <w:br/>
        <w:t>— Ще й який ти мені товариш! Хіба з тобою хто порівняється?</w:t>
      </w:r>
    </w:p>
    <w:p>
      <w:r>
        <w:br/>
        <w:t>— Не захвалюй, ти мене чверть години знаєш...— кажу йому — Он краще б узяв когось із фізиків-золотарів... Супермени!</w:t>
      </w:r>
    </w:p>
    <w:p>
      <w:r>
        <w:br/>
        <w:t>— Ха-ха-ха! Там є два леви за ім'ям, але серце у них не левине.</w:t>
      </w:r>
    </w:p>
    <w:p>
      <w:r>
        <w:br/>
        <w:t>— У мене теж не левине.</w:t>
      </w:r>
    </w:p>
    <w:p>
      <w:r>
        <w:br/>
        <w:t>— Зате вовк коня не впустить! — підіграє мені Зозуля.</w:t>
      </w:r>
    </w:p>
    <w:p>
      <w:r>
        <w:br/>
        <w:t>Говорить і не виходить, ніби він стелиться, підлатується до тебе, а ніби це щира про тебе правда... Великий талант — отако з людьми...</w:t>
      </w:r>
    </w:p>
    <w:p>
      <w:r>
        <w:br/>
        <w:t>— Ну, наприклад, ну відіб'ємо ми кобил у вороного. А як їх оформити? Та їх ще треба об'їздити... Думаю, що ти краще за мене знаєш, що то за штука — здичавілий кінь?!</w:t>
      </w:r>
    </w:p>
    <w:p>
      <w:r>
        <w:br/>
        <w:t>— Ну тут проста арифметика — я коней записую за кількома ханигами, і вони здають їх в оренду, науковцям твоїм...</w:t>
      </w:r>
    </w:p>
    <w:p>
      <w:r>
        <w:br/>
        <w:t>— А кому гроші?</w:t>
      </w:r>
    </w:p>
    <w:p>
      <w:r>
        <w:br/>
        <w:t>— Гроші мені. Вони пишуть доручення на моє і твоє ім'я, і ми одержуємо оренду.</w:t>
      </w:r>
    </w:p>
    <w:p>
      <w:r>
        <w:br/>
        <w:t>Я подумав і кажу:</w:t>
      </w:r>
    </w:p>
    <w:p>
      <w:r>
        <w:br/>
        <w:t>— Не піде. Це підробка. Давай краще поміняємо, якщо пощастить вловити, диких коней на колгоспних і все нормально оформимо.</w:t>
      </w:r>
    </w:p>
    <w:p>
      <w:r>
        <w:br/>
        <w:t>Річард сміється.</w:t>
      </w:r>
    </w:p>
    <w:p>
      <w:r>
        <w:br/>
        <w:t>— Пограбувати мене хочеш? Не вийде!..</w:t>
      </w:r>
    </w:p>
    <w:p>
      <w:r>
        <w:br/>
        <w:t>— Я не грабую. Мені коні потрібні під в'юки, а не дикі мустанги...</w:t>
      </w:r>
    </w:p>
    <w:p>
      <w:r>
        <w:br/>
        <w:t>Тоді він, бачу, кумекає, мудрує і вирішує.</w:t>
      </w:r>
    </w:p>
    <w:p>
      <w:r>
        <w:br/>
        <w:t>— Добре. Половину коней для експедиції ти оформляєш через колгосп, половина мої. Через моїх васалів-ханиг.</w:t>
      </w:r>
    </w:p>
    <w:p>
      <w:r>
        <w:br/>
        <w:t>Подивився я на нього і бачу — вирішив він остаточно і від свого не відступиться. А мені про косяк нема що й мріяти! Він, я ж бачу, все заздалегідь промоделював, як він казав, і знає, як тих коней дістати...</w:t>
      </w:r>
    </w:p>
    <w:p>
      <w:r>
        <w:br/>
        <w:t>Він добре все заздалегідь розрахував і передбачив. І глибокий мокрий сніг перших днів весни; і відремонтовану огорожу кінського загону; і те, що молдаванам треба доброго вина привезти; і те, що конярам старим треба пляшку спирту поставити і батарейки до транзистора подарувати.</w:t>
      </w:r>
    </w:p>
    <w:p>
      <w:r>
        <w:br/>
        <w:t>Але головне — то були сигнальні ракети. Ні, брешу, там були і звукові, і просто такі.</w:t>
      </w:r>
    </w:p>
    <w:p>
      <w:r>
        <w:br/>
        <w:t>А долина — Райська! Мов якийсь здоровенний стадіон, космічний просто! Піднімались схили сопок над рівною долиною з озерцями й джерельцями, що парували від гарячої води.</w:t>
      </w:r>
    </w:p>
    <w:p>
      <w:r>
        <w:br/>
        <w:t>Дерева — кам'яні берези, височенні модрини з голим віттям, ближче до озерець чорні вільхи. Пара хмарами клубочиться над кип'ячими джерелами. Береги джерел з темної, червоної грязюки, просто багряні, а далі густа зелена осока та ще якісь яскраві й соковиті трави.</w:t>
      </w:r>
    </w:p>
    <w:p>
      <w:r>
        <w:br/>
        <w:t>Косяк був у найдальшому правому кутку схилу, серед чорностовбурних вільх. Я тюпав на мухортій кобилці позаду за довгоногим чалим Льовою. Моя позичена кобила була, може, трохи вища за поні.</w:t>
      </w:r>
    </w:p>
    <w:p>
      <w:r>
        <w:br/>
        <w:t>Річард Зозуля і не обернувся до мене, а показав нагаєм на косяк.</w:t>
      </w:r>
    </w:p>
    <w:p>
      <w:r>
        <w:br/>
        <w:t>— Бачиш, чоловіче, отам над ними вгорі, ніби схил?.. Ото вихід з Райської долини. Ще три-чотири дні — і якщо ми їх не вловимо або колгосп їх не оприходує, там розтопиться сніг, і вони підуть далі межи сопок... А там гай-гай!..</w:t>
      </w:r>
    </w:p>
    <w:p>
      <w:r>
        <w:br/>
        <w:t>— Підожди, а цією стежкою, що ми сюди пхалися?</w:t>
      </w:r>
    </w:p>
    <w:p>
      <w:r>
        <w:br/>
        <w:t>— Е, зразу видно, що ти мужик... Ну скажи, чи коні тут без тебе не ходили і не знають, що там під снігом лише глина і камінь?</w:t>
      </w:r>
    </w:p>
    <w:p>
      <w:r>
        <w:br/>
        <w:t>Спустились ми обережно вниз, довго обгинали по стежці долину справа наліво до відновлених будівель та оранжерей... Нас зустріли радо і смагляві молдавани, і вилицюваті підстаркуваті два конюхи-камчадали.</w:t>
      </w:r>
    </w:p>
    <w:p>
      <w:r>
        <w:br/>
        <w:t>Їх Зозуля, козак кубанський, швидко умовив, і наступного дня всі вони стояли там, де він їх поставив, і робили те, що він запрограмував. І я, нема де правди діти, робив те, що він загадав.</w:t>
      </w:r>
    </w:p>
    <w:p>
      <w:r>
        <w:br/>
        <w:t>Зозуля тим часом на своєму мудрованому чалому неквапно посувався глибоким снігом вгору по схилу. Ось він над косяком. Мені його добре видно було на тлі снігу. Щось там руками діє.</w:t>
      </w:r>
    </w:p>
    <w:p>
      <w:r>
        <w:br/>
        <w:t>Покотилась долиною гучна луна пострілу. Разів десять від сопок відбилась і посилилась, наче грім лупонув. Коні схилом униз! Один кінь упав, другий кінь упав, третій гепнувся біля підніжжя схилу і не звівся знову. Спочатку весь косяк — і жереб, і кобили, і лошата, і кобилки і жеребчики — помчали по прямій просто до моєї засідки, а потім почали закручуватись на бігу, щоб перескочити через зелений лужок і сховатись серед модрин.</w:t>
      </w:r>
    </w:p>
    <w:p>
      <w:r>
        <w:br/>
        <w:t>І ось тоді Річард вистрелив ракетою.</w:t>
      </w:r>
    </w:p>
    <w:p>
      <w:r>
        <w:br/>
        <w:t>Той сигнал видався мені кінцем світу, як ішла на косяк понад землею ракета.</w:t>
      </w:r>
    </w:p>
    <w:p>
      <w:r>
        <w:br/>
        <w:t>Моя куца кобилка обісіла і викинула мене із сідла в одну мить і, задерши хвоста, помчала вибриком. Я впав, і мій експедиційний німецький карабін вистрілив, але його звуку я не чув. Видобув із снігу свій карабін.</w:t>
      </w:r>
    </w:p>
    <w:p>
      <w:r>
        <w:br/>
        <w:t>Тут якраз і промчали повз мене збурені коні. Обвіяли мене всього кінським потом, забризкали, засипали розбитим снігом і кригою. Як летіли повз мене, то хропли, гоготіли! Зуби вишкірені, очі кров'ю налиті, ось-ось лопнуть, з губ звисає шматтям піниста слина! А ногами так гребуть, січуть, б'ють, що то ніби не ноги творили, а поршні машини.</w:t>
      </w:r>
    </w:p>
    <w:p>
      <w:r>
        <w:br/>
        <w:t>Поки я ловив свою кобилу, повз мене промчав Зозуля. Чи то іноходдю, чи ще якось, бо ні риссю, ні чвалом назвати не можу. Казна-що! Ніби паровик прогуркотів по сніжній стежці.</w:t>
      </w:r>
    </w:p>
    <w:p>
      <w:r>
        <w:br/>
        <w:t>Зозуля, звичайно, мене бачив, але ні крикнув, ні рукою знаку ніякого не подав. Я в сідло — і за ним! І добре, що поспішив! Конюхи і молдавани впустили весь косяк у розкол і зачинили його. Що там зчинилося — б'ються об пакілля, кров аж прискає на сніг, гогочуть, іржуть, лошата мов вищать! Вороний жеребець дзигою крутиться посередині, січе копитами, б'є груддю своїх же кобил і лошат!</w:t>
      </w:r>
    </w:p>
    <w:p>
      <w:r>
        <w:br/>
        <w:t>Колгоспні коні теж збурились за двома загорожами. Все двигтить, товчеться та шалено ірже!</w:t>
      </w:r>
    </w:p>
    <w:p>
      <w:r>
        <w:br/>
        <w:t>Ось цей чортів вороний огир в одному місці продавлює огорожу і тікає крізь дірку. А за ним на волю виривається ще кілька тварин. Вороний кидається до молдаван. Вони від нього в оранжереї. А до проламаної огорожі інші коні підступають. Ще мить — і всі будуть знов на волі.</w:t>
      </w:r>
    </w:p>
    <w:p>
      <w:r>
        <w:br/>
        <w:t>Зозуля як гахне ракетою в одну кобилу: вона саме вже вилазила крізь дірку! Мені в очах посліпило від спалаху! Він їй у морду й шию поцілив метрів, може, з десяти! Не ірже, а заячим голосом вищить бідна коняка! Всю її геть облило білим вогнем.</w:t>
      </w:r>
    </w:p>
    <w:p>
      <w:r>
        <w:br/>
        <w:t>Впала вогняна кобила, качається по землі. Всі коні від неї відбігли в дальній закут огорожі. Збилися у купу і тремтять, сіпаються всією шкурою. А Зозуля вже командує молдаванам, і вони тягнуть пакілля, забивають намертво дірку в огорожі.</w:t>
      </w:r>
    </w:p>
    <w:p>
      <w:r>
        <w:br/>
        <w:t>Кобила завмерла скоро. Витягла обпалену криваву шию і заструп'їлу в паленій шкурі і крові морду. Тільки здих рухається — значить, жива ще... Потім ми всі гуртом важко працювали — розганяли по стійлах коней,— якщо одна тварина і виламає огорожу, то інші за нею не втечуть. Постояли, постояли та й пішли до барака. Тільки один пастух лишився на сторожі.</w:t>
      </w:r>
    </w:p>
    <w:p>
      <w:r>
        <w:br/>
        <w:t>Сидимо ми в бараці, чаюємо та потроху до тями приходимо. Коли постріл! Ми всі вискочили.</w:t>
      </w:r>
    </w:p>
    <w:p>
      <w:r>
        <w:br/>
        <w:t>А там — вороний жеребець і чалий кінь Льова один одного гамселять! На смерть зітнулись! А пастух старий сидить на землі, до пакілля прихилившись, і біля нього рушниця валяється. Весь у крові. Хочу приступитесь, щоб вороного порішити,— та куди там! Мов чорти танцюють, крутяться оці здоровенні тварюки.</w:t>
      </w:r>
    </w:p>
    <w:p>
      <w:r>
        <w:br/>
        <w:t>І бачимо всі, що потрощить вороний нашого Льову! Хапає Річард звукову ракету і як дасть угору! Спочатку — пах! ш-ш-шаа! — а тоді — віціці-іці-і-і!!! Я вуха затулив, інші теж позатуляли.</w:t>
      </w:r>
    </w:p>
    <w:p>
      <w:r>
        <w:br/>
        <w:t>Вороний навтьоки, а коні, вловлені і колгоспні,— всі стали, тремтять і хропуть! Ракета вищить. Вороний тікає. А я став і милуюсь ним, як він завертає круто праворуч, аж нахиляється, аж послизьком іде по сніговій жижі, а тоді кидається в гаряче озерце, перепливає його і зникає в хмарах молочної пари.</w:t>
      </w:r>
    </w:p>
    <w:p>
      <w:r>
        <w:br/>
        <w:t>Річард підбіг до мене і аж прискає слиною.</w:t>
      </w:r>
    </w:p>
    <w:p>
      <w:r>
        <w:br/>
        <w:t>— Чого не бив?</w:t>
      </w:r>
    </w:p>
    <w:p>
      <w:r>
        <w:br/>
        <w:t>— Бо він тікав...— відказую йому.</w:t>
      </w:r>
    </w:p>
    <w:p>
      <w:r>
        <w:br/>
        <w:t>— ?!?</w:t>
      </w:r>
    </w:p>
    <w:p>
      <w:r>
        <w:br/>
        <w:t>— А отак,— кажу,— якби нападав ще на мене чи на когось, то стріляв би... І чого ти, Зозуле, хочеш? — питаю його, бо розсердився я.— Коні в загорожі... чи ні?</w:t>
      </w:r>
    </w:p>
    <w:p>
      <w:r>
        <w:br/>
        <w:t>— Бо він вивів отих кобил і двох жеребчиків крізь дірку! І наших коней ми не зможемо звідсіля вивести спокійно з долини! Та що то з долини — ми не зможемо їх нормально приборкати, поки він поруч! Ти розумієш,— і він себе пальцем по чолу постукав,— що це за звір?! Чи ти, може, такий хоробрий і сильний, що тобі не страшно?!</w:t>
      </w:r>
    </w:p>
    <w:p>
      <w:r>
        <w:br/>
        <w:t>На ніч ми всіх колгоспних коней, мою муцу, чалого Льову та трьох спійманих кобил в стайню перегнали. А останніх коней, і вловлених і колгоспних, залишили в загоні.</w:t>
      </w:r>
    </w:p>
    <w:p>
      <w:r>
        <w:br/>
        <w:t>Всю ніч пастух-коняр стогнав, бо вороний добре його на землю збив! Я мацав уважно — кістки цілі, а рухатись йому так боляче було, що він аж білів з виду і геть потом умивався.</w:t>
      </w:r>
    </w:p>
    <w:p>
      <w:r>
        <w:br/>
        <w:t>Я ж хоч і перекинув кілька чарок — спав не міцно, все прокидався. Останній раз прокинувся десь на світанку. Виходжу я з барака і таке бачу: в гарячій багнюці бреде вороний, а попереду борсається Зозуля. Бачу — непереливки Річардові!</w:t>
      </w:r>
    </w:p>
    <w:p>
      <w:r>
        <w:br/>
        <w:t>Стрибнув до барака, вхопив карабін. Еге! Вже вороний підступив, прихопив за одяг Зозулю і тягне до себе. Зараз копитом потрощить... Я підбіг і з метрів п'яти всадив вороному під ліву лопатку.</w:t>
      </w:r>
    </w:p>
    <w:p>
      <w:r>
        <w:br/>
        <w:t>Вороний не падає у багно. Випустив вороний Річарда і до мене з багна лізе. Я на спусковий гачок тисну — дарма. Затвор смикаю — даремно! А огир ось — руку простягни! Я бігти. Земля лупається під його копитами...</w:t>
      </w:r>
    </w:p>
    <w:p>
      <w:r>
        <w:br/>
        <w:t>І раптом— такий удар мені по сідницях, що аж в очах потьмарилось. І зразу мене за штани як прихопить, як смикне — все затріщало і поповзло. Я на одних руках відповзаю, бо ноги мене не слухають. Коли за спиною як гепнеться вороний додолу, аж земля задвигтіла!</w:t>
      </w:r>
    </w:p>
    <w:p>
      <w:r>
        <w:br/>
        <w:t>Звівся я на руки, озирнувся і бачу — жеребець конає. З вишкіреної зубатої пащеки спливала піниста кров, сіпались ноги, і копита розбивали мерзлу &amp;lsquo;землю. Вороний довго хрипів у корчах, бо я не міг його добити.</w:t>
      </w:r>
    </w:p>
    <w:p>
      <w:r>
        <w:br/>
        <w:t>А Річард обчищався від червоного намулу і вимивав волосся, бо воно все від глини позлипалося. Зрештою, вороного пристрелив здоровий пастух, бо другий все лежав.</w:t>
      </w:r>
    </w:p>
    <w:p>
      <w:r>
        <w:br/>
        <w:t>А Зозуля, чортяка, реготався, як мене на дошках несли до барака. Бо я лежав із голими сідницями — вороний викусив мені і куртку, і штани. Я й досі дивуюсь, як він мені все тіло не обгриз?</w:t>
      </w:r>
    </w:p>
    <w:p>
      <w:r>
        <w:br/>
        <w:t>Лежимо ото ми вдвох з пастухом і стогнемо. А другий пастух за нами доглядав. Бо Зозуля весь був у ділі — кіньми опікувався. Приніс мені пастух води і каже:</w:t>
      </w:r>
    </w:p>
    <w:p>
      <w:r>
        <w:br/>
        <w:t>— Страшний кінь Льова.</w:t>
      </w:r>
    </w:p>
    <w:p>
      <w:r>
        <w:br/>
        <w:t>Підійшов до мертвого вороного і зачав копитами товкти. Ледь Зозуля відігнав...</w:t>
      </w:r>
    </w:p>
    <w:p>
      <w:r>
        <w:br/>
        <w:t>А Зозуля оббілував вороного і кобилу і м'ясо поскладав у старому льоднику під бараком.</w:t>
      </w:r>
    </w:p>
    <w:p>
      <w:r>
        <w:br/>
        <w:t>На другий день підвівся я і потьопав на свіже повітря. І що я побачив — справжнє кіно. Чалий холощений кінь Льова розлігся на мокрому снігу і підповзає під пакілля загорожі, гребе копитами, огинається спиною. А в загорожі добрі копиці сіна на палях і під дашками. Проповз під пакіллям і зачав сіно скубти своєю горбоносою мордою. І все гривою і хвостом струшує і хрумтить цурпаллям. Тоді мої кобилки колгоспні — моя доля в цій афері — одна за одною і собі попустились на землю і поповзли під пакілля.</w:t>
      </w:r>
    </w:p>
    <w:p>
      <w:r>
        <w:br/>
        <w:t>Я забув про свої розбиті сідниці, і ніж загублений, і про карабін. Стою та регочуся! А ще мені стало шкода Льову — при такій голові тварина і без плоті!</w:t>
      </w:r>
    </w:p>
    <w:p>
      <w:r>
        <w:br/>
        <w:t>А чалий Льова вже керує кобилами: якій звідсіля сіно скубти, якій звідтіля. І вони його слухають, бо одну кусонув, другу плечем штовхнув.</w:t>
      </w:r>
    </w:p>
    <w:p>
      <w:r>
        <w:br/>
        <w:t>Тут всі позбиралися, стоять і регочуть. Один Зозуля раптом чоло насупив і каже:</w:t>
      </w:r>
    </w:p>
    <w:p>
      <w:r>
        <w:br/>
        <w:t>— Це ідея!.. Я його до тих, що втекли од нас, підпущу. То найкращі кобили. І він їх сюди приведе.</w:t>
      </w:r>
    </w:p>
    <w:p>
      <w:r>
        <w:br/>
        <w:t>— Як же він,— питаю,— холощений, а справжніх кобил поведе за собою? Ти подумав?</w:t>
      </w:r>
    </w:p>
    <w:p>
      <w:r>
        <w:br/>
        <w:t>— А їм треба, щоб він сильніший був і вів за собою... А ти хіба не бачиш, які в нього здібності вожака?</w:t>
      </w:r>
    </w:p>
    <w:p>
      <w:r>
        <w:br/>
        <w:t>Я не втримався і виклав:</w:t>
      </w:r>
    </w:p>
    <w:p>
      <w:r>
        <w:br/>
        <w:t>— Ох і зло мене бере на того, хто його схолостив!.. Та й ти хороший,— кажу,— козак Річард,— якого огира вороного занапастив! Тьху!</w:t>
      </w:r>
    </w:p>
    <w:p>
      <w:r>
        <w:br/>
        <w:t>Зозуля як глипне на мене, як пес, що зараз тобі в горлянку вчепиться, і мов гаркнув:</w:t>
      </w:r>
    </w:p>
    <w:p>
      <w:r>
        <w:br/>
        <w:t>— Здурів геть! Може, то я в нього стріляв з карабіна?!</w:t>
      </w:r>
    </w:p>
    <w:p>
      <w:r>
        <w:br/>
        <w:t>— Тебе, дурня, пожалів, то й вистрелив.</w:t>
      </w:r>
    </w:p>
    <w:p>
      <w:r>
        <w:br/>
        <w:t>Зозуля сполотнів, потім угамував себе і давай говорити, ніби нічого не було:</w:t>
      </w:r>
    </w:p>
    <w:p>
      <w:r>
        <w:br/>
        <w:t>— Ось що ти зробиш — удвох з пастухом Іваном (той Іван, що його вороний потовк) відведіть в Золоту долину трьох кобил і двох коней. Там уладнаєш все в колгоспі з обміном і орендою. І викликай свою наукову експедицію... А я ще десять днів буду — треба тих чортових втікачів приманити і в розкол завести!.. Ось тобі ключ від мого палацу "дожів". Якщо до неї в гості йтимеш, захопи в мене в холодній камері пляшку шампанського і персиковий компот болгарський. Вона ці штуки понад усе любить...</w:t>
      </w:r>
    </w:p>
    <w:p>
      <w:r>
        <w:br/>
        <w:t>Терпіти не можу, коли мої бажання хтось вгадує, і ще вголос вимовляє, і зі своїми послугами пхається, але я змовчав. Може, тому я зразу ж осідлав муцу кобилу і допоміг Іванові (пастухові тому) зібратись, і ми погнали нашу малесеньку батову.</w:t>
      </w:r>
    </w:p>
    <w:p>
      <w:r>
        <w:br/>
        <w:t>В Золотій долині голова колгоспу дуже лаявся, але зоотехнік і бригадир злітали на вертольоті в Райську долину і заспокоїлись. І голова вже так зі мною люб'язно, ніби я йому в зяті набиваюсь, хоча я тільки раз бачив його доньок-близнючок і там щось їм кумедне розповів.</w:t>
      </w:r>
    </w:p>
    <w:p>
      <w:r>
        <w:br/>
        <w:t>А дівчата гарні, очі чорні й розкосі, а губи аж горять. Та я не пішов до нього в гості — сказав, що зайнятий. А сам за шампанське та компот — і до секретарки. Вона у флігелі жила на горбочку.</w:t>
      </w:r>
    </w:p>
    <w:p>
      <w:r>
        <w:br/>
        <w:t>Пам'ятає мене, запрошує сісти. Ставлю на стіл компот персиковий і шампанське.</w:t>
      </w:r>
    </w:p>
    <w:p>
      <w:r>
        <w:br/>
        <w:t>Вона посміхнулась так, ну як би сказати, чи то злостиво, чи образливо, чи сумно, чи гірко... Ні, скоріше божевільна посмішка в неї зазміїлась на тонких вустах.</w:t>
      </w:r>
    </w:p>
    <w:p>
      <w:r>
        <w:br/>
        <w:t>Випили.</w:t>
      </w:r>
    </w:p>
    <w:p>
      <w:r>
        <w:br/>
        <w:t>— Із Річардової комори? — вона чи питає, чи стверджує.</w:t>
      </w:r>
    </w:p>
    <w:p>
      <w:r>
        <w:br/>
        <w:t>— Як знаєте, то чого питаєте?</w:t>
      </w:r>
    </w:p>
    <w:p>
      <w:r>
        <w:br/>
        <w:t>— Справді, якщо знаю, для чого питати?.. Ви сп'яніли?</w:t>
      </w:r>
    </w:p>
    <w:p>
      <w:r>
        <w:br/>
        <w:t>— Чого б це я мав п'яніти? Вино не спирт...</w:t>
      </w:r>
    </w:p>
    <w:p>
      <w:r>
        <w:br/>
        <w:t>— Ну, а я чогось вже сп'яніла...</w:t>
      </w:r>
    </w:p>
    <w:p>
      <w:r>
        <w:br/>
        <w:t>Я сам підніс склянку до рота і ледь не захлинувся.</w:t>
      </w:r>
    </w:p>
    <w:p>
      <w:r>
        <w:br/>
        <w:t>Я її потім питаю:</w:t>
      </w:r>
    </w:p>
    <w:p>
      <w:r>
        <w:br/>
        <w:t>— Для чого ви так зо мною? Я ж вам ні слова не сказав поганого і нічого такого, щоб образити вас... А ви отако, ніби оце я про вас... ніби... значить... про останню повію.</w:t>
      </w:r>
    </w:p>
    <w:p>
      <w:r>
        <w:br/>
        <w:t>А вона як заллється сльозами, аж загикується...</w:t>
      </w:r>
    </w:p>
    <w:p>
      <w:r>
        <w:br/>
        <w:t>— Чому ж поради в Зозулі питали... і його шампанське, і його компот принесли мені!?.</w:t>
      </w:r>
    </w:p>
    <w:p>
      <w:r>
        <w:br/>
        <w:t>— Та я так... Я його нічого не... Він сказав... якщо підеш... то понеси...</w:t>
      </w:r>
    </w:p>
    <w:p>
      <w:r>
        <w:br/>
        <w:t>Я в неї лишився... Ну втіхи втіхами, але, бачу, багато чого по господарству треба зробити. Я взявся до роботи, аж куріло, та й коней готую експедиції — ось-ось мають прилетіти мої вчені...</w:t>
      </w:r>
    </w:p>
    <w:p>
      <w:r>
        <w:br/>
        <w:t>Коли стрічає мене пастух Іван в амбулаторії — я на перев'язку своїх сідниць, а йому обезболюючі уколи робили.</w:t>
      </w:r>
    </w:p>
    <w:p>
      <w:r>
        <w:br/>
        <w:t>— Слухай, ти дарма роботу робиш — вона того не цінує...</w:t>
      </w:r>
    </w:p>
    <w:p>
      <w:r>
        <w:br/>
        <w:t>— Я з нею серйозно, Іване.— Я не знаю, але чомусь взяв йому і ляпнув: — Вона дитини хоче, і я не проти.</w:t>
      </w:r>
    </w:p>
    <w:p>
      <w:r>
        <w:br/>
        <w:t>— Е-е-е,— він болісно скривився.— Ти думаєш, її раніше від тебе заміж не взяли?.. Вона вже була заміжня... Тільки чоловік прогнав її. Вона порчена — діти в ній не тримаються, а від чарки вина вона собі не хазяйка — хто за руку візьме, хоч би й при чоловікові, той і її хазяїн... Не віриш мені — спитай у лікарки, вона тобі скаже, яка то хвороба, що від неї діти не в'яжуться. Шкода твоєї праці... для когось робити...</w:t>
      </w:r>
    </w:p>
    <w:p>
      <w:r>
        <w:br/>
        <w:t>Мені гидко зробилось, і я пішов до чайної, набрався і пішов до Зозулиного палацу "дожів" спати.</w:t>
      </w:r>
    </w:p>
    <w:p>
      <w:r>
        <w:br/>
        <w:t>Вона прийшла і на колінах повзала, руки цілувала, просила до неї повернутись, казала, що ні з ким не буде, бо то всі були так, а я в неї єдиний, і від мене вона, без сумніву, понесе... Я повірив і повернувся до неї.</w:t>
      </w:r>
    </w:p>
    <w:p>
      <w:r>
        <w:br/>
        <w:t>Коли зібрались усі науковці, лаборанти, і Зозуля привів кобил приборканих; і робітників сезонних найняли, то вона щодня плакала. І більше й краплі в рота не брала — казала, що хоче здорову дитину мати. Не постидалась із кілометр за селище за нами йти. І плакала, і руки заламувала. Як у кіно!.. Я більше такого і не чув, і не бачив...</w:t>
      </w:r>
    </w:p>
    <w:p>
      <w:r>
        <w:br/>
        <w:t>Я, певно, трохи отетерів від цього цирку, що навіть Зозуля зо мною про неї ні слова. Забув сказати — він вигнав чалого Льову до ліска, до диких кобил, що втекли з вороним. І коли доброю хурделицею повіялись сніжні озимки — він, Льова, привів їх за собою до копиць сіна... Отакий був чалий кінь Льова і його господар Річард Зозуля... І ще мене Зозуля протверезив. Тепер я йому вдячний, а тоді годен був убити. І більше із ним справ не мав.</w:t>
      </w:r>
    </w:p>
    <w:p>
      <w:r>
        <w:br/>
        <w:t>Був у нас один геофізик в експедиції. У нього палець нагноївся. Він узяв коня і поїхав у Золоту долину. Нам по рації повідомили, що йому розрізали пальця і не менше тижня він буде в лікарні.</w:t>
      </w:r>
    </w:p>
    <w:p>
      <w:r>
        <w:br/>
        <w:t>На третій день Зозуля мене відкликає і каже, щоб я поїхав до колгоспу і замінив двох кобил на двох свіжих коней.</w:t>
      </w:r>
    </w:p>
    <w:p>
      <w:r>
        <w:br/>
        <w:t>— А хто за мене працюватиме?</w:t>
      </w:r>
    </w:p>
    <w:p>
      <w:r>
        <w:br/>
        <w:t>— Я за тебе все робитиму. Чи не віриш?</w:t>
      </w:r>
    </w:p>
    <w:p>
      <w:r>
        <w:br/>
        <w:t>Я Зозулі вірив, якщо він щось обіцяв. Хоча якось він мені після спаленої кобили, вороного і шампанського став якийсь не такий.</w:t>
      </w:r>
    </w:p>
    <w:p>
      <w:r>
        <w:br/>
        <w:t>Коли я ввечері дістався до Золотої долини і здаля побачив її будиночок, то не втримався і подивився в бінокль... Зозуля знав, що робив, коли послав мене в Золоту долину. За столом сиділи мій науковець і моя сорока. Пляшка шампанського.</w:t>
      </w:r>
    </w:p>
    <w:p>
      <w:r>
        <w:br/>
        <w:t>Я тихо, спокійно повернувся до нашої стоянки і тихо допрацював до кінця сезону — порядок є порядок! Я ж не бич який, щоб туди-сюди бігати посеред сезону!</w:t>
      </w:r>
    </w:p>
    <w:p>
      <w:r>
        <w:br/>
        <w:t>Але був то мій найгірший сезон. Коли розраховувалась, я його спитав:</w:t>
      </w:r>
    </w:p>
    <w:p>
      <w:r>
        <w:br/>
        <w:t>— Чого ти мене спровадив у село?</w:t>
      </w:r>
    </w:p>
    <w:p>
      <w:r>
        <w:br/>
        <w:t>— Щоб ти побачив власними очима і не наробив дурниць.</w:t>
      </w:r>
    </w:p>
    <w:p>
      <w:r>
        <w:br/>
        <w:t>— Все одно ми з тобою всі справи скінчили.</w:t>
      </w:r>
    </w:p>
    <w:p>
      <w:r>
        <w:br/>
        <w:t>— Знаю. А шкода... Ти єдиний був мені підходящий напарник. Пішли, перехилимо "на коня", як у нас на Кубані кажуть.</w:t>
      </w:r>
    </w:p>
    <w:p>
      <w:r>
        <w:br/>
        <w:t>— Ні, Зозуле. Злий я на тебе і не можу з тобою пити!</w:t>
      </w:r>
    </w:p>
    <w:p>
      <w:r>
        <w:br/>
        <w:t>І пішов я собі геть. Більше ми з ним не бачились.</w:t>
      </w:r>
    </w:p>
    <w:p>
      <w:r>
        <w:br/>
        <w:t>А з експедиції він, кажуть, привіз повен рюкзак камінчиків. На великі гроші. Кажуть, загнав їх отим золотарям-фізикам із Золотої долини.</w:t>
      </w:r>
    </w:p>
    <w:p>
      <w:r>
        <w:br/>
        <w:t>Вороного я намагаюсь не згадувати. Ні живого, ні мертвого... Так мені легше...</w:t>
      </w:r>
    </w:p>
    <w:p>
      <w:r>
        <w:br/>
        <w:t>1981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Райські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