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Радість</w:t>
      </w:r>
    </w:p>
    <w:p>
      <w:r>
        <w:br/>
        <w:t xml:space="preserve"> &lt;p&gt;Не встиг я вранці переступити поріг класу, як до мене підбіг Мишко й повідомив:</w:t>
      </w:r>
    </w:p>
    <w:p>
      <w:r>
        <w:br/>
        <w:t>— А в Миколки Полішка — радість!</w:t>
      </w:r>
    </w:p>
    <w:p>
      <w:r>
        <w:br/>
        <w:t>Я здивувався:</w:t>
      </w:r>
    </w:p>
    <w:p>
      <w:r>
        <w:br/>
        <w:t>— Невже сам задачку розв'язав?</w:t>
      </w:r>
    </w:p>
    <w:p>
      <w:r>
        <w:br/>
        <w:t>Мишко замахав руками:</w:t>
      </w:r>
    </w:p>
    <w:p>
      <w:r>
        <w:br/>
        <w:t>— Та що там задачку! Бери вище!</w:t>
      </w:r>
    </w:p>
    <w:p>
      <w:r>
        <w:br/>
        <w:t>— Можливо, на рибалці відзначився? — роздумую.</w:t>
      </w:r>
    </w:p>
    <w:p>
      <w:r>
        <w:br/>
        <w:t>Тут Мишко обурився й каже:</w:t>
      </w:r>
    </w:p>
    <w:p>
      <w:r>
        <w:br/>
        <w:t>— Ніякої у тебе фантазії, Майбородо. Дрібниці вигадуєш. Ти б поглянув на нього. Аж тремтить від щастя. Алеї мовчить. Скромний.</w:t>
      </w:r>
    </w:p>
    <w:p>
      <w:r>
        <w:br/>
        <w:t>У Миколи дійсно був піднесений настрій. Він стояв в оточенні однокласників і таємниче мовчав.</w:t>
      </w:r>
    </w:p>
    <w:p>
      <w:r>
        <w:br/>
        <w:t>— Ну скажи, Микольцю,— просила Лариса, яка вважала, що знає все про всіх не лише в своєму класі, айв усій школі.— Ну хоч мені одній. На вушко. Я ж ніколи й нікому.</w:t>
      </w:r>
    </w:p>
    <w:p>
      <w:r>
        <w:br/>
        <w:t>Миколка поважно кашлянув і, задравши голову, подивився на стелю. Потім перевів погляд на Ларису й зітхнув.</w:t>
      </w:r>
    </w:p>
    <w:p>
      <w:r>
        <w:br/>
        <w:t>— Дивні ви люди. Пощастило мені і все. Чому я повинен про це кричати? Скромність прикрашає людину.</w:t>
      </w:r>
    </w:p>
    <w:p>
      <w:r>
        <w:br/>
        <w:t>Тут клас завирував, ніби вулик під час переселення. Кричали навперебій, і зрозуміти щось у цьому крикові було важко. Одні схвалювали стриманість і скромність щасливця, інші навпаки — вимагали, щоб сказав.</w:t>
      </w:r>
    </w:p>
    <w:p>
      <w:r>
        <w:br/>
        <w:t>Полішко презирливо зміряв однокласників поглядом й твердо заявив:</w:t>
      </w:r>
    </w:p>
    <w:p>
      <w:r>
        <w:br/>
        <w:t>— Мені дуже пощастило! Та це не значить, що я повинен лізти на парту й кричати про це на все горло.</w:t>
      </w:r>
    </w:p>
    <w:p>
      <w:r>
        <w:br/>
        <w:t>— Отакі-то діла,— прошепотів мені на вухо Мишко.— А ти говорив. Ех,— махнув рукою й заздрісним поглядом втупився у Миколку.</w:t>
      </w:r>
    </w:p>
    <w:p>
      <w:r>
        <w:br/>
        <w:t>Та задзвенів дзвінок, і в клас зайшла вчителька Марія Іванівна.</w:t>
      </w:r>
    </w:p>
    <w:p>
      <w:r>
        <w:br/>
        <w:t>— Добрий день, діти! — привіталась.</w:t>
      </w:r>
    </w:p>
    <w:p>
      <w:r>
        <w:br/>
        <w:t>— Добрий день.</w:t>
      </w:r>
    </w:p>
    <w:p>
      <w:r>
        <w:br/>
        <w:t>Марія Іванівна відкрила класний журнал і наділа окуляри.</w:t>
      </w:r>
    </w:p>
    <w:p>
      <w:r>
        <w:br/>
        <w:t>Лариса підняла руку.</w:t>
      </w:r>
    </w:p>
    <w:p>
      <w:r>
        <w:br/>
        <w:t>— Ти хочеш відповідати? — запитала Марія Іванівна. З її здивованого обличчя мало не впали окуляри.</w:t>
      </w:r>
    </w:p>
    <w:p>
      <w:r>
        <w:br/>
        <w:t>— Ні,— тихо промовила Лариса.— Я сьогодні чергова й хотіла...</w:t>
      </w:r>
    </w:p>
    <w:p>
      <w:r>
        <w:br/>
        <w:t>Марія Іванівна поглянула на дошку. Вона була чистою| і готовою до уроку. На місці лежали крейда й подушечка. То в чому ж річ?</w:t>
      </w:r>
    </w:p>
    <w:p>
      <w:r>
        <w:br/>
        <w:t>— Миколка Полішко...</w:t>
      </w:r>
    </w:p>
    <w:p>
      <w:r>
        <w:br/>
        <w:t>— Захворів? — стурбувалася вчителька.</w:t>
      </w:r>
    </w:p>
    <w:p>
      <w:r>
        <w:br/>
        <w:t>— Ні. Просто у нього радість...</w:t>
      </w:r>
    </w:p>
    <w:p>
      <w:r>
        <w:br/>
        <w:t>— Яка?</w:t>
      </w:r>
    </w:p>
    <w:p>
      <w:r>
        <w:br/>
        <w:t>— Нікому не каже. Скромний, просто терпіння немає. Я й хотіла попрохати, щоб ви не викликали його до дошки. Навіщо людині радість псувати.</w:t>
      </w:r>
    </w:p>
    <w:p>
      <w:r>
        <w:br/>
        <w:t>Марія Іванівна зняла окуляри, протерла скельця хустиною й, відшукавши на "Камчатці" веснянкуватого Полішка, лукаво запитала:</w:t>
      </w:r>
    </w:p>
    <w:p>
      <w:r>
        <w:br/>
        <w:t>— Це дійсно так?</w:t>
      </w:r>
    </w:p>
    <w:p>
      <w:r>
        <w:br/>
        <w:t>Микола повільно підвівся й задоволено посміхнувся. Обличчя у нього було, як у кота, який щойно поласував чималим куснем ковбаси.</w:t>
      </w:r>
    </w:p>
    <w:p>
      <w:r>
        <w:br/>
        <w:t>— Ти чому мовчиш?</w:t>
      </w:r>
    </w:p>
    <w:p>
      <w:r>
        <w:br/>
        <w:t>— Пощастило,— радісно випалив Микола.— Іще й як! Давно мені так не везло.</w:t>
      </w:r>
    </w:p>
    <w:p>
      <w:r>
        <w:br/>
        <w:t>Марія Іванівна далі не розпитувала. Проте відповідати його не викликала. Незабаром уся школа знала, що в Миколки Полішка радість.</w:t>
      </w:r>
    </w:p>
    <w:p>
      <w:r>
        <w:br/>
        <w:t>Деякі навіть твердо запевняли:</w:t>
      </w:r>
    </w:p>
    <w:p>
      <w:r>
        <w:br/>
        <w:t>— Миколці батько купив новенького мотоцикла. Не вірите? Точно!</w:t>
      </w:r>
    </w:p>
    <w:p>
      <w:r>
        <w:br/>
        <w:t>Інші заперечували:</w:t>
      </w:r>
    </w:p>
    <w:p>
      <w:r>
        <w:br/>
        <w:t>— Вигадка! Немає в нього ніякого мотоцикла. Та він йому і не потрібний.</w:t>
      </w:r>
    </w:p>
    <w:p>
      <w:r>
        <w:br/>
        <w:t>Під час великої перерви мені нарешті пощастило продертися до героя. Обнявши щасливчика за плечі і ловлячи на собі заздрісні погляди школярів, я запитав Миколку:</w:t>
      </w:r>
    </w:p>
    <w:p>
      <w:r>
        <w:br/>
        <w:t>— А тобі дійсно пощастило?</w:t>
      </w:r>
    </w:p>
    <w:p>
      <w:r>
        <w:br/>
        <w:t>Миколка зупинився і, хвилинку подумавши, потягнув мене у куток, подалі від допитливих очей і насторожених вух. Переконавшись, що поблизу нікого немає, зашепотів:</w:t>
      </w:r>
    </w:p>
    <w:p>
      <w:r>
        <w:br/>
        <w:t>— Скажу тобі як надійному товаришу. У мене дійсно велика радість. Тільки ти поклянись, що нікому не скажеш. А то звинуватять мене в тому, що я нескромний. А радість така, що хочеться на голові стояти. На руках ходити.</w:t>
      </w:r>
    </w:p>
    <w:p>
      <w:r>
        <w:br/>
        <w:t>Я згорав від нетерпіння.</w:t>
      </w:r>
    </w:p>
    <w:p>
      <w:r>
        <w:br/>
        <w:t>— Ну не тягни! Сили немає.</w:t>
      </w:r>
    </w:p>
    <w:p>
      <w:r>
        <w:br/>
        <w:t>Миколка набрав повні легені повітря, як плавець перед стрибком у воду, й видихнув:</w:t>
      </w:r>
    </w:p>
    <w:p>
      <w:r>
        <w:br/>
        <w:t>— Мені вчора двійку з математики поставили.</w:t>
      </w:r>
    </w:p>
    <w:p>
      <w:r>
        <w:br/>
        <w:t>— Це я знаю!</w:t>
      </w:r>
    </w:p>
    <w:p>
      <w:r>
        <w:br/>
        <w:t>— А батька вдома не було. У відрядженні. Отож, у щоденник ніхто не заглядав. Пронесло. Радість-то яка! Але ж ти нікому нічого. Мовчок. А то звинуватять у нескромності.</w:t>
      </w:r>
    </w:p>
    <w:p>
      <w:r>
        <w:br/>
        <w:t>Я стояв, розкривши рота, ніби карась, якого щойно викинули підсакою на берег.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Радість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