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Птах уночі забивається до кімнати…</w:t>
      </w:r>
    </w:p>
    <w:p>
      <w:r>
        <w:br/>
        <w:t xml:space="preserve"> Птах уночі забивається до кімнати,&lt;br /&gt;</w:t>
        <w:br/>
        <w:t>хоче вирватись, ріже повітря крилами,&lt;br /&gt;</w:t>
        <w:br/>
        <w:t>не знаходить виходу, не дає себе упіймати,&lt;br /&gt;</w:t>
        <w:br/>
        <w:t>сторожко завмирає, зібравшись із силами.</w:t>
      </w:r>
    </w:p>
    <w:p>
      <w:r>
        <w:br/>
        <w:t>Я говорю: ну що ти, послухай, спинися,&lt;br /&gt;</w:t>
        <w:br/>
        <w:t>не бийся так лунко серед густої темряви,&lt;br /&gt;</w:t>
        <w:br/>
        <w:t>ця ніч стоїть, наче важка пшениця,&lt;br /&gt;</w:t>
        <w:br/>
        <w:t>відбиваючись у тобі голосами і нервами.</w:t>
      </w:r>
    </w:p>
    <w:p>
      <w:r>
        <w:br/>
        <w:t>Ця ніч може бути довгою і мовчазною,&lt;br /&gt;</w:t>
        <w:br/>
        <w:t>вона може ділитися з нами надіями й шансами.&lt;br /&gt;</w:t>
        <w:br/>
        <w:t>Але якщо ти вже тут, якщо ти далі зі мною,&lt;br /&gt;</w:t>
        <w:br/>
        <w:t>лишайся доти, доки можеш лишатися.</w:t>
      </w:r>
    </w:p>
    <w:p>
      <w:r>
        <w:br/>
        <w:t>І хай ця ніч ранить тебе і черкає,&lt;br /&gt;</w:t>
        <w:br/>
        <w:t>і хай дотики її видаються тобі неприйнятними.&lt;br /&gt;</w:t>
        <w:br/>
        <w:t>Лишайся, навіть коли тебе хтось чекає,&lt;br /&gt;</w:t>
        <w:br/>
        <w:t>лишайся, навіть коли я тебе не спинятиму.</w:t>
      </w:r>
    </w:p>
    <w:p>
      <w:r>
        <w:br/>
        <w:t>Якими шрамами тебе дивувати, якими стигмами?&lt;br /&gt;</w:t>
        <w:br/>
        <w:t>Якими тримати словами та вчинками?&lt;br /&gt;</w:t>
        <w:br/>
        <w:t>Ти ж знаєш, що насправді нікого не можна втримати,&lt;br /&gt;</w:t>
        <w:br/>
        <w:t>і що всі мої вікна насправді завжди відчинені.</w:t>
      </w:r>
    </w:p>
    <w:p>
      <w:r>
        <w:br/>
        <w:t>Які можуть бути образи і які можуть бути скарги?&lt;br /&gt;</w:t>
        <w:br/>
        <w:t>Ти ж знаєш, що я ні про що тебе не проситиму.&lt;br /&gt;</w:t>
        <w:br/>
        <w:t>Найбільше мені б хотілося тебе не відпускати,&lt;br /&gt;</w:t>
        <w:br/>
        <w:t>найменше б мені хотілося тримати тебе тут силою.</w:t>
      </w:r>
    </w:p>
    <w:p>
      <w:r>
        <w:br/>
        <w:t>Я просто й далі буду відчувати тебе уночі,&lt;br /&gt;</w:t>
        <w:br/>
        <w:t>згадуючи все із часом, забуваючи все із віком,&lt;br /&gt;</w:t>
        <w:br/>
        <w:t>слухаючи і говорячи, тонучи й пливучи,&lt;br /&gt;</w:t>
        <w:br/>
        <w:t>затамувавши подих,&lt;br /&gt;</w:t>
        <w:br/>
        <w:t>не зачиняючи вікон.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Птах уночі забивається до кімнати…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