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Психологічний поєдинок</w:t>
      </w:r>
    </w:p>
    <w:p>
      <w:r>
        <w:br/>
        <w:t xml:space="preserve"> &lt;p&gt;В Опанаса Шворня завжди збиралася літературна публіка. Невизнані генії всідалися за круглим столом і починали дискусії. Ці словесні поєдинки були такі гарячі, що за якихось півгодини кімната наповнювалася димом. А диму ж без вогню не буває.</w:t>
      </w:r>
    </w:p>
    <w:p>
      <w:r>
        <w:br/>
        <w:t>Одного разу, коли письменники вже порозкривали роти, щоб здивувати світ новими великими думками, Шворень схопився з свого (точніше, позиченого в сусідки) стільця і закалатав:</w:t>
      </w:r>
    </w:p>
    <w:p>
      <w:r>
        <w:br/>
        <w:t>— Товариство! Я пропоную влаштувати конкурс.</w:t>
      </w:r>
    </w:p>
    <w:p>
      <w:r>
        <w:br/>
        <w:t>— Як? — підвів голову гуморист.</w:t>
      </w:r>
    </w:p>
    <w:p>
      <w:r>
        <w:br/>
        <w:t>— Гм, — чиркнув сірником послідовник Ремарка.</w:t>
      </w:r>
    </w:p>
    <w:p>
      <w:r>
        <w:br/>
        <w:t>— Що? — перепитав сатирик.</w:t>
      </w:r>
    </w:p>
    <w:p>
      <w:r>
        <w:br/>
        <w:t>— Коли? — недбало кинув поет, готовий у будь-яку хвилину виявити своє обдарування.</w:t>
      </w:r>
    </w:p>
    <w:p>
      <w:r>
        <w:br/>
        <w:t>— Валяй, — підвів підсумок реаліст.</w:t>
      </w:r>
    </w:p>
    <w:p>
      <w:r>
        <w:br/>
        <w:t>— Ну, то слухайте. — Шворень хотів стати на стілець, але сусідка з дверей показала йому електричну праску, і Опанас змушений був продовжувати з підлоги. — Вчора я підслухав прощання двох закоханих. Як ви думаєте, що говорила дівчина юнакові? Певен — не вгадаєте: вона просила, майже благала, щоб він не їхав автобусом, а йшов пішки. Так от: нехай кожен логічно обгрунтує це її прохання. Хто буде найближче до істини, той переможе.</w:t>
      </w:r>
    </w:p>
    <w:p>
      <w:r>
        <w:br/>
        <w:t>— А хто буде арбітром? — не втримався від запитання реаліст.</w:t>
      </w:r>
    </w:p>
    <w:p>
      <w:r>
        <w:br/>
        <w:t>— Я дівчину приведу, — роз'яснив Шворень. — Хто перший?</w:t>
      </w:r>
    </w:p>
    <w:p>
      <w:r>
        <w:br/>
        <w:t>Усі замовкли. За хвилину поет підвівся з місця і закотив очі під лоба. Він належав до новітньої школи, яка, — на заздрість тим, що відмовилися від розділових знаків, — творила красу, користуючись лише останніми.</w:t>
      </w:r>
    </w:p>
    <w:p>
      <w:r>
        <w:br/>
        <w:t>Риска, дужка, знак окличний,</w:t>
      </w:r>
    </w:p>
    <w:p>
      <w:r>
        <w:br/>
        <w:t>Знак питання симпатичний,</w:t>
      </w:r>
    </w:p>
    <w:p>
      <w:r>
        <w:br/>
        <w:t>Три тире, чотири коми —</w:t>
      </w:r>
    </w:p>
    <w:p>
      <w:r>
        <w:br/>
        <w:t>От вже й істина відома.</w:t>
      </w:r>
    </w:p>
    <w:p>
      <w:r>
        <w:br/>
        <w:t>— Геніально! — вигукнув Шворень і так заплескав у долоні, що на смерть перелякав рудого кота, який дрімав посеред столу і був його єдиною прикрасою.</w:t>
      </w:r>
    </w:p>
    <w:p>
      <w:r>
        <w:br/>
        <w:t>Після цього взяв слово послідовник Ремарка:</w:t>
      </w:r>
    </w:p>
    <w:p>
      <w:r>
        <w:br/>
        <w:t>— Вона знала, що в той вечір він випив багато вина і пива. Отже, йому на кожній зупинці доводилося б вискакувати з автобуса. Тим паче що в нього слабкий сечовий міхур.</w:t>
      </w:r>
    </w:p>
    <w:p>
      <w:r>
        <w:br/>
        <w:t>Сатирик теж не примусив себе довго чекати:</w:t>
      </w:r>
    </w:p>
    <w:p>
      <w:r>
        <w:br/>
        <w:t>— Він не мав постійної прописки і до того ж був п'яний. Дівчина боялася, що в автобусі його затримає міліція. Вона, по-моєму, спекулянтка.</w:t>
      </w:r>
    </w:p>
    <w:p>
      <w:r>
        <w:br/>
        <w:t>Реаліст, почухавши тім'я трохи більше, ніж слід було, випалив одним духом:</w:t>
      </w:r>
    </w:p>
    <w:p>
      <w:r>
        <w:br/>
        <w:t>— Вона ревнувала його до кондукторші.</w:t>
      </w:r>
    </w:p>
    <w:p>
      <w:r>
        <w:br/>
        <w:t>Не встиг він знову піднести руку до тім'я, як затараторив гуморист:</w:t>
      </w:r>
    </w:p>
    <w:p>
      <w:r>
        <w:br/>
        <w:t>— Вона працювала з ним в одній установі. Була дуже скупа. Вона боялася, що юнак потрапить під автобус. В такому разі з усіх працівників збирали б по карбованцю на вінок, а дівчина не бажала розлучатися з карбованцем.</w:t>
      </w:r>
    </w:p>
    <w:p>
      <w:r>
        <w:br/>
        <w:t>Цей феноменальний дотеп так розсмішив Шворня, що на нього напала гикавка. Нарешті, зібравши всі сили, щоб подолати регіт, Опанас звернувся до сусідки:</w:t>
      </w:r>
    </w:p>
    <w:p>
      <w:r>
        <w:br/>
        <w:t>— А тепер. Пашо, скажи, хто з них був найближче до і-і-і-стини?</w:t>
      </w:r>
    </w:p>
    <w:p>
      <w:r>
        <w:br/>
        <w:t>— Найближче до стіни сидить оте опудало, — сказала Паша на замріяного поета. — Але я не розумію, для чого таке дурне запитання?</w:t>
      </w:r>
    </w:p>
    <w:p>
      <w:r>
        <w:br/>
        <w:t>— Я питаю, хто з них найближче був до правди?</w:t>
      </w:r>
    </w:p>
    <w:p>
      <w:r>
        <w:br/>
        <w:t>— Та всі плели чортзна-що! А я просила хлопця, щоб він не їхав автобусом, бо хотіла, щоб стояв він зі мною до світанку. А останній автобус відходить дуже рано — всього о першій годині ночі. Дійшло? — відповіла Паша і, показавши язика невизнаним геніям, вибігла геть.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Психологічний поєдинок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