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Пси юрія змієборця</w:t>
      </w:r>
    </w:p>
    <w:p>
      <w:r>
        <w:br/>
        <w:t xml:space="preserve"> Ми закопувались доти,&lt;br /&gt;</w:t>
        <w:br/>
        <w:t>доки нас не спинили джерела.</w:t>
      </w:r>
    </w:p>
    <w:p>
      <w:r>
        <w:br/>
        <w:t>А потім прийшли дерева&lt;br /&gt;</w:t>
        <w:br/>
        <w:t>і стали над нами.</w:t>
      </w:r>
    </w:p>
    <w:p>
      <w:r>
        <w:br/>
        <w:t>А потім прийшли пси&lt;br /&gt;</w:t>
        <w:br/>
        <w:t>і вили над нами.</w:t>
      </w:r>
    </w:p>
    <w:p>
      <w:r>
        <w:br/>
        <w:t>А потім принесли дівчину&lt;br /&gt;</w:t>
        <w:br/>
        <w:t>і в неї була одна рука.</w:t>
      </w:r>
    </w:p>
    <w:p>
      <w:r>
        <w:br/>
        <w:t>І ми зимували так,&lt;br /&gt;</w:t>
        <w:br/>
        <w:t>як зимують вода і вогонь.</w:t>
      </w:r>
    </w:p>
    <w:p>
      <w:r>
        <w:br/>
        <w:t>А потім ти сказала: "Христос</w:t>
      </w:r>
    </w:p>
    <w:p>
      <w:r>
        <w:br/>
        <w:t>воскрес!",</w:t>
      </w:r>
    </w:p>
    <w:p>
      <w:r>
        <w:br/>
        <w:t>наша однорука весно.</w:t>
      </w:r>
    </w:p>
    <w:p>
      <w:r>
        <w:br/>
        <w:t>Нарешті ми втекли,&lt;br /&gt;</w:t>
        <w:br/>
        <w:t>але не могли зупинитися і жити далі —&lt;br /&gt;</w:t>
        <w:br/>
        <w:t>ми піднімалися крутою горою&lt;br /&gt;</w:t>
        <w:br/>
        <w:t>все вище і вище —</w:t>
      </w:r>
    </w:p>
    <w:p>
      <w:r>
        <w:br/>
        <w:t>ми наближалися, підходили впритул&lt;br /&gt;</w:t>
        <w:br/>
        <w:t>до хмар важких і темних,&lt;br /&gt;</w:t>
        <w:br/>
        <w:t>які, може, і врятували вас,&lt;br /&gt;</w:t>
        <w:br/>
        <w:t>але вкоротили дам Великдень&lt;br /&gt;</w:t>
        <w:br/>
        <w:t>і тепер не дають зупинитися —&lt;br /&gt;</w:t>
        <w:br/>
        <w:t>притягують нас, давлять, затягуючи&lt;br /&gt;</w:t>
        <w:br/>
        <w:t>у круті вири темних вихорів.</w:t>
      </w:r>
    </w:p>
    <w:p>
      <w:r>
        <w:br/>
        <w:t>Ми пройшли крізь них,&lt;br /&gt;</w:t>
        <w:br/>
        <w:t>і гейби окинувши з плечей храмові плити,&lt;br /&gt;</w:t>
        <w:br/>
        <w:t>легко вийшли на самий верх,&lt;br /&gt;</w:t>
        <w:br/>
        <w:t>і тільки тоді збагнули:</w:t>
      </w:r>
    </w:p>
    <w:p>
      <w:r>
        <w:br/>
        <w:t>на землі була ніч.&lt;br /&gt;</w:t>
        <w:br/>
        <w:t>Лише вершина гори,&lt;br /&gt;</w:t>
        <w:br/>
        <w:t>ще мертва після зими,</w:t>
      </w:r>
    </w:p>
    <w:p>
      <w:r>
        <w:br/>
        <w:t>стриміла над чорною лядою хмар,&lt;br /&gt;</w:t>
        <w:br/>
        <w:t>що наглухо закрила той кривавий погріб,&lt;br /&gt;</w:t>
        <w:br/>
        <w:t>звідки ми ледве втекли,&lt;br /&gt;</w:t>
        <w:br/>
        <w:t>і тепер сидимо на вершині гори,&lt;br /&gt;</w:t>
        <w:br/>
        <w:t>облиті різким місячним світлом.&lt;br /&gt;</w:t>
        <w:br/>
        <w:t>Воно тільки тут — з нами й над нами.&lt;br /&gt;</w:t>
        <w:br/>
        <w:t>Ми поскидали скривавлену одіж&lt;br /&gt;</w:t>
        <w:br/>
        <w:t>і закопали її під ногами у хмарах.</w:t>
      </w:r>
    </w:p>
    <w:p>
      <w:r>
        <w:br/>
        <w:t>Ми сиділи в такому світлі,&lt;br /&gt;</w:t>
        <w:br/>
        <w:t>що не відчували холоду і болю,&lt;br /&gt;</w:t>
        <w:br/>
        <w:t>навіть наготи своєї не помічали.&lt;br /&gt;</w:t>
        <w:br/>
        <w:t>Ми бачили тільки верхи&lt;br /&gt;</w:t>
        <w:br/>
        <w:t>сходжених з дитинства гір —&lt;br /&gt;</w:t>
        <w:br/>
        <w:t>вони вирвалися, як і наша вершина,&lt;br /&gt;</w:t>
        <w:br/>
        <w:t>із безмежного клубочища хмар,&lt;br /&gt;</w:t>
        <w:br/>
        <w:t>і на кожному верху,&lt;br /&gt;</w:t>
        <w:br/>
        <w:t>облитому щоразу різкішим сяйвом,&lt;br /&gt;</w:t>
        <w:br/>
        <w:t>сиділи якісь люди.</w:t>
      </w:r>
    </w:p>
    <w:p>
      <w:r>
        <w:br/>
        <w:t>Ми не знали, хто воїни і звідки,&lt;br /&gt;</w:t>
        <w:br/>
        <w:t>ми не знали, коли вони…</w:t>
      </w:r>
    </w:p>
    <w:p>
      <w:r>
        <w:br/>
        <w:t>Ми не знали, живі вони чи мертві,&lt;br /&gt;</w:t>
        <w:br/>
        <w:t>але яке це має значення,&lt;br /&gt;</w:t>
        <w:br/>
        <w:t>адже і їм довелось&lt;br /&gt;</w:t>
        <w:br/>
        <w:t>проломити своїми головами&lt;br /&gt;</w:t>
        <w:br/>
        <w:t>ці хмари!</w:t>
      </w:r>
    </w:p>
    <w:p>
      <w:r>
        <w:br/>
        <w:t>Ми розгледіли кожну ватагу втікачів&lt;br /&gt;</w:t>
        <w:br/>
        <w:t>і забули всі слова.</w:t>
      </w:r>
    </w:p>
    <w:p>
      <w:r>
        <w:br/>
        <w:t>Навіть плач і крик.</w:t>
      </w:r>
    </w:p>
    <w:p>
      <w:r>
        <w:br/>
        <w:t>І тоді в нас у ногах&lt;br /&gt;</w:t>
        <w:br/>
        <w:t>прошмигнули вовки.</w:t>
      </w:r>
    </w:p>
    <w:p>
      <w:r>
        <w:br/>
        <w:t>Вони не підважували хмари, як ми,&lt;br /&gt;</w:t>
        <w:br/>
        <w:t>а легко випірнули з них&lt;br /&gt;</w:t>
        <w:br/>
        <w:t>і вмить оббігши нашу вершину,&lt;br /&gt;</w:t>
        <w:br/>
        <w:t>замотавши в сліпучий клубок&lt;br /&gt;</w:t>
        <w:br/>
        <w:t>наше місячне мовчання,&lt;br /&gt;</w:t>
        <w:br/>
        <w:t>знову пірнули в густе хмаровище&lt;br /&gt;</w:t>
        <w:br/>
        <w:t>і так само легко виринули&lt;br /&gt;</w:t>
        <w:br/>
        <w:t>на сусідньому верху,&lt;br /&gt;</w:t>
        <w:br/>
        <w:t>так само обмотуючи інших утеклих.</w:t>
      </w:r>
    </w:p>
    <w:p>
      <w:r>
        <w:br/>
        <w:t>Ми проводжали їх&lt;br /&gt;</w:t>
        <w:br/>
        <w:t>одним хижим поглядом&lt;br /&gt;</w:t>
        <w:br/>
        <w:t>на кожну вершину,&lt;br /&gt;</w:t>
        <w:br/>
        <w:t>уперше уздрівши, які ми голі&lt;br /&gt;</w:t>
        <w:br/>
        <w:t>і які ми нерухомі&lt;br /&gt;</w:t>
        <w:br/>
        <w:t>без оцих вовків,&lt;br /&gt;</w:t>
        <w:br/>
        <w:t>крім яких нам нічого вже в світі не треба,&lt;br /&gt;</w:t>
        <w:br/>
        <w:t>бо вони прив'язали нас один до одного,&lt;br /&gt;</w:t>
        <w:br/>
        <w:t>обмотали всі ватаги,&lt;br /&gt;</w:t>
        <w:br/>
        <w:t>переснували вас під своїм місяцем,&lt;br /&gt;</w:t>
        <w:br/>
        <w:t>пірнаючи і виринаючи&lt;br /&gt;</w:t>
        <w:br/>
        <w:t>у хмаровищі юдолі земної.</w:t>
      </w:r>
    </w:p>
    <w:p>
      <w:r>
        <w:br/>
        <w:t>І ми притулилися плечима один до одного,&lt;br /&gt;</w:t>
        <w:br/>
        <w:t>міцно, як люди, які вже знають,&lt;br /&gt;</w:t>
        <w:br/>
        <w:t>що буде весна і буде трава,&lt;br /&gt;</w:t>
        <w:br/>
        <w:t>і потому за це&lt;br /&gt;</w:t>
        <w:br/>
        <w:t>знов доведеться зимувати в землі,&lt;br /&gt;</w:t>
        <w:br/>
        <w:t>і за це тепер&lt;br /&gt;</w:t>
        <w:br/>
        <w:t>назавше тулимось один до одного,&lt;br /&gt;</w:t>
        <w:br/>
        <w:t>і це буде,&lt;br /&gt;</w:t>
        <w:br/>
        <w:t>і цього не може не бути,&lt;br /&gt;</w:t>
        <w:br/>
        <w:t>бо в ногах&lt;br /&gt;</w:t>
        <w:br/>
        <w:t>знов прошмигнули вовки —&lt;br /&gt;</w:t>
        <w:br/>
        <w:t>вірні пси Георгія.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Пси юрія змієборця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