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Проводи Сніговика Снігуровича</w:t>
      </w:r>
    </w:p>
    <w:p>
      <w:r>
        <w:br/>
        <w:t xml:space="preserve"> &lt;p&gt;Галя – дівчина дуже вбога.</w:t>
      </w:r>
    </w:p>
    <w:p>
      <w:r>
        <w:br/>
        <w:t>Тимко – хлопець, її приятель.</w:t>
      </w:r>
    </w:p>
    <w:p>
      <w:r>
        <w:br/>
        <w:t>Снігур-Снігурович – сніговий бовван.</w:t>
      </w:r>
    </w:p>
    <w:p>
      <w:r>
        <w:br/>
        <w:t>Зима – цариця.</w:t>
      </w:r>
    </w:p>
    <w:p>
      <w:r>
        <w:br/>
        <w:t>Вітер.</w:t>
      </w:r>
    </w:p>
    <w:p>
      <w:r>
        <w:br/>
        <w:t>Круки.</w:t>
      </w:r>
    </w:p>
    <w:p>
      <w:r>
        <w:br/>
        <w:t>Весна.</w:t>
      </w:r>
    </w:p>
    <w:p>
      <w:r>
        <w:br/>
        <w:t>Легіт-хлопень.</w:t>
      </w:r>
    </w:p>
    <w:p>
      <w:r>
        <w:br/>
        <w:t>Сонце.</w:t>
      </w:r>
    </w:p>
    <w:p>
      <w:r>
        <w:br/>
        <w:t>Квіти. Кузьки.</w:t>
      </w:r>
    </w:p>
    <w:p>
      <w:r>
        <w:br/>
        <w:t>Промінь.</w:t>
      </w:r>
    </w:p>
    <w:p>
      <w:r>
        <w:br/>
        <w:t>Галя виглядає в вікно затушкованої хати на Тимкову роботу.</w:t>
      </w:r>
    </w:p>
    <w:p>
      <w:r>
        <w:br/>
        <w:t>Тимко</w:t>
      </w:r>
    </w:p>
    <w:p>
      <w:r>
        <w:br/>
        <w:t>(доліплює Сніговика).</w:t>
      </w:r>
    </w:p>
    <w:p>
      <w:r>
        <w:br/>
        <w:t>Галю, Галю! вийди, серце,</w:t>
      </w:r>
    </w:p>
    <w:p>
      <w:r>
        <w:br/>
        <w:t>Подивись, що я зробив!</w:t>
      </w:r>
    </w:p>
    <w:p>
      <w:r>
        <w:br/>
        <w:t>Галя</w:t>
      </w:r>
    </w:p>
    <w:p>
      <w:r>
        <w:br/>
        <w:t>Ой, не вийду я, Тимосю,</w:t>
      </w:r>
    </w:p>
    <w:p>
      <w:r>
        <w:br/>
        <w:t>Морозенько не звелів.</w:t>
      </w:r>
    </w:p>
    <w:p>
      <w:r>
        <w:br/>
        <w:t>Тимко</w:t>
      </w:r>
    </w:p>
    <w:p>
      <w:r>
        <w:br/>
        <w:t>Ну й дівча! Та посоромся!</w:t>
      </w:r>
    </w:p>
    <w:p>
      <w:r>
        <w:br/>
        <w:t>На Мороза ж ти наплюй!</w:t>
      </w:r>
    </w:p>
    <w:p>
      <w:r>
        <w:br/>
        <w:t>Та тобі в чоботях добре –</w:t>
      </w:r>
    </w:p>
    <w:p>
      <w:r>
        <w:br/>
        <w:t>Голобоськи потанцюй!</w:t>
      </w:r>
    </w:p>
    <w:p>
      <w:r>
        <w:br/>
        <w:t>Тимко</w:t>
      </w:r>
    </w:p>
    <w:p>
      <w:r>
        <w:br/>
        <w:t>Нащо ж боса? Взуйся, Галю,</w:t>
      </w:r>
    </w:p>
    <w:p>
      <w:r>
        <w:br/>
        <w:t>От кумедна! Ха-ха-ха!</w:t>
      </w:r>
    </w:p>
    <w:p>
      <w:r>
        <w:br/>
        <w:t>Галя</w:t>
      </w:r>
    </w:p>
    <w:p>
      <w:r>
        <w:br/>
        <w:t>Взуйся! Драні черевики</w:t>
      </w:r>
    </w:p>
    <w:p>
      <w:r>
        <w:br/>
        <w:t>Та й свитина теж лиха.</w:t>
      </w:r>
    </w:p>
    <w:p>
      <w:r>
        <w:br/>
        <w:t>Тимко</w:t>
      </w:r>
    </w:p>
    <w:p>
      <w:r>
        <w:br/>
        <w:t>Так чого ж глядить матуся,</w:t>
      </w:r>
    </w:p>
    <w:p>
      <w:r>
        <w:br/>
        <w:t>Та роззява ж ти сама!</w:t>
      </w:r>
    </w:p>
    <w:p>
      <w:r>
        <w:br/>
        <w:t>Галя</w:t>
      </w:r>
    </w:p>
    <w:p>
      <w:r>
        <w:br/>
        <w:t>Я й казати їй боюся:</w:t>
      </w:r>
    </w:p>
    <w:p>
      <w:r>
        <w:br/>
        <w:t>Грошей в нас зовсім нема.</w:t>
      </w:r>
    </w:p>
    <w:p>
      <w:r>
        <w:br/>
        <w:t>Тимко</w:t>
      </w:r>
    </w:p>
    <w:p>
      <w:r>
        <w:br/>
        <w:t>Он, чи бач! Ну, не журися,</w:t>
      </w:r>
    </w:p>
    <w:p>
      <w:r>
        <w:br/>
        <w:t>Ти віконце прочини</w:t>
      </w:r>
    </w:p>
    <w:p>
      <w:r>
        <w:br/>
        <w:t>Та на мого Снігуренка</w:t>
      </w:r>
    </w:p>
    <w:p>
      <w:r>
        <w:br/>
        <w:t>Люб’язненько позирни;</w:t>
      </w:r>
    </w:p>
    <w:p>
      <w:r>
        <w:br/>
        <w:t>Ач який! Живий та й годі!</w:t>
      </w:r>
    </w:p>
    <w:p>
      <w:r>
        <w:br/>
        <w:t>Ще підправлю та й кінець!</w:t>
      </w:r>
    </w:p>
    <w:p>
      <w:r>
        <w:br/>
        <w:t>Ну ж набакир здіймем шапку –</w:t>
      </w:r>
    </w:p>
    <w:p>
      <w:r>
        <w:br/>
        <w:t>Що? хіба не молодець!</w:t>
      </w:r>
    </w:p>
    <w:p>
      <w:r>
        <w:br/>
        <w:t>Галя</w:t>
      </w:r>
    </w:p>
    <w:p>
      <w:r>
        <w:br/>
        <w:t>Гарний, гарний. От так красень!</w:t>
      </w:r>
    </w:p>
    <w:p>
      <w:r>
        <w:br/>
        <w:t>А тепер сніжки качай</w:t>
      </w:r>
    </w:p>
    <w:p>
      <w:r>
        <w:br/>
        <w:t>Та й сади в його рясненько!</w:t>
      </w:r>
    </w:p>
    <w:p>
      <w:r>
        <w:br/>
        <w:t>Та удатненько влучай!</w:t>
      </w:r>
    </w:p>
    <w:p>
      <w:r>
        <w:br/>
        <w:t>Тимко</w:t>
      </w:r>
    </w:p>
    <w:p>
      <w:r>
        <w:br/>
        <w:t>Що ти? Зразу повалити?</w:t>
      </w:r>
    </w:p>
    <w:p>
      <w:r>
        <w:br/>
        <w:t>Галя</w:t>
      </w:r>
    </w:p>
    <w:p>
      <w:r>
        <w:br/>
        <w:t>Не повалиться – не бійсь,</w:t>
      </w:r>
    </w:p>
    <w:p>
      <w:r>
        <w:br/>
        <w:t>Ще зміцніє! Ну, катай же!</w:t>
      </w:r>
    </w:p>
    <w:p>
      <w:r>
        <w:br/>
        <w:t>Промахнувся! Не журись!</w:t>
      </w:r>
    </w:p>
    <w:p>
      <w:r>
        <w:br/>
        <w:t>Тимко</w:t>
      </w:r>
    </w:p>
    <w:p>
      <w:r>
        <w:br/>
        <w:t>Справді, Галю, як же гарно!</w:t>
      </w:r>
    </w:p>
    <w:p>
      <w:r>
        <w:br/>
        <w:t>На й тобі – ось постривай!</w:t>
      </w:r>
    </w:p>
    <w:p>
      <w:r>
        <w:br/>
        <w:t>Ось я зараз – що, примерзло?</w:t>
      </w:r>
    </w:p>
    <w:p>
      <w:r>
        <w:br/>
        <w:t>Ну, гаразд! Тепер давай!</w:t>
      </w:r>
    </w:p>
    <w:p>
      <w:r>
        <w:br/>
        <w:t>Обоє хочуть відкрити віконницю.</w:t>
      </w:r>
    </w:p>
    <w:p>
      <w:r>
        <w:br/>
        <w:t>Галя</w:t>
      </w:r>
    </w:p>
    <w:p>
      <w:r>
        <w:br/>
        <w:t>О, як зимно! Ні, Тимосю,</w:t>
      </w:r>
    </w:p>
    <w:p>
      <w:r>
        <w:br/>
        <w:t>Годі матінку гнівить:</w:t>
      </w:r>
    </w:p>
    <w:p>
      <w:r>
        <w:br/>
        <w:t>Я морозу напустила, –</w:t>
      </w:r>
    </w:p>
    <w:p>
      <w:r>
        <w:br/>
        <w:t>Мушу пічку натопить.</w:t>
      </w:r>
    </w:p>
    <w:p>
      <w:r>
        <w:br/>
        <w:t>А дровець лишилось обмаль.</w:t>
      </w:r>
    </w:p>
    <w:p>
      <w:r>
        <w:br/>
        <w:t>На здоров’ячко гуляй!</w:t>
      </w:r>
    </w:p>
    <w:p>
      <w:r>
        <w:br/>
        <w:t>(Зачиняє вікно).</w:t>
      </w:r>
    </w:p>
    <w:p>
      <w:r>
        <w:br/>
        <w:t>Тимко</w:t>
      </w:r>
    </w:p>
    <w:p>
      <w:r>
        <w:br/>
        <w:t>Коли так, то й я не хочу,</w:t>
      </w:r>
    </w:p>
    <w:p>
      <w:r>
        <w:br/>
        <w:t>Ти, Снігуре, теж тікай!</w:t>
      </w:r>
    </w:p>
    <w:p>
      <w:r>
        <w:br/>
        <w:t>(Б’є його. Сніговик іде).</w:t>
      </w:r>
    </w:p>
    <w:p>
      <w:r>
        <w:br/>
        <w:t>Зима</w:t>
      </w:r>
    </w:p>
    <w:p>
      <w:r>
        <w:br/>
        <w:t>(стара баба в білому кожусі з ледяними чотками)</w:t>
      </w:r>
    </w:p>
    <w:p>
      <w:r>
        <w:br/>
        <w:t>Стій! не смій!</w:t>
      </w:r>
    </w:p>
    <w:p>
      <w:r>
        <w:br/>
        <w:t>Ти куди оце наклався?</w:t>
      </w:r>
    </w:p>
    <w:p>
      <w:r>
        <w:br/>
        <w:t>Сніговик</w:t>
      </w:r>
    </w:p>
    <w:p>
      <w:r>
        <w:br/>
        <w:t>Так… Світ за очі іду!</w:t>
      </w:r>
    </w:p>
    <w:p>
      <w:r>
        <w:br/>
        <w:t>Зима</w:t>
      </w:r>
    </w:p>
    <w:p>
      <w:r>
        <w:br/>
        <w:t>Як світ за очі? Та чого?</w:t>
      </w:r>
    </w:p>
    <w:p>
      <w:r>
        <w:br/>
        <w:t>По яку лиху біду?</w:t>
      </w:r>
    </w:p>
    <w:p>
      <w:r>
        <w:br/>
        <w:t>Сніговик</w:t>
      </w:r>
    </w:p>
    <w:p>
      <w:r>
        <w:br/>
        <w:t>Так звелів Тимко, бабусю.</w:t>
      </w:r>
    </w:p>
    <w:p>
      <w:r>
        <w:br/>
        <w:t>Зима</w:t>
      </w:r>
    </w:p>
    <w:p>
      <w:r>
        <w:br/>
        <w:t>Що ти слухаєш Тимка?</w:t>
      </w:r>
    </w:p>
    <w:p>
      <w:r>
        <w:br/>
        <w:t>Я тут всюди господиня!</w:t>
      </w:r>
    </w:p>
    <w:p>
      <w:r>
        <w:br/>
        <w:t>Що за вигадка така?</w:t>
      </w:r>
    </w:p>
    <w:p>
      <w:r>
        <w:br/>
        <w:t>Що тобі не до вподоби?</w:t>
      </w:r>
    </w:p>
    <w:p>
      <w:r>
        <w:br/>
        <w:t>Ач як гарно все кругом:</w:t>
      </w:r>
    </w:p>
    <w:p>
      <w:r>
        <w:br/>
        <w:t>Все завмерло, заніміло,</w:t>
      </w:r>
    </w:p>
    <w:p>
      <w:r>
        <w:br/>
        <w:t>Все притрушене сніжком.</w:t>
      </w:r>
    </w:p>
    <w:p>
      <w:r>
        <w:br/>
        <w:t>Я сніжку іще навію,</w:t>
      </w:r>
    </w:p>
    <w:p>
      <w:r>
        <w:br/>
        <w:t>Ще морозцем покріплю.</w:t>
      </w:r>
    </w:p>
    <w:p>
      <w:r>
        <w:br/>
        <w:t>Ач дурненький, як жалію –</w:t>
      </w:r>
    </w:p>
    <w:p>
      <w:r>
        <w:br/>
        <w:t>Як синка, тебе люблю!</w:t>
      </w:r>
    </w:p>
    <w:p>
      <w:r>
        <w:br/>
        <w:t>Сніговик</w:t>
      </w:r>
    </w:p>
    <w:p>
      <w:r>
        <w:br/>
        <w:t>Нізавіщо не лишуся –</w:t>
      </w:r>
    </w:p>
    <w:p>
      <w:r>
        <w:br/>
        <w:t>Так образив Тимохвій.</w:t>
      </w:r>
    </w:p>
    <w:p>
      <w:r>
        <w:br/>
        <w:t>Я іду. Прощай, бабусю!</w:t>
      </w:r>
    </w:p>
    <w:p>
      <w:r>
        <w:br/>
        <w:t>Зима</w:t>
      </w:r>
    </w:p>
    <w:p>
      <w:r>
        <w:br/>
        <w:t>Стій, не смій!</w:t>
      </w:r>
    </w:p>
    <w:p>
      <w:r>
        <w:br/>
        <w:t>Не пускає. Він спиняється. В сніговому заметі чути вовтузню, далі голоси.</w:t>
      </w:r>
    </w:p>
    <w:p>
      <w:r>
        <w:br/>
        <w:t>Квіти-Первоцвіти</w:t>
      </w:r>
    </w:p>
    <w:p>
      <w:r>
        <w:br/>
        <w:t>Дзінь, дзінь, дзінь!</w:t>
      </w:r>
    </w:p>
    <w:p>
      <w:r>
        <w:br/>
        <w:t>Зимо, згинь!</w:t>
      </w:r>
    </w:p>
    <w:p>
      <w:r>
        <w:br/>
        <w:t>Зима</w:t>
      </w:r>
    </w:p>
    <w:p>
      <w:r>
        <w:br/>
        <w:t>Хто там дзвонить?</w:t>
      </w:r>
    </w:p>
    <w:p>
      <w:r>
        <w:br/>
        <w:t>Мене гонить?</w:t>
      </w:r>
    </w:p>
    <w:p>
      <w:r>
        <w:br/>
        <w:t>Не лякається зима!</w:t>
      </w:r>
    </w:p>
    <w:p>
      <w:r>
        <w:br/>
        <w:t>Квіти</w:t>
      </w:r>
    </w:p>
    <w:p>
      <w:r>
        <w:br/>
        <w:t>Ми!</w:t>
      </w:r>
    </w:p>
    <w:p>
      <w:r>
        <w:br/>
        <w:t>Бриндушка</w:t>
      </w:r>
    </w:p>
    <w:p>
      <w:r>
        <w:br/>
        <w:t>Я, бриндушка біла,</w:t>
      </w:r>
    </w:p>
    <w:p>
      <w:r>
        <w:br/>
        <w:t>В заметі сиділа.</w:t>
      </w:r>
    </w:p>
    <w:p>
      <w:r>
        <w:br/>
        <w:t>Силки набирала,</w:t>
      </w:r>
    </w:p>
    <w:p>
      <w:r>
        <w:br/>
        <w:t>Весну закликала:</w:t>
      </w:r>
    </w:p>
    <w:p>
      <w:r>
        <w:br/>
        <w:t>Дзінь! дзінь! дзінь!</w:t>
      </w:r>
    </w:p>
    <w:p>
      <w:r>
        <w:br/>
        <w:t>Пролісок</w:t>
      </w:r>
    </w:p>
    <w:p>
      <w:r>
        <w:br/>
        <w:t>Я пролісок синій,</w:t>
      </w:r>
    </w:p>
    <w:p>
      <w:r>
        <w:br/>
        <w:t>Твій братічок рідний,</w:t>
      </w:r>
    </w:p>
    <w:p>
      <w:r>
        <w:br/>
        <w:t>Ми первісні квітки,</w:t>
      </w:r>
    </w:p>
    <w:p>
      <w:r>
        <w:br/>
        <w:t>Веснянії дітки.</w:t>
      </w:r>
    </w:p>
    <w:p>
      <w:r>
        <w:br/>
        <w:t>Дзінь! дзінь! дзінь!</w:t>
      </w:r>
    </w:p>
    <w:p>
      <w:r>
        <w:br/>
        <w:t>Зимо, згинь!</w:t>
      </w:r>
    </w:p>
    <w:p>
      <w:r>
        <w:br/>
        <w:t>Зима</w:t>
      </w:r>
    </w:p>
    <w:p>
      <w:r>
        <w:br/>
        <w:t>Геть з очей! Отут донині</w:t>
      </w:r>
    </w:p>
    <w:p>
      <w:r>
        <w:br/>
        <w:t>Я була скрізь господиня…</w:t>
      </w:r>
    </w:p>
    <w:p>
      <w:r>
        <w:br/>
        <w:t>Квіти</w:t>
      </w:r>
    </w:p>
    <w:p>
      <w:r>
        <w:br/>
        <w:t>Знаєм, знаєм! Ти була,</w:t>
      </w:r>
    </w:p>
    <w:p>
      <w:r>
        <w:br/>
        <w:t>Ти все снігом замела,</w:t>
      </w:r>
    </w:p>
    <w:p>
      <w:r>
        <w:br/>
        <w:t>Все побила, поморила</w:t>
      </w:r>
    </w:p>
    <w:p>
      <w:r>
        <w:br/>
        <w:t>Та й твоя тепер несила.</w:t>
      </w:r>
    </w:p>
    <w:p>
      <w:r>
        <w:br/>
        <w:t>Дзінь! дзінь! дзінь!</w:t>
      </w:r>
    </w:p>
    <w:p>
      <w:r>
        <w:br/>
        <w:t>Зимо, згинь!</w:t>
      </w:r>
    </w:p>
    <w:p>
      <w:r>
        <w:br/>
        <w:t>Сонце встане, сонце гляне,</w:t>
      </w:r>
    </w:p>
    <w:p>
      <w:r>
        <w:br/>
        <w:t>Сила й злість твоя розтане, –</w:t>
      </w:r>
    </w:p>
    <w:p>
      <w:r>
        <w:br/>
        <w:t>Стануть квіти розцвітати,</w:t>
      </w:r>
    </w:p>
    <w:p>
      <w:r>
        <w:br/>
        <w:t>Прийдуть діти погуляти,</w:t>
      </w:r>
    </w:p>
    <w:p>
      <w:r>
        <w:br/>
        <w:t>Дзінь, дзінь, дзінь!</w:t>
      </w:r>
    </w:p>
    <w:p>
      <w:r>
        <w:br/>
        <w:t>Леготе, прилинь!</w:t>
      </w:r>
    </w:p>
    <w:p>
      <w:r>
        <w:br/>
        <w:t>Легіт</w:t>
      </w:r>
    </w:p>
    <w:p>
      <w:r>
        <w:br/>
        <w:t>Хто тут кличе,</w:t>
      </w:r>
    </w:p>
    <w:p>
      <w:r>
        <w:br/>
        <w:t>Хто тут дзвонить,</w:t>
      </w:r>
    </w:p>
    <w:p>
      <w:r>
        <w:br/>
        <w:t>Хто кого тут</w:t>
      </w:r>
    </w:p>
    <w:p>
      <w:r>
        <w:br/>
        <w:t>Геть вигонить?</w:t>
      </w:r>
    </w:p>
    <w:p>
      <w:r>
        <w:br/>
        <w:t>Квіти</w:t>
      </w:r>
    </w:p>
    <w:p>
      <w:r>
        <w:br/>
        <w:t>Ми, братіку, ми!</w:t>
      </w:r>
    </w:p>
    <w:p>
      <w:r>
        <w:br/>
        <w:t>Поможи, бо не здолаєм</w:t>
      </w:r>
    </w:p>
    <w:p>
      <w:r>
        <w:br/>
        <w:t>Побороть зими!</w:t>
      </w:r>
    </w:p>
    <w:p>
      <w:r>
        <w:br/>
        <w:t>Легіт</w:t>
      </w:r>
    </w:p>
    <w:p>
      <w:r>
        <w:br/>
        <w:t>Квіти-діти, що так рано</w:t>
      </w:r>
    </w:p>
    <w:p>
      <w:r>
        <w:br/>
        <w:t>Піднялися з-під землі?</w:t>
      </w:r>
    </w:p>
    <w:p>
      <w:r>
        <w:br/>
        <w:t>Квіти</w:t>
      </w:r>
    </w:p>
    <w:p>
      <w:r>
        <w:br/>
        <w:t>Що за рано? Вже пора нам,</w:t>
      </w:r>
    </w:p>
    <w:p>
      <w:r>
        <w:br/>
        <w:t>Вже струмочки скрізь пішли!</w:t>
      </w:r>
    </w:p>
    <w:p>
      <w:r>
        <w:br/>
        <w:t>Дзінь, дзінь, дзінь!</w:t>
      </w:r>
    </w:p>
    <w:p>
      <w:r>
        <w:br/>
        <w:t>Весно, прилинь!</w:t>
      </w:r>
    </w:p>
    <w:p>
      <w:r>
        <w:br/>
        <w:t>Легіт</w:t>
      </w:r>
    </w:p>
    <w:p>
      <w:r>
        <w:br/>
        <w:t>Стривайте, поможу я вам,</w:t>
      </w:r>
    </w:p>
    <w:p>
      <w:r>
        <w:br/>
        <w:t>Мато я чудовий міх:</w:t>
      </w:r>
    </w:p>
    <w:p>
      <w:r>
        <w:br/>
        <w:t>Як розкрию, як дмухну я,</w:t>
      </w:r>
    </w:p>
    <w:p>
      <w:r>
        <w:br/>
        <w:t>Згине прикрий сніг.</w:t>
      </w:r>
    </w:p>
    <w:p>
      <w:r>
        <w:br/>
        <w:t>Зима</w:t>
      </w:r>
    </w:p>
    <w:p>
      <w:r>
        <w:br/>
        <w:t>Постривайте, не втішайтесь –</w:t>
      </w:r>
    </w:p>
    <w:p>
      <w:r>
        <w:br/>
        <w:t>Ще не вмерла я.</w:t>
      </w:r>
    </w:p>
    <w:p>
      <w:r>
        <w:br/>
        <w:t>Ще провчу вас! Ще не зникла</w:t>
      </w:r>
    </w:p>
    <w:p>
      <w:r>
        <w:br/>
        <w:t>Силонька моя!</w:t>
      </w:r>
    </w:p>
    <w:p>
      <w:r>
        <w:br/>
        <w:t>Гей, москалю, вітре буйний,</w:t>
      </w:r>
    </w:p>
    <w:p>
      <w:r>
        <w:br/>
        <w:t>З північних країн,</w:t>
      </w:r>
    </w:p>
    <w:p>
      <w:r>
        <w:br/>
        <w:t>Озовися, поспішися,</w:t>
      </w:r>
    </w:p>
    <w:p>
      <w:r>
        <w:br/>
        <w:t>Вірний челядин!</w:t>
      </w:r>
    </w:p>
    <w:p>
      <w:r>
        <w:br/>
        <w:t>Чутно гудіння, вривається Північний вітер у кожусі, розпатланий, з крижаними крилами.</w:t>
      </w:r>
    </w:p>
    <w:p>
      <w:r>
        <w:br/>
        <w:t>Північний вітер</w:t>
      </w:r>
    </w:p>
    <w:p>
      <w:r>
        <w:br/>
        <w:t>Осьде я, царице!</w:t>
      </w:r>
    </w:p>
    <w:p>
      <w:r>
        <w:br/>
        <w:t>Чолом, білолиця!</w:t>
      </w:r>
    </w:p>
    <w:p>
      <w:r>
        <w:br/>
        <w:t>Гетьте, пронози,</w:t>
      </w:r>
    </w:p>
    <w:p>
      <w:r>
        <w:br/>
        <w:t>Всіх заморозю,</w:t>
      </w:r>
    </w:p>
    <w:p>
      <w:r>
        <w:br/>
        <w:t>Гу-у-у-у!..</w:t>
      </w:r>
    </w:p>
    <w:p>
      <w:r>
        <w:br/>
        <w:t>Квіти</w:t>
      </w:r>
    </w:p>
    <w:p>
      <w:r>
        <w:br/>
        <w:t>Ой горе, горе!</w:t>
      </w:r>
    </w:p>
    <w:p>
      <w:r>
        <w:br/>
        <w:t>Вітер нас боре,</w:t>
      </w:r>
    </w:p>
    <w:p>
      <w:r>
        <w:br/>
        <w:t>Валить зовсім з ніг,</w:t>
      </w:r>
    </w:p>
    <w:p>
      <w:r>
        <w:br/>
        <w:t>Тікаймо під сніг!</w:t>
      </w:r>
    </w:p>
    <w:p>
      <w:r>
        <w:br/>
        <w:t>Зима</w:t>
      </w:r>
    </w:p>
    <w:p>
      <w:r>
        <w:br/>
        <w:t>Ху-ху-ху!..</w:t>
      </w:r>
    </w:p>
    <w:p>
      <w:r>
        <w:br/>
        <w:t>Вітер</w:t>
      </w:r>
    </w:p>
    <w:p>
      <w:r>
        <w:br/>
        <w:t>Ха-ха-ха!..</w:t>
      </w:r>
    </w:p>
    <w:p>
      <w:r>
        <w:br/>
        <w:t>З’являється сонячний Промінь у золотій тонкій одежі, на горбку.</w:t>
      </w:r>
    </w:p>
    <w:p>
      <w:r>
        <w:br/>
        <w:t>Зима</w:t>
      </w:r>
    </w:p>
    <w:p>
      <w:r>
        <w:br/>
        <w:t>Що це за проява?</w:t>
      </w:r>
    </w:p>
    <w:p>
      <w:r>
        <w:br/>
        <w:t>Гирявий гакий!</w:t>
      </w:r>
    </w:p>
    <w:p>
      <w:r>
        <w:br/>
        <w:t>Та чого сюди припхався,</w:t>
      </w:r>
    </w:p>
    <w:p>
      <w:r>
        <w:br/>
        <w:t>Говори мерщій!</w:t>
      </w:r>
    </w:p>
    <w:p>
      <w:r>
        <w:br/>
        <w:t>Промінь</w:t>
      </w:r>
    </w:p>
    <w:p>
      <w:r>
        <w:br/>
        <w:t>Я тебе, лихую бабу,</w:t>
      </w:r>
    </w:p>
    <w:p>
      <w:r>
        <w:br/>
        <w:t>Відси прожену!</w:t>
      </w:r>
    </w:p>
    <w:p>
      <w:r>
        <w:br/>
        <w:t>Зима</w:t>
      </w:r>
    </w:p>
    <w:p>
      <w:r>
        <w:br/>
        <w:t>Ох, нікчемо непотрібна!</w:t>
      </w:r>
    </w:p>
    <w:p>
      <w:r>
        <w:br/>
        <w:t>Мене гнати? Ну!</w:t>
      </w:r>
    </w:p>
    <w:p>
      <w:r>
        <w:br/>
        <w:t>Промінь</w:t>
      </w:r>
    </w:p>
    <w:p>
      <w:r>
        <w:br/>
        <w:t>Я сонячний промінь,</w:t>
      </w:r>
    </w:p>
    <w:p>
      <w:r>
        <w:br/>
        <w:t>Я сонця синок,</w:t>
      </w:r>
    </w:p>
    <w:p>
      <w:r>
        <w:br/>
        <w:t>Друг діток, і квіток,</w:t>
      </w:r>
    </w:p>
    <w:p>
      <w:r>
        <w:br/>
        <w:t>І дрібних пташок.</w:t>
      </w:r>
    </w:p>
    <w:p>
      <w:r>
        <w:br/>
        <w:t>Тікай же, лихая,</w:t>
      </w:r>
    </w:p>
    <w:p>
      <w:r>
        <w:br/>
        <w:t>Не смій мордувать</w:t>
      </w:r>
    </w:p>
    <w:p>
      <w:r>
        <w:br/>
        <w:t>Нікого в цім краю!</w:t>
      </w:r>
    </w:p>
    <w:p>
      <w:r>
        <w:br/>
        <w:t>Гайда спочивать!</w:t>
      </w:r>
    </w:p>
    <w:p>
      <w:r>
        <w:br/>
        <w:t>Зима</w:t>
      </w:r>
    </w:p>
    <w:p>
      <w:r>
        <w:br/>
        <w:t>Ой, душно мені!</w:t>
      </w:r>
    </w:p>
    <w:p>
      <w:r>
        <w:br/>
        <w:t>Крекче, сідає й скидає кожух.</w:t>
      </w:r>
    </w:p>
    <w:p>
      <w:r>
        <w:br/>
        <w:t>Вітер</w:t>
      </w:r>
    </w:p>
    <w:p>
      <w:r>
        <w:br/>
        <w:t>Ой, нудно мені.</w:t>
      </w:r>
    </w:p>
    <w:p>
      <w:r>
        <w:br/>
        <w:t>(Похнюпився)</w:t>
      </w:r>
    </w:p>
    <w:p>
      <w:r>
        <w:br/>
        <w:t>Сніговик</w:t>
      </w:r>
    </w:p>
    <w:p>
      <w:r>
        <w:br/>
        <w:t>Ой тяжко мені.</w:t>
      </w:r>
    </w:p>
    <w:p>
      <w:r>
        <w:br/>
        <w:t>Зима</w:t>
      </w:r>
    </w:p>
    <w:p>
      <w:r>
        <w:br/>
        <w:t>Та вгамуйся! Ми втікаєм.</w:t>
      </w:r>
    </w:p>
    <w:p>
      <w:r>
        <w:br/>
        <w:t>Край цей тільки покидаєм.</w:t>
      </w:r>
    </w:p>
    <w:p>
      <w:r>
        <w:br/>
        <w:t>Мій товариш, любий брате,</w:t>
      </w:r>
    </w:p>
    <w:p>
      <w:r>
        <w:br/>
        <w:t>Де ми будем спочивати?</w:t>
      </w:r>
    </w:p>
    <w:p>
      <w:r>
        <w:br/>
        <w:t>За крижаним океаном</w:t>
      </w:r>
    </w:p>
    <w:p>
      <w:r>
        <w:br/>
        <w:t>Вічний холод, вічний сніг,</w:t>
      </w:r>
    </w:p>
    <w:p>
      <w:r>
        <w:br/>
        <w:t>Там ніхто нас не зневажить,</w:t>
      </w:r>
    </w:p>
    <w:p>
      <w:r>
        <w:br/>
        <w:t>Не підніме нас на сміх:</w:t>
      </w:r>
    </w:p>
    <w:p>
      <w:r>
        <w:br/>
        <w:t>Ні пекучі діти сонця,</w:t>
      </w:r>
    </w:p>
    <w:p>
      <w:r>
        <w:br/>
        <w:t>Ні глузливі свистуни,</w:t>
      </w:r>
    </w:p>
    <w:p>
      <w:r>
        <w:br/>
        <w:t>Ні весни мізерні діти,</w:t>
      </w:r>
    </w:p>
    <w:p>
      <w:r>
        <w:br/>
        <w:t>Первоцвіти-брехуни.</w:t>
      </w:r>
    </w:p>
    <w:p>
      <w:r>
        <w:br/>
        <w:t>Сніговик</w:t>
      </w:r>
    </w:p>
    <w:p>
      <w:r>
        <w:br/>
        <w:t>Ой візьміть мене з собою –</w:t>
      </w:r>
    </w:p>
    <w:p>
      <w:r>
        <w:br/>
        <w:t>Я вже більше тут не встою.</w:t>
      </w:r>
    </w:p>
    <w:p>
      <w:r>
        <w:br/>
        <w:t>Промінь</w:t>
      </w:r>
    </w:p>
    <w:p>
      <w:r>
        <w:br/>
        <w:t>Постривай лиш, Снігуренку,</w:t>
      </w:r>
    </w:p>
    <w:p>
      <w:r>
        <w:br/>
        <w:t>Як прилине тут весна,</w:t>
      </w:r>
    </w:p>
    <w:p>
      <w:r>
        <w:br/>
        <w:t>Долю щасну, веселеньку</w:t>
      </w:r>
    </w:p>
    <w:p>
      <w:r>
        <w:br/>
        <w:t>Подарує всім вона.</w:t>
      </w:r>
    </w:p>
    <w:p>
      <w:r>
        <w:br/>
        <w:t>Сніговик</w:t>
      </w:r>
    </w:p>
    <w:p>
      <w:r>
        <w:br/>
        <w:t>Ой гірка моя доленька,</w:t>
      </w:r>
    </w:p>
    <w:p>
      <w:r>
        <w:br/>
        <w:t>Розтаю я поволеньки!</w:t>
      </w:r>
    </w:p>
    <w:p>
      <w:r>
        <w:br/>
        <w:t>Промінь</w:t>
      </w:r>
    </w:p>
    <w:p>
      <w:r>
        <w:br/>
        <w:t>Не снігур ти з цього часу,</w:t>
      </w:r>
    </w:p>
    <w:p>
      <w:r>
        <w:br/>
        <w:t>Геть кожуха й капелюх!</w:t>
      </w:r>
    </w:p>
    <w:p>
      <w:r>
        <w:br/>
        <w:t>Будь же хмаркою в блакиті,</w:t>
      </w:r>
    </w:p>
    <w:p>
      <w:r>
        <w:br/>
        <w:t>Будь легенький, наче пух!</w:t>
      </w:r>
    </w:p>
    <w:p>
      <w:r>
        <w:br/>
        <w:t>Сніговик</w:t>
      </w:r>
    </w:p>
    <w:p>
      <w:r>
        <w:br/>
        <w:t>Що це сталося зі мною –</w:t>
      </w:r>
    </w:p>
    <w:p>
      <w:r>
        <w:br/>
        <w:t>Стало легко так мені?</w:t>
      </w:r>
    </w:p>
    <w:p>
      <w:r>
        <w:br/>
        <w:t>Не журюся за зимою,</w:t>
      </w:r>
    </w:p>
    <w:p>
      <w:r>
        <w:br/>
        <w:t>А радію я весні,</w:t>
      </w:r>
    </w:p>
    <w:p>
      <w:r>
        <w:br/>
        <w:t>Промінь</w:t>
      </w:r>
    </w:p>
    <w:p>
      <w:r>
        <w:br/>
        <w:t>Ти під ласкою моєю</w:t>
      </w:r>
    </w:p>
    <w:p>
      <w:r>
        <w:br/>
        <w:t>Весь розтанув, наче дим,</w:t>
      </w:r>
    </w:p>
    <w:p>
      <w:r>
        <w:br/>
        <w:t>Так тепер весну стрічати</w:t>
      </w:r>
    </w:p>
    <w:p>
      <w:r>
        <w:br/>
        <w:t>Разом, братіку, ходім.</w:t>
      </w:r>
    </w:p>
    <w:p>
      <w:r>
        <w:br/>
        <w:t>Багато квіток</w:t>
      </w:r>
    </w:p>
    <w:p>
      <w:r>
        <w:br/>
        <w:t>(разом)</w:t>
      </w:r>
    </w:p>
    <w:p>
      <w:r>
        <w:br/>
        <w:t>Дзінь, дзінь, дзінь!!!</w:t>
      </w:r>
    </w:p>
    <w:p>
      <w:r>
        <w:br/>
        <w:t>Весно, прилинь!..</w:t>
      </w:r>
    </w:p>
    <w:p>
      <w:r>
        <w:br/>
        <w:t>Промінь і Легіт з сопілкою зіскакують з горбка.</w:t>
      </w:r>
    </w:p>
    <w:p>
      <w:r>
        <w:br/>
        <w:t>Ті ж і Весна з своєю челяддю: божі ручки, фіалки, тюльпани, конвалії (ландиші) і т. ін. Прибрані відповідно квіти, метелики, кузьки. Весна в червоній сукні, з вінком на голові сипле обома руками квіти, всім усміхається й киває. Музика, спочатку тиха, веселішає.</w:t>
      </w:r>
    </w:p>
    <w:p>
      <w:r>
        <w:br/>
        <w:t>Пташки</w:t>
      </w:r>
    </w:p>
    <w:p>
      <w:r>
        <w:br/>
        <w:t>Цвірінь, цвірінь, журбу покинь,</w:t>
      </w:r>
    </w:p>
    <w:p>
      <w:r>
        <w:br/>
        <w:t>Леготе, прилинь!</w:t>
      </w:r>
    </w:p>
    <w:p>
      <w:r>
        <w:br/>
        <w:t>Первоцвіти</w:t>
      </w:r>
    </w:p>
    <w:p>
      <w:r>
        <w:br/>
        <w:t>Весно, весно, весняночко,</w:t>
      </w:r>
    </w:p>
    <w:p>
      <w:r>
        <w:br/>
        <w:t>Ми тебе вітаєм,</w:t>
      </w:r>
    </w:p>
    <w:p>
      <w:r>
        <w:br/>
        <w:t>Свою чергу, паняночко,</w:t>
      </w:r>
    </w:p>
    <w:p>
      <w:r>
        <w:br/>
        <w:t>Другим одступаєм!</w:t>
      </w:r>
    </w:p>
    <w:p>
      <w:r>
        <w:br/>
        <w:t>Танок квітів і пташок. Весна сидить на горбку, оточена своєю челяддю.</w:t>
      </w:r>
    </w:p>
    <w:p>
      <w:r>
        <w:br/>
        <w:t>Галя</w:t>
      </w:r>
    </w:p>
    <w:p>
      <w:r>
        <w:br/>
        <w:t>(виглядає в віконце, плеще в долоні).</w:t>
      </w:r>
    </w:p>
    <w:p>
      <w:r>
        <w:br/>
        <w:t>Тимку, Тимку, як же гарно,</w:t>
      </w:r>
    </w:p>
    <w:p>
      <w:r>
        <w:br/>
        <w:t>Скільки пташок та квіток!</w:t>
      </w:r>
    </w:p>
    <w:p>
      <w:r>
        <w:br/>
        <w:t>Тимко</w:t>
      </w:r>
    </w:p>
    <w:p>
      <w:r>
        <w:br/>
        <w:t>Справді! Галю, як чудово,</w:t>
      </w:r>
    </w:p>
    <w:p>
      <w:r>
        <w:br/>
        <w:t>Де ж пак мій Сніговичок?</w:t>
      </w:r>
    </w:p>
    <w:p>
      <w:r>
        <w:br/>
        <w:t>Галя</w:t>
      </w:r>
    </w:p>
    <w:p>
      <w:r>
        <w:br/>
        <w:t>(сміється)</w:t>
      </w:r>
    </w:p>
    <w:p>
      <w:r>
        <w:br/>
        <w:t>Помело та шапка –</w:t>
      </w:r>
    </w:p>
    <w:p>
      <w:r>
        <w:br/>
        <w:t>Ось по йому знак.</w:t>
      </w:r>
    </w:p>
    <w:p>
      <w:r>
        <w:br/>
        <w:t>Сам же розтопився,</w:t>
      </w:r>
    </w:p>
    <w:p>
      <w:r>
        <w:br/>
        <w:t>Видко, твій козак.</w:t>
      </w:r>
    </w:p>
    <w:p>
      <w:r>
        <w:br/>
        <w:t>Тимко</w:t>
      </w:r>
    </w:p>
    <w:p>
      <w:r>
        <w:br/>
        <w:t>Ой снігуре, бідолахо!</w:t>
      </w:r>
    </w:p>
    <w:p>
      <w:r>
        <w:br/>
        <w:t>Сніговик мій, горопахо!</w:t>
      </w:r>
    </w:p>
    <w:p>
      <w:r>
        <w:br/>
        <w:t>Сніговик</w:t>
      </w:r>
    </w:p>
    <w:p>
      <w:r>
        <w:br/>
        <w:t>(одвічае з гори)</w:t>
      </w:r>
    </w:p>
    <w:p>
      <w:r>
        <w:br/>
        <w:t>Не журись, Тимосю,</w:t>
      </w:r>
    </w:p>
    <w:p>
      <w:r>
        <w:br/>
        <w:t>Дарма не ридай,</w:t>
      </w:r>
    </w:p>
    <w:p>
      <w:r>
        <w:br/>
        <w:t>Та мене з мандрівки</w:t>
      </w:r>
    </w:p>
    <w:p>
      <w:r>
        <w:br/>
        <w:t>Пильно виглядай!</w:t>
      </w:r>
    </w:p>
    <w:p>
      <w:r>
        <w:br/>
        <w:t>А тепер полину,</w:t>
      </w:r>
    </w:p>
    <w:p>
      <w:r>
        <w:br/>
        <w:t>Хмаркою зроблюсь,</w:t>
      </w:r>
    </w:p>
    <w:p>
      <w:r>
        <w:br/>
        <w:t>По чужих країнах</w:t>
      </w:r>
    </w:p>
    <w:p>
      <w:r>
        <w:br/>
        <w:t>Сили наберусь.</w:t>
      </w:r>
    </w:p>
    <w:p>
      <w:r>
        <w:br/>
        <w:t>Як почне ж вас влітку</w:t>
      </w:r>
    </w:p>
    <w:p>
      <w:r>
        <w:br/>
        <w:t>Сонце допікать,</w:t>
      </w:r>
    </w:p>
    <w:p>
      <w:r>
        <w:br/>
        <w:t>Я з гори прибуду</w:t>
      </w:r>
    </w:p>
    <w:p>
      <w:r>
        <w:br/>
        <w:t>Силоньки додать.</w:t>
      </w:r>
    </w:p>
    <w:p>
      <w:r>
        <w:br/>
        <w:t>Я цілющий дощик</w:t>
      </w:r>
    </w:p>
    <w:p>
      <w:r>
        <w:br/>
        <w:t>Принесу квіткам</w:t>
      </w:r>
    </w:p>
    <w:p>
      <w:r>
        <w:br/>
        <w:t>І казок чудових</w:t>
      </w:r>
    </w:p>
    <w:p>
      <w:r>
        <w:br/>
        <w:t>Розповім я вам…</w:t>
      </w:r>
    </w:p>
    <w:p>
      <w:r>
        <w:br/>
        <w:t>Та до побачення!</w:t>
      </w:r>
    </w:p>
    <w:p>
      <w:r>
        <w:br/>
        <w:t>Діти</w:t>
      </w:r>
    </w:p>
    <w:p>
      <w:r>
        <w:br/>
        <w:t>(разом)</w:t>
      </w:r>
    </w:p>
    <w:p>
      <w:r>
        <w:br/>
        <w:t>Ну, здоров бувай</w:t>
      </w:r>
    </w:p>
    <w:p>
      <w:r>
        <w:br/>
        <w:t>Швидше прибувай!</w:t>
      </w:r>
    </w:p>
    <w:p>
      <w:r>
        <w:br/>
        <w:t>Сніговик махає блакитною занавіскою в такт музиці, що грає все тихше і тихше, і з нею тихо спадає завіса.</w:t>
      </w:r>
    </w:p>
    <w:p>
      <w:r>
        <w:br/>
        <w:t>Хор</w:t>
      </w:r>
    </w:p>
    <w:p>
      <w:r>
        <w:br/>
        <w:t>Весна зиму гонить,</w:t>
      </w:r>
    </w:p>
    <w:p>
      <w:r>
        <w:br/>
        <w:t>Ох, ох, ох!</w:t>
      </w:r>
    </w:p>
    <w:p>
      <w:r>
        <w:br/>
        <w:t>Зима сльози ронить,</w:t>
      </w:r>
    </w:p>
    <w:p>
      <w:r>
        <w:br/>
        <w:t>Як горох.</w:t>
      </w:r>
    </w:p>
    <w:p>
      <w:r>
        <w:br/>
        <w:t>Вітерець крилами</w:t>
      </w:r>
    </w:p>
    <w:p>
      <w:r>
        <w:br/>
        <w:t>Max, мах, мах!</w:t>
      </w:r>
    </w:p>
    <w:p>
      <w:r>
        <w:br/>
        <w:t>Нишпорить за нею</w:t>
      </w:r>
    </w:p>
    <w:p>
      <w:r>
        <w:br/>
        <w:t>По кущах.</w:t>
      </w:r>
    </w:p>
    <w:p>
      <w:r>
        <w:br/>
        <w:t>Круки лиховісні</w:t>
      </w:r>
    </w:p>
    <w:p>
      <w:r>
        <w:br/>
        <w:t>Та сичі</w:t>
      </w:r>
    </w:p>
    <w:p>
      <w:r>
        <w:br/>
        <w:t>День і ніч лякають,</w:t>
      </w:r>
    </w:p>
    <w:p>
      <w:r>
        <w:br/>
        <w:t>Кричучи.</w:t>
      </w:r>
    </w:p>
    <w:p>
      <w:r>
        <w:br/>
        <w:t>Грає гайвороння:</w:t>
      </w:r>
    </w:p>
    <w:p>
      <w:r>
        <w:br/>
        <w:t>Крах, крах, крах!</w:t>
      </w:r>
    </w:p>
    <w:p>
      <w:r>
        <w:br/>
        <w:t>Зиму огортає</w:t>
      </w:r>
    </w:p>
    <w:p>
      <w:r>
        <w:br/>
        <w:t>Смертний жах:</w:t>
      </w:r>
    </w:p>
    <w:p>
      <w:r>
        <w:br/>
        <w:t>В нестямі тікає</w:t>
      </w:r>
    </w:p>
    <w:p>
      <w:r>
        <w:br/>
        <w:t>Геть лиха,</w:t>
      </w:r>
    </w:p>
    <w:p>
      <w:r>
        <w:br/>
        <w:t>Ми ж услід регочем:</w:t>
      </w:r>
    </w:p>
    <w:p>
      <w:r>
        <w:br/>
        <w:t>Ха-ха-ха!!!</w:t>
      </w:r>
    </w:p>
    <w:p>
      <w:r>
        <w:br/>
        <w:t>Завіса</w:t>
      </w:r>
    </w:p>
    <w:p>
      <w:r>
        <w:br/>
        <w:t>Примітки</w:t>
      </w:r>
    </w:p>
    <w:p>
      <w:r>
        <w:br/>
        <w:t>Лібретто дитячої опери. Вперше надруковано в другому томі збірки "Творів" Дніпрової Чайки, "Рух", X., 1931. Подається за першодруком.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Проводи Сніговика Снігуровича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