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Провінціалки</w:t>
      </w:r>
    </w:p>
    <w:p>
      <w:r>
        <w:br/>
        <w:t xml:space="preserve"> &lt;p&gt;Лідія Андріївна.</w:t>
      </w:r>
    </w:p>
    <w:p>
      <w:r>
        <w:br/>
        <w:t>Сергій.</w:t>
      </w:r>
    </w:p>
    <w:p>
      <w:r>
        <w:br/>
        <w:t>Борис.</w:t>
      </w:r>
    </w:p>
    <w:p>
      <w:r>
        <w:br/>
        <w:t>Т а н я.</w:t>
      </w:r>
    </w:p>
    <w:p>
      <w:r>
        <w:br/>
        <w:t>Світлана.</w:t>
      </w:r>
    </w:p>
    <w:p>
      <w:r>
        <w:br/>
        <w:t>Старий.</w:t>
      </w:r>
    </w:p>
    <w:p>
      <w:r>
        <w:br/>
        <w:t>Декорації: дачне приміщення.</w:t>
      </w:r>
    </w:p>
    <w:p>
      <w:r>
        <w:br/>
        <w:t>ЧАСТИНА ПЕРША</w:t>
      </w:r>
    </w:p>
    <w:p>
      <w:r>
        <w:br/>
        <w:t>Двоповерхова дачна будівля, зведена років п'ятнадцять тому за індивідуальним проектом, так би мовити, на віки. Панує англійський стиль з огляду на час та можливості вітчизняних будівельників. Увесь нижній поверх — хол з двома дверима в глибині. Ліві ведуть до кімнати, де знайшли тимчасовий притулок Таня та Лідія Андріївна. Назвемо цю кімнату Тетяниною.</w:t>
      </w:r>
    </w:p>
    <w:p>
      <w:r>
        <w:br/>
        <w:t>Зазначимо, що хазяїн дачі, дуже давній, але, на жаль, не дуже близький знайомий Лідії Андріївни, — ректор університету, куди прагне вступати Таня.</w:t>
      </w:r>
    </w:p>
    <w:p>
      <w:r>
        <w:br/>
        <w:t>Через ліві бічні двері нам можна увійти до прихованої від цікавого ока кухні, через праві бічні вийти у двір. Дерев'яні сходи з поручнями починаються одразу за дверима кухні і ведуть нагору, до галереї, що перетинає весь другий поверх. Звідти вхід до двох відпочивалень, розміщених поруч. Назвемо одну з них, що праворуч, кімнатою Бориса.</w:t>
      </w:r>
    </w:p>
    <w:p>
      <w:r>
        <w:br/>
        <w:t>У дворі біля фрагмента передньої стіни, що складається здогадно із суцільних засклених рам, притулилася лава. У загальний стиль будови вона не вписується. У холі великий стіл посередині, стільці, крісла, сервант, кутова канапа та невеличкий столик біля правої стіни.</w:t>
      </w:r>
    </w:p>
    <w:p>
      <w:r>
        <w:br/>
        <w:t>Чистота й порядок музейні. Боком близько до столу сидить на стільці Таня — гарненька дівчина вісімнадцяти років і вчить історію. В неї звичка перебігти очима декілька речень, а потім повторювати їх упівголоса — погляд перед собою. На столі склянка з молоком.</w:t>
      </w:r>
    </w:p>
    <w:p>
      <w:r>
        <w:br/>
        <w:t>Т а н я. До двісті шістнадцятого року до нашої ери Ганнібал, обминувши Рим, прийшов до Апулії. (Ковток із склянки.) Він сподівався налагодити зв'язки з Карфагеном і домогтися підтримки населення півдня Італії. На півдні Італії, поблизу містечка Канни, коло гирла ріки Ауфід... (відпила молока) гирла ріки Ауфід, улітку двісті шістнадцятого року до нашої ери...</w:t>
      </w:r>
    </w:p>
    <w:p>
      <w:r>
        <w:br/>
        <w:t>А в цей час Тетянчина мама, Лідія Андріївна, повертається з місцевого базарчика, про що свідчить не так напакована, проте не порожня цератова сумка в лівій її руці. У правій руці Лідії Андріївни бідончик з молоком. Важко їй натиснути на ручку дверей, не випускаючи з правої руки бідончика з молоком, але натиснула. І переступила поріг.</w:t>
      </w:r>
    </w:p>
    <w:p>
      <w:r>
        <w:br/>
        <w:t>Ой, мамо! (Зразу ж підбігла і взяла в неї сумку. Простягла руку по бідончик.) Дай-но!</w:t>
      </w:r>
    </w:p>
    <w:p>
      <w:r>
        <w:br/>
        <w:t>Лідія Андріївна. Нічого, нічого, Тетянко, мені не важко.</w:t>
      </w:r>
    </w:p>
    <w:p>
      <w:r>
        <w:br/>
        <w:t>Т а н я. Ти ж он звідки несла!</w:t>
      </w:r>
    </w:p>
    <w:p>
      <w:r>
        <w:br/>
        <w:t>Лідія Андріївна. Таж молоко не з базару. Іще чого! Я в магазині постояла, зачекала, поки привезуть. І анітрохи не гірше. Вони що роблять: у магазині куплять, потім свого доллють, і маєш утричі дорожче. Вже навчилися. Аякже! Не ту здибали! І моркву вторгувала. (Сміється.) Бабця тридцять копійок заправила. За такеньку купочку. Серед літа. За двадцять віддала. Му й ще там усяке... Сьогодні борщу зварю. Без м'яса. Сала шматочок залишився. На два дні стане. Ми його в льох... А у вівторок м'яса купимо. Ну, неси до кухні.</w:t>
      </w:r>
    </w:p>
    <w:p>
      <w:r>
        <w:br/>
        <w:t>Т а н я. Ага. (Виходить.)</w:t>
      </w:r>
    </w:p>
    <w:p>
      <w:r>
        <w:br/>
        <w:t>Лідія Андріївна. Та-так... (Дістає з ящика серванта учнівського зошита й сідає за стіл. Бере ручку, записує.) Еге... Двадцять. Буряки... Так. Плюс тридцять... Хліб, молоко. Сир — п'ятдесят чотири... (Одпиває молока з Тетянчиної склянки.)</w:t>
      </w:r>
    </w:p>
    <w:p>
      <w:r>
        <w:br/>
        <w:t>З'являється Т а н я.</w:t>
      </w:r>
    </w:p>
    <w:p>
      <w:r>
        <w:br/>
        <w:t>Іду, іду, донечко. Я тобі не заважатиму. Стільки землі на ділянці марнується. Ах, жили б ми тут, уявляєш — вже чого б я не посадила, а їм ліньки хоч зо дві картоплини в землю вкинути. (Знов береться до свого зошита.) Маємо — три карбованці вісімдесят копійок. І на два дні забезпечені. Вчись, Танюшко, тобі ж скоро самій хазяйнувати.</w:t>
      </w:r>
    </w:p>
    <w:p>
      <w:r>
        <w:br/>
        <w:t>Т а н я. Стомилася, мамо?</w:t>
      </w:r>
    </w:p>
    <w:p>
      <w:r>
        <w:br/>
        <w:t>Лідія А н д р і ї в н а. Та де там! Ми зараз швиденько на кухню — обід, тоді приберемо все... А ти їла що?</w:t>
      </w:r>
    </w:p>
    <w:p>
      <w:r>
        <w:br/>
        <w:t>'Г а н я. М-м... (Кивнула на склянку з молоком.)</w:t>
      </w:r>
    </w:p>
    <w:p>
      <w:r>
        <w:br/>
        <w:t>Лідія А н д р і ї в н а. Я зараз піділлю. (Вже кинулася до кухні.)</w:t>
      </w:r>
    </w:p>
    <w:p>
      <w:r>
        <w:br/>
        <w:t>Т а н я. Третю склянку, мамо.</w:t>
      </w:r>
    </w:p>
    <w:p>
      <w:r>
        <w:br/>
        <w:t>Лідія Андріївна. Розумничка. (Цілує її в голову.) Ти з хлібом, з хлібом тільки. Треба ж поїсти.</w:t>
      </w:r>
    </w:p>
    <w:p>
      <w:r>
        <w:br/>
        <w:t>Т а н я. Я вже й так...</w:t>
      </w:r>
    </w:p>
    <w:p>
      <w:r>
        <w:br/>
        <w:t>Лідія Андріївна (дивиться у вікно). Знову — ну! Ти бачила? Знову він тут щось забув?</w:t>
      </w:r>
    </w:p>
    <w:p>
      <w:r>
        <w:br/>
        <w:t>Т а н я. Дід?</w:t>
      </w:r>
    </w:p>
    <w:p>
      <w:r>
        <w:br/>
        <w:t>Лідія А н д р і ї в н а. А хто ж іще! Хазяї йому потрібні. Нема, кажу, хазяїв і не буде. На дідька йому хазяї? І страшний такий!</w:t>
      </w:r>
    </w:p>
    <w:p>
      <w:r>
        <w:br/>
        <w:t>Т а н я. Нехай собі. Тобі що до нього?</w:t>
      </w:r>
    </w:p>
    <w:p>
      <w:r>
        <w:br/>
        <w:t>Лідія Андріївна. "Нехай!" А тоді як урепіжить молотком по голові.</w:t>
      </w:r>
    </w:p>
    <w:p>
      <w:r>
        <w:br/>
        <w:t>Т а н я. Та що в нас брати?</w:t>
      </w:r>
    </w:p>
    <w:p>
      <w:r>
        <w:br/>
        <w:t>Лідія А н д р і ї в н а. А він же цього не знає.</w:t>
      </w:r>
    </w:p>
    <w:p>
      <w:r>
        <w:br/>
        <w:t>Т а н я. Ти, мамо, піди краще відпочинь.</w:t>
      </w:r>
    </w:p>
    <w:p>
      <w:r>
        <w:br/>
        <w:t>Лідія Андріївна. Пішов. Ну й на тому спасибі. Нема чого. Іду, іду, Танюшо. Все. (Виходить.)</w:t>
      </w:r>
    </w:p>
    <w:p>
      <w:r>
        <w:br/>
        <w:t>Т а н я (бере до рук підручника, пробігає очима). Влітку двісті шістнадцятого року до нашої ери відбулася одна з найвизначніших в історії давнього світу битв.</w:t>
      </w:r>
    </w:p>
    <w:p>
      <w:r>
        <w:br/>
        <w:t>Лідія Андріївна (визирнула з кухні вже у фартусі). А й справді, ти б тільки вступила, а там щось та придумаємо. Продамо наш будинок, купимо тут. Тут, звісно, дорожче буде. А навіщо нам весь будинок? Обійдемося й половиною. Дві кімнати — тобі й мені, кухонька й тераса. У міській зоні. Чи навіть електричкою. Теж не біда.</w:t>
      </w:r>
    </w:p>
    <w:p>
      <w:r>
        <w:br/>
        <w:t>Т а н я. А в них? (Постукала пальчиком по стільниці.)</w:t>
      </w:r>
    </w:p>
    <w:p>
      <w:r>
        <w:br/>
        <w:t>Лідія Андріївна. Не дозволять, мабуть. Хоча на якийсь час... Можливо. Ех, був би живий наш тато... За тиждень рік, Танюшо. Якраз рік... А! Ти тільки вступи, а там не пропадемо. Ну, іду, іду.</w:t>
      </w:r>
    </w:p>
    <w:p>
      <w:r>
        <w:br/>
        <w:t>Чути, як зовсім поруч спинився автомобіль. Втих мотор, грюкнули дверцята. Лідія Андріївна кидається до вікна.</w:t>
      </w:r>
    </w:p>
    <w:p>
      <w:r>
        <w:br/>
        <w:t>І-і, Ташошко. Приїхали. Боря. Викапаний Микола Георгійович. З дівчиною. І ще якийсь жевжик. Швиденько переодягнися, ну, що в тебе за вигляд!</w:t>
      </w:r>
    </w:p>
    <w:p>
      <w:r>
        <w:br/>
        <w:t>Обидві зникають у своїй кімнаті. Майже одночасно з двору до хати</w:t>
      </w:r>
    </w:p>
    <w:p>
      <w:r>
        <w:br/>
        <w:t>заходять Світлана, Борис, Сергій. У останнього в руці</w:t>
      </w:r>
    </w:p>
    <w:p>
      <w:r>
        <w:br/>
        <w:t>чималого розміру шкіряна сумка. Важка.</w:t>
      </w:r>
    </w:p>
    <w:p>
      <w:r>
        <w:br/>
        <w:t>Сергій (ставить сумку на підлогу). Ху-ух! І, здається ж, нічого зайвого, а не піднімеш. Так, важко нині дається відпочинок, як і все, до речі.</w:t>
      </w:r>
    </w:p>
    <w:p>
      <w:r>
        <w:br/>
        <w:t>Світлана. Особливо тобі.</w:t>
      </w:r>
    </w:p>
    <w:p>
      <w:r>
        <w:br/>
        <w:t>С е р г і й. А що мені? От образити — нічого не варто... Я теж, уяви собі, своїм трудом, своїм горбом... О, наче вірші тобі! Слід записати, а то знову забуду.</w:t>
      </w:r>
    </w:p>
    <w:p>
      <w:r>
        <w:br/>
        <w:t>Світлана (насмішкувато). Так, вічні рядки не щодня вдаються.</w:t>
      </w:r>
    </w:p>
    <w:p>
      <w:r>
        <w:br/>
        <w:t>Сергій. Отож-бо. (Помітив на столі розкриту книжку, взяв її до рук.) М-м, як чудово — битва при Каннах. Битви, поразки, перемоги, зіткнення держав, занепад імперій... Борю, це по твоїй лінії. (Кладе підручник на місце.)</w:t>
      </w:r>
    </w:p>
    <w:p>
      <w:r>
        <w:br/>
        <w:t>Борис (невизначено). Умгу... До програми це не входить.</w:t>
      </w:r>
    </w:p>
    <w:p>
      <w:r>
        <w:br/>
        <w:t>Лідія Андріївна тим часом, з успіхом переодягнувшись,</w:t>
      </w:r>
    </w:p>
    <w:p>
      <w:r>
        <w:br/>
        <w:t>прочиняє двері і — так! ніде правди діти — підглядає в щілинку.</w:t>
      </w:r>
    </w:p>
    <w:p>
      <w:r>
        <w:br/>
        <w:t>Сергій. Отже, ще цінніше! Люди стараються... А де ж любі родичі? Де юна абітурієнтка з жагою знань в очах? Де стара карга верхи на пилососі?</w:t>
      </w:r>
    </w:p>
    <w:p>
      <w:r>
        <w:br/>
        <w:t>Лідія Андріївна (розчиняє навстіж двері. З величним обуренням). Я не стара карга!</w:t>
      </w:r>
    </w:p>
    <w:p>
      <w:r>
        <w:br/>
        <w:t>Сергій (анітрохи не збентежено). Боже мій! Хто б подумав! Боря мені сказав, і я... Справді! А кого я бачу! Я біля ваших ніг. Ні-ні, стійте, я доповзу. (Він і справді стає на коліна і так повзе до Лідії Андріївни.)</w:t>
      </w:r>
    </w:p>
    <w:p>
      <w:r>
        <w:br/>
        <w:t>Лідія Андріївна трохи сторопіло відступає.</w:t>
      </w:r>
    </w:p>
    <w:p>
      <w:r>
        <w:br/>
        <w:t>Не розбивайте мого серця — не нехтуйте моїм каяттям. Ви цього не зробите. Так, я неправий, але ж я усвідомив. Я виправлюсь! Я вже виправляюсь. Я не знав — я був дезінформований. Ця сукня вам дуже личить. Шили? Мабуть, за кордоном?</w:t>
      </w:r>
    </w:p>
    <w:p>
      <w:r>
        <w:br/>
        <w:t>Лідія Андріївна. Н-ні-і... У нашому ательє...</w:t>
      </w:r>
    </w:p>
    <w:p>
      <w:r>
        <w:br/>
        <w:t>С е р г і й. А як виконано! Які фестончики! Благаю — адресу. Світлано, негайно туди. Вам, певно, всі заздрять?</w:t>
      </w:r>
    </w:p>
    <w:p>
      <w:r>
        <w:br/>
        <w:t>Лідія Андріївн а .(чекаючи допомоги). Боренько...</w:t>
      </w:r>
    </w:p>
    <w:p>
      <w:r>
        <w:br/>
        <w:t>Борис. Устань, устань. Кінчай. Не лякайтеся, Лідіє Андріївно.</w:t>
      </w:r>
    </w:p>
    <w:p>
      <w:r>
        <w:br/>
        <w:t>Світлана. Це в нього такі (в ніс) екстравагантні манери.</w:t>
      </w:r>
    </w:p>
    <w:p>
      <w:r>
        <w:br/>
        <w:t>Сергій (одразу підводиться). Як колектив скаже. (Засоромився засоромився.) Я... це... значить... Як його... (Через форсоване "и".) Сирьожа. Хороша погода, правда?</w:t>
      </w:r>
    </w:p>
    <w:p>
      <w:r>
        <w:br/>
        <w:t>Світлана. Світлана.</w:t>
      </w:r>
    </w:p>
    <w:p>
      <w:r>
        <w:br/>
        <w:t>Лідія Андріївна. Так... (Із запізненням.) Лідія Андріївна. Ми от... (Кинулась до Бориса.) Борю! (Цілує його.) Ну, викапаний тато. Я ж тебе так і не бачила.</w:t>
      </w:r>
    </w:p>
    <w:p>
      <w:r>
        <w:br/>
        <w:t>Б о р и с. А я саме від'їздив.</w:t>
      </w:r>
    </w:p>
    <w:p>
      <w:r>
        <w:br/>
        <w:t>Лідія Андріївна. Стільки років, стільки років...</w:t>
      </w:r>
    </w:p>
    <w:p>
      <w:r>
        <w:br/>
        <w:t>Б о р и с. На попередній захист.</w:t>
      </w:r>
    </w:p>
    <w:p>
      <w:r>
        <w:br/>
        <w:t>Лідія Андріївна. Стільки років...</w:t>
      </w:r>
    </w:p>
    <w:p>
      <w:r>
        <w:br/>
        <w:t>Борис. Усе пройшло дуже добре.</w:t>
      </w:r>
    </w:p>
    <w:p>
      <w:r>
        <w:br/>
        <w:t>С в і т л а н а. Ну ще б пак!</w:t>
      </w:r>
    </w:p>
    <w:p>
      <w:r>
        <w:br/>
        <w:t>Не сподобалась Борисові Світланина репліка, але тут і Т а н я</w:t>
      </w:r>
    </w:p>
    <w:p>
      <w:r>
        <w:br/>
        <w:t>вийшла зі своєї кімнати. Переодяглася, звичайно, і досить вдало.</w:t>
      </w:r>
    </w:p>
    <w:p>
      <w:r>
        <w:br/>
        <w:t>Чоловіки приємно здивовані.</w:t>
      </w:r>
    </w:p>
    <w:p>
      <w:r>
        <w:br/>
        <w:t>Лідія А н д р і ї в н а. А ось і Тетянка моя.</w:t>
      </w:r>
    </w:p>
    <w:p>
      <w:r>
        <w:br/>
        <w:t>Світлана. Ого!</w:t>
      </w:r>
    </w:p>
    <w:p>
      <w:r>
        <w:br/>
        <w:t>Т а н я. Доброго дня!</w:t>
      </w:r>
    </w:p>
    <w:p>
      <w:r>
        <w:br/>
        <w:t>Сергій. Ну-ну, Лідіє Андріївно. Оце дочка!</w:t>
      </w:r>
    </w:p>
    <w:p>
      <w:r>
        <w:br/>
        <w:t>Борис. Так, справді!..</w:t>
      </w:r>
    </w:p>
    <w:p>
      <w:r>
        <w:br/>
        <w:t>Світлана. Без акцентів, без акцентів.</w:t>
      </w:r>
    </w:p>
    <w:p>
      <w:r>
        <w:br/>
        <w:t>Лідія Андріївна. Ну, доню, впізнаєш дядю Борю?</w:t>
      </w:r>
    </w:p>
    <w:p>
      <w:r>
        <w:br/>
        <w:t>Борис. Ну, чому — дядю?</w:t>
      </w:r>
    </w:p>
    <w:p>
      <w:r>
        <w:br/>
        <w:t>Лідія Андріївна. Нехай, нехай. Хоч і свої люди, а все ж...</w:t>
      </w:r>
    </w:p>
    <w:p>
      <w:r>
        <w:br/>
        <w:t>Сергій. Правильно. Він — дядя, а я (до Тані) просто Сергій. Слухайте, а чи не відзначити нам? Така зустріч!</w:t>
      </w:r>
    </w:p>
    <w:p>
      <w:r>
        <w:br/>
        <w:t>С в і т л а н а. О, почалось!</w:t>
      </w:r>
    </w:p>
    <w:p>
      <w:r>
        <w:br/>
        <w:t>С е р г і й. А що? Рідні люди...</w:t>
      </w:r>
    </w:p>
    <w:p>
      <w:r>
        <w:br/>
        <w:t>Лідія Андріївна. Ні-ні, Тетянці треба вчитися. Сидить з ранку до ночі. Це вона на хвилинку. Ходімо, донечко.</w:t>
      </w:r>
    </w:p>
    <w:p>
      <w:r>
        <w:br/>
        <w:t>Йдуть разом до своєї кімнати.</w:t>
      </w:r>
    </w:p>
    <w:p>
      <w:r>
        <w:br/>
        <w:t>(Озирнулась.) Я зараз.</w:t>
      </w:r>
    </w:p>
    <w:p>
      <w:r>
        <w:br/>
        <w:t>Світлана (до Бориса). Тож-бо ти сюди так поривався.</w:t>
      </w:r>
    </w:p>
    <w:p>
      <w:r>
        <w:br/>
        <w:t>Б о р и с. Я щось не розумію. Я востаннє бачив її... Зовсім дитина.</w:t>
      </w:r>
    </w:p>
    <w:p>
      <w:r>
        <w:br/>
        <w:t>Світлана. Так, діти тепер швидко розвиваються. В усіх розуміннях. Матуся, певно, завалила вас її фотокартками. Зразу видно. З тих, хто і в першу шлюбну ніч дочки вкладається третьою до молодих у ліжко.</w:t>
      </w:r>
    </w:p>
    <w:p>
      <w:r>
        <w:br/>
        <w:t>Борис (морщиться). Ну, що ти все...</w:t>
      </w:r>
    </w:p>
    <w:p>
      <w:r>
        <w:br/>
        <w:t>Світлана. Сліпа провінційна любов. А дочка виросте такою ж дурепою. У панбархатній сукні серед білого дня.</w:t>
      </w:r>
    </w:p>
    <w:p>
      <w:r>
        <w:br/>
        <w:t>Лідія Андріївна (з'являється в холі). Ось і я. Ну, Боренько, розповідай.</w:t>
      </w:r>
    </w:p>
    <w:p>
      <w:r>
        <w:br/>
        <w:t>Б о р и с. Та що, власне...</w:t>
      </w:r>
    </w:p>
    <w:p>
      <w:r>
        <w:br/>
        <w:t>Світлана. Скромність його здолала. Боря у нас в порядку. Майже захистився. Юний доктор наук. Усе є — віддані друзі (недбало махнула на Сергія) і навіть наречена. Перед вами.</w:t>
      </w:r>
    </w:p>
    <w:p>
      <w:r>
        <w:br/>
        <w:t>Лідія Андріївна. Так-так. Дуже рада.</w:t>
      </w:r>
    </w:p>
    <w:p>
      <w:r>
        <w:br/>
        <w:t>Світлана. Само собою. Улюбленець долі.</w:t>
      </w:r>
    </w:p>
    <w:p>
      <w:r>
        <w:br/>
        <w:t>Лідія Андріївна. Я така рада за тебе. А як там?..</w:t>
      </w:r>
    </w:p>
    <w:p>
      <w:r>
        <w:br/>
        <w:t>Світлана. Ми трохи стомилися, Лідіє Андріївно. Боря вночі працював, йому слід відпочити. Ходімо, милий. (Подалася до сходів.)</w:t>
      </w:r>
    </w:p>
    <w:p>
      <w:r>
        <w:br/>
        <w:t>Борис (непевно). А в нас сьогодні саме підлоги лаком покривають, ми й вирішили до вас. Не потурбуємо?</w:t>
      </w:r>
    </w:p>
    <w:p>
      <w:r>
        <w:br/>
        <w:t>Лідія Андріївна. Що ти! Як можна!</w:t>
      </w:r>
    </w:p>
    <w:p>
      <w:r>
        <w:br/>
        <w:t>Борис із Світланою подалися нагору, йдуть галереєю.</w:t>
      </w:r>
    </w:p>
    <w:p>
      <w:r>
        <w:br/>
        <w:t>С е р г і й. Я до вас навідаюсь.</w:t>
      </w:r>
    </w:p>
    <w:p>
      <w:r>
        <w:br/>
        <w:t>Світлана. Неодмінно. Ми без тебе просто не обійдемося.</w:t>
      </w:r>
    </w:p>
    <w:p>
      <w:r>
        <w:br/>
        <w:t>Двері Борисової кімнати зачиняються за ними.</w:t>
      </w:r>
    </w:p>
    <w:p>
      <w:r>
        <w:br/>
        <w:t>Сергій.Так, працівникам невидимого фронту за певних часів було б що розповісти.</w:t>
      </w:r>
    </w:p>
    <w:p>
      <w:r>
        <w:br/>
        <w:t>Лідія Андріївна. Працівникам? Ви маєте на увазі...</w:t>
      </w:r>
    </w:p>
    <w:p>
      <w:r>
        <w:br/>
        <w:t>С е р г і й. Я маю на увазі те, що не завжди пліч-о-пліч із вашим далеким родичем життєвими шляхами йшла чарівна Лаура, я маю на увазі Світлану. А більше на увазі я нічого не маю.</w:t>
      </w:r>
    </w:p>
    <w:p>
      <w:r>
        <w:br/>
        <w:t>Лідія А н д р і ї в н а. А, бо я подумала...</w:t>
      </w:r>
    </w:p>
    <w:p>
      <w:r>
        <w:br/>
        <w:t>Сергій. Не треба — це зайве. Навіщо думати, робити припущення й губитися в здогадах, коли існують цілком певні й вірогідні факти. Так, було, все було, але вас це не повинно бентежити. А з ким не було?</w:t>
      </w:r>
    </w:p>
    <w:p>
      <w:r>
        <w:br/>
        <w:t>Лідія А н д р і ї в н а. Я, власне, не зовсім...</w:t>
      </w:r>
    </w:p>
    <w:p>
      <w:r>
        <w:br/>
        <w:t>С е р г і й. А й не треба зовсім. Зовсім — це означає край, кордон, межа, за котрою не існує вже ні місця, ані можливості подальшого сприймання, розвитку, вдосконалення. Отож це дуже добре, що ви не зовсім. Ви не зовсім, я не зовсім — отже, ми нормальні люди і нам є про що поговорити. Ми одне одному цікаві. Ви як вважаєте?</w:t>
      </w:r>
    </w:p>
    <w:p>
      <w:r>
        <w:br/>
        <w:t>Лідія Андріївна (з побоюванням). Та-так, напевно. Цілком.</w:t>
      </w:r>
    </w:p>
    <w:p>
      <w:r>
        <w:br/>
        <w:t>С е р г і й. От ви сказали "цілком". Це теж таїть у собі...</w:t>
      </w:r>
    </w:p>
    <w:p>
      <w:r>
        <w:br/>
        <w:t>Лідія Андріївна. Ні-ні-ні. Знаєте, я трохи стомилась.</w:t>
      </w:r>
    </w:p>
    <w:p>
      <w:r>
        <w:br/>
        <w:t>Сергій (співчутливо). Ви багато працювали?</w:t>
      </w:r>
    </w:p>
    <w:p>
      <w:r>
        <w:br/>
        <w:t>Лідія А н д р і ї в н а. Ні, не так щоб дуже, але... Переїзд, нове оточення, переживання. Ми ж приїхали сюди вступати.</w:t>
      </w:r>
    </w:p>
    <w:p>
      <w:r>
        <w:br/>
        <w:t>Сергій. Мені Боря казав. Це здорово — мати й дочка на одному курсі. Новий почин. Я вам заздрю.</w:t>
      </w:r>
    </w:p>
    <w:p>
      <w:r>
        <w:br/>
        <w:t>Лідія А н д р і ї в н а. Ви мене не так зрозуміли. Вступатиме лише Таня.</w:t>
      </w:r>
    </w:p>
    <w:p>
      <w:r>
        <w:br/>
        <w:t>Сергій. А-а. Ви сказали: ми приїхали вступати.</w:t>
      </w:r>
    </w:p>
    <w:p>
      <w:r>
        <w:br/>
        <w:t>Лідія А н д р і ї в н а. Це ж тільки так мовиться. А насправді лише Таня.</w:t>
      </w:r>
    </w:p>
    <w:p>
      <w:r>
        <w:br/>
        <w:t>С е р г і й. А я подумав... Отже, ніякого нового почину? Шкода. Люблю все нове: відчуття, переживання та хай там хоч що, зрештою. А то одне й те саме, одне й те саме. Нудно. Вам не здається?</w:t>
      </w:r>
    </w:p>
    <w:p>
      <w:r>
        <w:br/>
        <w:t>Лідія А н д р і ї в н а. Ні, мені не нудно. Я звикла працювати, на мені господарство, в мене дочка.</w:t>
      </w:r>
    </w:p>
    <w:p>
      <w:r>
        <w:br/>
        <w:t>Сергій. Доросла.</w:t>
      </w:r>
    </w:p>
    <w:p>
      <w:r>
        <w:br/>
        <w:t>Лідія Андріївна. Так, доросла. Подруги... А робота дуже відповідальна. Я нудьгувати не призвичаєна.</w:t>
      </w:r>
    </w:p>
    <w:p>
      <w:r>
        <w:br/>
        <w:t>С е р г і й. Я вам заздрю. А ким ви працюєте?</w:t>
      </w:r>
    </w:p>
    <w:p>
      <w:r>
        <w:br/>
        <w:t>Лідія Андріївна. Провізором. У нас в аптеці.</w:t>
      </w:r>
    </w:p>
    <w:p>
      <w:r>
        <w:br/>
        <w:t>Сергій (чомусь зрадів). Справді? Яке чудо! А чому ви приїхали саме сюди?</w:t>
      </w:r>
    </w:p>
    <w:p>
      <w:r>
        <w:br/>
        <w:t>Лідія Андріївна. Адже в нас немає ніякого вузу, а Тетянці дуже хочеться на історичний.</w:t>
      </w:r>
    </w:p>
    <w:p>
      <w:r>
        <w:br/>
        <w:t>Сергій. Ага, за сімейною традицією, значить, стопами попередників?</w:t>
      </w:r>
    </w:p>
    <w:p>
      <w:r>
        <w:br/>
        <w:t>Лідія Андріївна. Таж ми, чесно кажучи, хіба родичі? Наші батьки — мої та Бориної мами, Аллочки, дуже товаришували. Ще до війни. Ну, а Микола Георгійович...</w:t>
      </w:r>
    </w:p>
    <w:p>
      <w:r>
        <w:br/>
        <w:t>Сергій. Авжеж, велика людина, зрозуміло. І саме до університету — от збіг.</w:t>
      </w:r>
    </w:p>
    <w:p>
      <w:r>
        <w:br/>
        <w:t>Лідія Андріївна. А крім того, ми стільки років не бачилися...</w:t>
      </w:r>
    </w:p>
    <w:p>
      <w:r>
        <w:br/>
        <w:t>С е р г і й. Ну і як — зустрілися нарешті з дорогими друзями?</w:t>
      </w:r>
    </w:p>
    <w:p>
      <w:r>
        <w:br/>
        <w:t>Лідія А н д р і ї в н а. Та вони ж поїхали.</w:t>
      </w:r>
    </w:p>
    <w:p>
      <w:r>
        <w:br/>
        <w:t>Сергій. Атож. До Карлових Вар. Підлікуватися. Не діждалися, виходить, любих родичів?</w:t>
      </w:r>
    </w:p>
    <w:p>
      <w:r>
        <w:br/>
        <w:t>Лідія Андріївна. Але ж вони повернуться.</w:t>
      </w:r>
    </w:p>
    <w:p>
      <w:r>
        <w:br/>
        <w:t>Сергій. Будемо сподіватись.</w:t>
      </w:r>
    </w:p>
    <w:p>
      <w:r>
        <w:br/>
        <w:t>Лідія А н д р і ї в н а. Як це — будемо сподіватись?</w:t>
      </w:r>
    </w:p>
    <w:p>
      <w:r>
        <w:br/>
        <w:t>С е р г і й. Та я пожартував.</w:t>
      </w:r>
    </w:p>
    <w:p>
      <w:r>
        <w:br/>
        <w:t>Лідія Андріївна. Ось і ключі нам залишили.</w:t>
      </w:r>
    </w:p>
    <w:p>
      <w:r>
        <w:br/>
        <w:t>С е р г і й. Я ж кажу, пожартував. Не звертайте уваги. Це в мене гумор такий.</w:t>
      </w:r>
    </w:p>
    <w:p>
      <w:r>
        <w:br/>
        <w:t>Лідія Андріївна. Соціалістична країна...</w:t>
      </w:r>
    </w:p>
    <w:p>
      <w:r>
        <w:br/>
        <w:t>С е р г і й. Та що ви, справді! Вже й слова не можна сказати. Що ж я маю — сидіти, мов мені заціпило?</w:t>
      </w:r>
    </w:p>
    <w:p>
      <w:r>
        <w:br/>
        <w:t>Лідія Андріївна. Ну, навіщо ж?</w:t>
      </w:r>
    </w:p>
    <w:p>
      <w:r>
        <w:br/>
        <w:t>С е р г і й. І я про те.</w:t>
      </w:r>
    </w:p>
    <w:p>
      <w:r>
        <w:br/>
        <w:t>Лідія Андріївна. Усе це якось... (Змовкає.)</w:t>
      </w:r>
    </w:p>
    <w:p>
      <w:r>
        <w:br/>
        <w:t>Сергій. Що?</w:t>
      </w:r>
    </w:p>
    <w:p>
      <w:r>
        <w:br/>
        <w:t>Лідія Андріївна. Дивно.</w:t>
      </w:r>
    </w:p>
    <w:p>
      <w:r>
        <w:br/>
        <w:t>Сергій. Так, я трохи дивний, це правда. Але ви мені подобаєтесь, Лідіє Андріївно. Слухайте! А чи не випити нам? На брудершафт?</w:t>
      </w:r>
    </w:p>
    <w:p>
      <w:r>
        <w:br/>
        <w:t>Лідія Андріївна. Що?!</w:t>
      </w:r>
    </w:p>
    <w:p>
      <w:r>
        <w:br/>
        <w:t>Сергій. Ну, не хочете на брудершафт, то так просто. За знайомство. А правда, блискуча ідея?</w:t>
      </w:r>
    </w:p>
    <w:p>
      <w:r>
        <w:br/>
        <w:t>Лідія Андріївна. Просто зараз?</w:t>
      </w:r>
    </w:p>
    <w:p>
      <w:r>
        <w:br/>
        <w:t>С е р г і й. А то коли ж! (Тягне свою сумку до столу.) Недаремно ж я віз усе це сюди. (Викладає різноманітні бляшанки, слоїки, згортки, пляшки й пакети.) Ось, Лідіє Андріївно, тут на будь-чий смак. А? Чудо! А ось? М-м-м... Язик проковтнете. А пиво у банках? Голландське — це нічого? Декотрі люблять його навіть більше, ніж жигулівське. Джус. Ананасовий. Ось лимонний, коли хочете. Ось іще якась гидота...</w:t>
      </w:r>
    </w:p>
    <w:p>
      <w:r>
        <w:br/>
        <w:t>Лідія Андріївна. Господи, навіщо ж стільки?</w:t>
      </w:r>
    </w:p>
    <w:p>
      <w:r>
        <w:br/>
        <w:t>С е р г і й. Як це навіщо? "Уїкенд", що в перекладі означає — заслужений відпочинок після напружених трудових буднів. А ось...</w:t>
      </w:r>
    </w:p>
    <w:p>
      <w:r>
        <w:br/>
        <w:t>Лідія А н д р і ї в н а. І це на один день?</w:t>
      </w:r>
    </w:p>
    <w:p>
      <w:r>
        <w:br/>
        <w:t>С е р г і й. Та ви не переживайте — іще в машині є. Не доконче ж усе зразу. До вечора далеко.</w:t>
      </w:r>
    </w:p>
    <w:p>
      <w:r>
        <w:br/>
        <w:t>Лідія Андріївна. Скільки ж оце все... коштує?</w:t>
      </w:r>
    </w:p>
    <w:p>
      <w:r>
        <w:br/>
        <w:t>С е р г і й. А, не дорожче за гроші. Та ви що, справді засмутилися?</w:t>
      </w:r>
    </w:p>
    <w:p>
      <w:r>
        <w:br/>
        <w:t>Лідія Андріївна. Я...</w:t>
      </w:r>
    </w:p>
    <w:p>
      <w:r>
        <w:br/>
        <w:t>С е р г і й. А ось ми якраз настрій і піднімемо. Але головне, повірте мені, такий от вибір усе-таки прищеплює гарний смак. А людей з гарним смаком, м-м-м, самі розумієте... А в мене така робота — інакше не можна: весь час у центрі уваги, клієнти, відвідувачі...</w:t>
      </w:r>
    </w:p>
    <w:p>
      <w:r>
        <w:br/>
        <w:t>Лідія А н д р і ї в н а. То ви що, оцей?..</w:t>
      </w:r>
    </w:p>
    <w:p>
      <w:r>
        <w:br/>
        <w:t>Сергій. А-а, ось ви й злякалися, так? Ви вже уявили мене в темному й погано пошитому костюмі, із серветкою через руку? Або ще кимось на зразок цього, так? Ну що ви! Обраховувати довірливих клієнтів, існувати на чайові, на недолиті краплі коньяку — це дрібно. Ні-ні, в цьому розумінні совість моя чиста. Але щось ми відхилилися. Чарочки отут... (Бігцем до серванта, дістає — й назад, до столу.) Ну, то...</w:t>
      </w:r>
    </w:p>
    <w:p>
      <w:r>
        <w:br/>
        <w:t>Лідія Андріївна (її несподівано пойняла манірність). Я алкоголю не вживаю.</w:t>
      </w:r>
    </w:p>
    <w:p>
      <w:r>
        <w:br/>
        <w:t>Сергій (співчутливо). Здоров'я, так?</w:t>
      </w:r>
    </w:p>
    <w:p>
      <w:r>
        <w:br/>
        <w:t>Лідія А н д р і ї в н а. Не вживаю, та й годі.</w:t>
      </w:r>
    </w:p>
    <w:p>
      <w:r>
        <w:br/>
        <w:t>Сергій. Прикро. А то б удвох... "Доміно-о, ми самі у цій за-алі..." Невимушена розмова. Пригадую, в Мадріді...</w:t>
      </w:r>
    </w:p>
    <w:p>
      <w:r>
        <w:br/>
        <w:t>Лідія А н д р і ї в н а. Ви були в Мадріді?</w:t>
      </w:r>
    </w:p>
    <w:p>
      <w:r>
        <w:br/>
        <w:t>С е р г і й. Проїздом. Ось так само вранці зайшли — величезна зала і ані лялечки. Тільки ми. (Без переходу.) Але можемо й покликати. (Погляд угору.) Ні, ці не підуть. О, а Таня?</w:t>
      </w:r>
    </w:p>
    <w:p>
      <w:r>
        <w:br/>
        <w:t>Лідія Андріївна. Таня?</w:t>
      </w:r>
    </w:p>
    <w:p>
      <w:r>
        <w:br/>
        <w:t>Сергій. Звичайно! Скільки можна вчитися! Однаково все не вивчить. Ще й історія — теж вибрала! Від самих дат збожеволіти можна. Танюшо!</w:t>
      </w:r>
    </w:p>
    <w:p>
      <w:r>
        <w:br/>
        <w:t>Таня (з'явилась на погук). Що? (Побачила. Оцінила.) Ух ти! Ну, ма...</w:t>
      </w:r>
    </w:p>
    <w:p>
      <w:r>
        <w:br/>
        <w:t>Лідія Андріївна (ледь зашарілася). Та ось Сергій...</w:t>
      </w:r>
    </w:p>
    <w:p>
      <w:r>
        <w:br/>
        <w:t>Сергій. Запросив — абсолютно точно. Але мама чинила запеклий опір. А ти?</w:t>
      </w:r>
    </w:p>
    <w:p>
      <w:r>
        <w:br/>
        <w:t>Т а н я. А я — ні.</w:t>
      </w:r>
    </w:p>
    <w:p>
      <w:r>
        <w:br/>
        <w:t>Сергій. Розумниця. Яка дочка, Лідіє Андріївно! Такою дочкою можна пишатися.</w:t>
      </w:r>
    </w:p>
    <w:p>
      <w:r>
        <w:br/>
        <w:t>Лідія А н д р і ї в н а. Не треба при дитині.</w:t>
      </w:r>
    </w:p>
    <w:p>
      <w:r>
        <w:br/>
        <w:t>С є р г і й. Я ж цілком щиро. Можна пишатися і... закохатися. Та це я так, по-батьківськи. (Ледь обійняв дівчину за плечі.) Маю зазначити, Танюшо, твоя мама тебе дуже любить. Правда? Адже любите, Лідіє Андріївно? Любите. Я бачу. 1 вона вас.</w:t>
      </w:r>
    </w:p>
    <w:p>
      <w:r>
        <w:br/>
        <w:t>Лідія Андріївна (щасливо). Аякже, Серьоженько!</w:t>
      </w:r>
    </w:p>
    <w:p>
      <w:r>
        <w:br/>
        <w:t>Сергій (з ласкавістю всевишнього). А кого ж нам іще любити, як не одне одного. Господи! А могли ж і не зустрітися, Лідіє Андріївно. Могли. Страшно й подумати. Знаю вас лише півгодини, а ви мені вже мов сестра рідна. А Таня мов дочка — точно! А я вчора кажу Борі: "Гайнемо на дачу". А він: "Там тітка з дочкою, вступати приїхали до батька на історичний". Ну, я думав, знаєте, там тітка... (Кривить обличчя.) У-у-у-у, така.</w:t>
      </w:r>
    </w:p>
    <w:p>
      <w:r>
        <w:br/>
        <w:t>Сміються.</w:t>
      </w:r>
    </w:p>
    <w:p>
      <w:r>
        <w:br/>
        <w:t>І дочка — видра. Відмінниця. А тут... мила жінка, чарівна донька. Ех, що ще потрібно! Так, любі жіночки. Ніхто не п'є, а я чого страждаю?</w:t>
      </w:r>
    </w:p>
    <w:p>
      <w:r>
        <w:br/>
        <w:t>Лідія А н д р і ї в н а. То ви...</w:t>
      </w:r>
    </w:p>
    <w:p>
      <w:r>
        <w:br/>
        <w:t>С е р г і й. О, ні-ні, не штовхайте мене до краю прірви. Сам — нізащо. А хоч під'їсти ми можемо? Уїкенд — то уїкенд, що в перекладі означає "гуляти — то гуляти". (Розглядає консервні бляшанки, тоді дістає з сумки нові.) Що тут у нас? Ага, це ні, це зачекає... Як щодо ікри? Цілком, правда? Залишаємо. І рибка. вже нарізана, тільки відкрити. І тоненько так — плакати хочеться. Масло. Шинка. Югославська. М'ясо в меду. Нормально. Танюшо, однеси це все на кухню, а то звалено, мов на складі якомусь. І кілька тарілочок прихопи. (Навздогін.) І виделочки. Ніж... десь був. (Нишпорить у сумці.) Ага. Є. (Відкриває консерви.) Цілком пристойний, можна сказати, сніданок. Га, Лідіє Андріївно?</w:t>
      </w:r>
    </w:p>
    <w:p>
      <w:r>
        <w:br/>
        <w:t>Лідія Андріївна. Ой, Сергійку, ви нас балуєте.</w:t>
      </w:r>
    </w:p>
    <w:p>
      <w:r>
        <w:br/>
        <w:t>С е р г і й. Та киньте. Таких людей не щодня зустрічаєш. О! Салямі. Піде.</w:t>
      </w:r>
    </w:p>
    <w:p>
      <w:r>
        <w:br/>
        <w:t>Повертається Таня.</w:t>
      </w:r>
    </w:p>
    <w:p>
      <w:r>
        <w:br/>
        <w:t>А ось і Тетянка. Чудово. І день саме... (Виймає сигарети.) Ви не курите? Я так і думав. А Таня?</w:t>
      </w:r>
    </w:p>
    <w:p>
      <w:r>
        <w:br/>
        <w:t>Лідія Андріївна. Та що ви!</w:t>
      </w:r>
    </w:p>
    <w:p>
      <w:r>
        <w:br/>
        <w:t>Сергій. Ще ні? Ну, байдуже. Піде до університету — там це швидко.</w:t>
      </w:r>
    </w:p>
    <w:p>
      <w:r>
        <w:br/>
        <w:t>Лідія Андріївна. Тетянка? Ніколи.</w:t>
      </w:r>
    </w:p>
    <w:p>
      <w:r>
        <w:br/>
        <w:t>Сергій. Але ж це ще не найстрашніше.</w:t>
      </w:r>
    </w:p>
    <w:p>
      <w:r>
        <w:br/>
        <w:t>Лідія Андріївна. Таня — ніколи!</w:t>
      </w:r>
    </w:p>
    <w:p>
      <w:r>
        <w:br/>
        <w:t>С е р г і й. Ви вважаєте? Нормальній дівчині, даруйте мені, з провінції досить максимум рік провчитися у вузі — і вона вже курить, випиває і все інше.</w:t>
      </w:r>
    </w:p>
    <w:p>
      <w:r>
        <w:br/>
        <w:t>Лідія Андріївна. Що — інше?</w:t>
      </w:r>
    </w:p>
    <w:p>
      <w:r>
        <w:br/>
        <w:t>Сергій. Ну, те саме. Про що, на думку матінок, їхні донечки, нещасні парвенюшечки, і гадки не мають.</w:t>
      </w:r>
    </w:p>
    <w:p>
      <w:r>
        <w:br/>
        <w:t>Лідія Андріївна. Рік? А міські дівчата, їм скільки потрібно?</w:t>
      </w:r>
    </w:p>
    <w:p>
      <w:r>
        <w:br/>
        <w:t>С е р г і й. А ті вже вміють. Вони це в школі проходять.</w:t>
      </w:r>
    </w:p>
    <w:p>
      <w:r>
        <w:br/>
        <w:t>Лідія А н д р і ї в н а. Та що ви таке!..</w:t>
      </w:r>
    </w:p>
    <w:p>
      <w:r>
        <w:br/>
        <w:t>С е р г і й. А що? Це у вас, на периферії, ще тримаються певні патріархальні поняття, але цивілізація бере гору.</w:t>
      </w:r>
    </w:p>
    <w:p>
      <w:r>
        <w:br/>
        <w:t>Лідія Андріївна. Цивілізація!</w:t>
      </w:r>
    </w:p>
    <w:p>
      <w:r>
        <w:br/>
        <w:t>Сергій. Авжеж! А як іще назвати? Звичні уявлення втратили чіткість, усталені спадкоємні поняття щодо принципів руйнуються...</w:t>
      </w:r>
    </w:p>
    <w:p>
      <w:r>
        <w:br/>
        <w:t>Лідія А н д р і ї в н а. Та чому ж?</w:t>
      </w:r>
    </w:p>
    <w:p>
      <w:r>
        <w:br/>
        <w:t>Сергій. Очевидно, не може публіка вічно жити на самому ентузіазмі. Ну, от хоча б елементарний приклад: кому б раніше, маючи диплом, спало на думку працювати не за спеціальністю? Та нікому. А тепер? Інженер — зчіплювач вагонів, викладач — таксист. І на кожнім кроці. А чому? Та отримують більше. Гаразд, дозволили оце заробляти всім де тільки можна. Була б охота. Але чому мені, як і мільйонам інших, треба реалізовувати свої можливості зовсім в інших галузях? А чи не краще — кожен тільки в своїй, але щоб добре? А от не виходить. Не виходять, бо (жест пальцями) не отримують. Та дайте мені тисячу за мою працю — я вам гори зрию, я такого понавигадую... Я Америку сам-один за рік обжену! Ну, а за дві...</w:t>
      </w:r>
    </w:p>
    <w:p>
      <w:r>
        <w:br/>
        <w:t>Лідія Андріївна. Тисячу... (Подумала.) А ви? У вас теж диплом?</w:t>
      </w:r>
    </w:p>
    <w:p>
      <w:r>
        <w:br/>
        <w:t>С е р г і й. І він теж не влаштовує мене.</w:t>
      </w:r>
    </w:p>
    <w:p>
      <w:r>
        <w:br/>
        <w:t>Лідія Андріївна. А який?</w:t>
      </w:r>
    </w:p>
    <w:p>
      <w:r>
        <w:br/>
        <w:t>Сергій. Згадаймо, Лідіє Андріївно: хрускотять білі халати, строга професура, обнадійливо посміхаються застиглі в кутках аудиторій скелети, анекдоти в прозекторських... Ах, голуба юність! Так, у вас і в мене пора учнівства майже ідентична. Я лікар, лікар-педіатр. Серце, гак би мовити, віддаю дітям.</w:t>
      </w:r>
    </w:p>
    <w:p>
      <w:r>
        <w:br/>
        <w:t>Лідія А н д р і ї в н а. От бачите!</w:t>
      </w:r>
    </w:p>
    <w:p>
      <w:r>
        <w:br/>
        <w:t>С е р г і й. Так, але ж існує ще й кишково-шлунковий тракт та безліч всіляких інших органів, котрими дано нам сприймати безмежний і прекрасний довколишній світ.</w:t>
      </w:r>
    </w:p>
    <w:p>
      <w:r>
        <w:br/>
        <w:t>Лідія А н д р і ї в н а. Я, здається, вас розумію.</w:t>
      </w:r>
    </w:p>
    <w:p>
      <w:r>
        <w:br/>
        <w:t>Сергій. Тим краще, Лідіє Андріївно. Розуміння — така рідкісність. Ні-ні, я не зрадив рідну професію. Все ж таки учень Гіппократа — це благородно. І місце консультанта — двічі на тиждень по три години — мене цілком влаштовує. Але що взяти з діточок? Так, дріб'язок. Пляшечку-дві коньячку, конвертик із зрошеною сльозами вдячності банкнотою...</w:t>
      </w:r>
    </w:p>
    <w:p>
      <w:r>
        <w:br/>
        <w:t>Лідія А н д р і ї в н а. Ви лікар-шкідник.</w:t>
      </w:r>
    </w:p>
    <w:p>
      <w:r>
        <w:br/>
        <w:t>Сергій. Лідіє Андріївно, ярлики минулого, вони, знаєте, бувають і безпідставні, як учать нас уроки історії. Ви не праві. Я навіть не лікар-здирник. Хоча міг би ним стати, як чимало з моїх колег. Порядність не дозволяє. Однак дедалі більші потреби випереджають застиглі на мертвій точці можливості, і мимохіть починаєш намацувати якусь іншу стежечку, де можна було б іще...</w:t>
      </w:r>
    </w:p>
    <w:p>
      <w:r>
        <w:br/>
        <w:t>Лідія Андріївна. Відхопити?</w:t>
      </w:r>
    </w:p>
    <w:p>
      <w:r>
        <w:br/>
        <w:t>С е р г і й. Ви швидко вловлюєте, але форма викладу... Вам необхідно попрацювати над стилем. "Виявити себе" — так буде точніше.</w:t>
      </w:r>
    </w:p>
    <w:p>
      <w:r>
        <w:br/>
        <w:t>Лідія А Н Д р і ї в н а. Це все жахливо</w:t>
      </w:r>
    </w:p>
    <w:p>
      <w:r>
        <w:br/>
        <w:t>Сері і й. А я про що!</w:t>
      </w:r>
    </w:p>
    <w:p>
      <w:r>
        <w:br/>
        <w:t>Лідія А н д р і ї в н а. Ні, я маю на увазі ваші слова.</w:t>
      </w:r>
    </w:p>
    <w:p>
      <w:r>
        <w:br/>
        <w:t>С е р г і й. А я — реальність. І щоденну практику. А вже я з нею зіткнувся... (Бадьоренько ляскає в долоні і, потираючи їх, дивиться на стіл.) Ну, то...</w:t>
      </w:r>
    </w:p>
    <w:p>
      <w:r>
        <w:br/>
        <w:t>Лідія Андріївна (збуджено). Я все життя... Ми з чоловіком усе життя працювали...</w:t>
      </w:r>
    </w:p>
    <w:p>
      <w:r>
        <w:br/>
        <w:t>Сергій. Усі працюють.</w:t>
      </w:r>
    </w:p>
    <w:p>
      <w:r>
        <w:br/>
        <w:t>Лідія Андріївна. Працювали чесно і не зраджували свою професію...</w:t>
      </w:r>
    </w:p>
    <w:p>
      <w:r>
        <w:br/>
        <w:t>Сергій. Тим гірше для вас. (Вже наштрикнув на виделку щось смачненьке і з задоволенням нюхає.) М-м-м...</w:t>
      </w:r>
    </w:p>
    <w:p>
      <w:r>
        <w:br/>
        <w:t>Лідія А н д р і ї в н а. ... І прожили в одному місті...</w:t>
      </w:r>
    </w:p>
    <w:p>
      <w:r>
        <w:br/>
        <w:t>Сергій. Містечку.</w:t>
      </w:r>
    </w:p>
    <w:p>
      <w:r>
        <w:br/>
        <w:t>Лідія Андріївна. Нехай так. І пишалися тим, що ми порядні люди, що нас поважають...</w:t>
      </w:r>
    </w:p>
    <w:p>
      <w:r>
        <w:br/>
        <w:t>С е р г і й. А хто вам сказав, що мене не поважають?</w:t>
      </w:r>
    </w:p>
    <w:p>
      <w:r>
        <w:br/>
        <w:t>Лідія Андріївна. І виховували дочку саме на святих принципах... (Згадала про дочку.) Танюшо, здається, тобі слід учити.</w:t>
      </w:r>
    </w:p>
    <w:p>
      <w:r>
        <w:br/>
        <w:t>Т а н я. Добре, мамо. (Підводиться.)</w:t>
      </w:r>
    </w:p>
    <w:p>
      <w:r>
        <w:br/>
        <w:t>Сергій. Ні-ні-ні. (Хапає Тато за руку й знов садовить.) Дівчинці корисно. Присутність при подібній полеміці збагачує. Адже їй тут жити. А тут не так, як у вас.</w:t>
      </w:r>
    </w:p>
    <w:p>
      <w:r>
        <w:br/>
        <w:t>Лідія А н д р і ї в н а. Це у вас, саме у таких, як ви, не так, як усюди.</w:t>
      </w:r>
    </w:p>
    <w:p>
      <w:r>
        <w:br/>
        <w:t>С е р г і й. О, ні, Лідіє Андріївно, мамочко моя. Це у вас там не так, у вашому містечку Ен, заповіднику людських душ. До Червоної книги ще не втрапили? Вже час. Ось ви мені щойно тут казали: чесні, всілякі — ах! ах! — які... Краще дайте мені відповідь на нескромне запитання: скільки ви отримуєте на місяць? Не скільки заробляєте, а саме отримуєте. Ваша заробітна плата яка?</w:t>
      </w:r>
    </w:p>
    <w:p>
      <w:r>
        <w:br/>
        <w:t>Лідія Андріївна. В мене немає різниці між зарплатою і заробітком.</w:t>
      </w:r>
    </w:p>
    <w:p>
      <w:r>
        <w:br/>
        <w:t>Сергій. Тим гірше для вас. Отож?</w:t>
      </w:r>
    </w:p>
    <w:p>
      <w:r>
        <w:br/>
        <w:t>Лідія Андріївна. Тепер, враховуючи мій стаж... сто тридцять карбованців плюс преміальні.</w:t>
      </w:r>
    </w:p>
    <w:p>
      <w:r>
        <w:br/>
        <w:t>С е р г і й. І вам вистачає, ваших ста тридцяти карбованців плюс преміальних!</w:t>
      </w:r>
    </w:p>
    <w:p>
      <w:r>
        <w:br/>
        <w:t>Лідія Андріївна. Ну, в нас невелике місто...</w:t>
      </w:r>
    </w:p>
    <w:p>
      <w:r>
        <w:br/>
        <w:t>Сергій. Містечко.</w:t>
      </w:r>
    </w:p>
    <w:p>
      <w:r>
        <w:br/>
        <w:t>Лідія Андріївна (вдає, що не почула). І витрати, звичайно, не такі... живемо ми скромно. За певної економії...</w:t>
      </w:r>
    </w:p>
    <w:p>
      <w:r>
        <w:br/>
        <w:t>Сергій. Тобто за певного урізування себе у всьому необхідному?</w:t>
      </w:r>
    </w:p>
    <w:p>
      <w:r>
        <w:br/>
        <w:t>Лідія Андріївна. Навіщо ж так?</w:t>
      </w:r>
    </w:p>
    <w:p>
      <w:r>
        <w:br/>
        <w:t>С е р г і й. Як це — навіщо? Давайте, коли вже так, відверто. У вас доросла дочка, котра поки що не заробила ні копієчки, але сюди приїхала у вельветових штанцях...</w:t>
      </w:r>
    </w:p>
    <w:p>
      <w:r>
        <w:br/>
        <w:t>Т а н я. Я рік працювала.</w:t>
      </w:r>
    </w:p>
    <w:p>
      <w:r>
        <w:br/>
        <w:t>Сергій. Ах, перепрошую. У вас доросла дочка, котра за рік заробила собі на вельветові штанці...</w:t>
      </w:r>
    </w:p>
    <w:p>
      <w:r>
        <w:br/>
        <w:t>Т а н я. Ну, знаєте...</w:t>
      </w:r>
    </w:p>
    <w:p>
      <w:r>
        <w:br/>
        <w:t>С е р г і й. І ще на шкарпеточки!</w:t>
      </w:r>
    </w:p>
    <w:p>
      <w:r>
        <w:br/>
        <w:t>Лідія Андріївна. Навіщо ж ви гак?</w:t>
      </w:r>
    </w:p>
    <w:p>
      <w:r>
        <w:br/>
        <w:t>С е р г і й. Бо я все чудово розумію. Ось ваш зшиточок: "Морква — двадцять, буряки... сир — п'ятдесят чотири..."</w:t>
      </w:r>
    </w:p>
    <w:p>
      <w:r>
        <w:br/>
        <w:t>Лідія Андріївна. Віддайте.</w:t>
      </w:r>
    </w:p>
    <w:p>
      <w:r>
        <w:br/>
        <w:t>С е р г і й. Я бачу на вашому обличчі зморшки, так, вибачте мені, — я не галантний, — зморшки, і знаю, що не всі вони од віку. Ось цю, на чолі, ви помітили після того, як рік збирали Тані на шубку — вона вже велика дівчинка, і ходити взимку в демісезонному пальті стало просто незручно. А оці дві, у куточках очей, ось тут, з'явилися, коли ви вирішили, що Таня поїде вступати сюди, саме сюди, до нас, і знову стали відкладати й викроювати, і зрештою наважилися позичити, а тепер, окрім усього, ще й сушите голову, яким чином сплатити борг, і гарного гумору це вам не додає. А ось ця...</w:t>
      </w:r>
    </w:p>
    <w:p>
      <w:r>
        <w:br/>
        <w:t>Лідія Андріївна (тихо). Коли помер мій чоловік.</w:t>
      </w:r>
    </w:p>
    <w:p>
      <w:r>
        <w:br/>
        <w:t>Сергій. Так, це сумно. Але ми зараз не про те. Ось хочете, я... я ризикую, але думаю, що, можливо, навіть здобуду вашу прихильність. Так, ви мене не любите, вам і нема за віщо мене любити... Проте... (Виймає з гаманця дві банкноти вартістю в двадцять п'ять і п'ятдесят карбованців.) Ось. Котра з них вам більше до смаку?</w:t>
      </w:r>
    </w:p>
    <w:p>
      <w:r>
        <w:br/>
        <w:t>Лідія Андріївна розгублено мовчить, не знаючи, чим усе завершиться</w:t>
      </w:r>
    </w:p>
    <w:p>
      <w:r>
        <w:br/>
        <w:t>Можна і... (Заглядає до гаманця, але тут-таки складає його.) Стольничка, на жаль, немає.</w:t>
      </w:r>
    </w:p>
    <w:p>
      <w:r>
        <w:br/>
        <w:t>А на галерею тим часом тихо вийшла з кімнати Бориса Світлана.</w:t>
      </w:r>
    </w:p>
    <w:p>
      <w:r>
        <w:br/>
        <w:t>Вона вже в халатику. Спинилась, з цікавістю спостерігає.</w:t>
      </w:r>
    </w:p>
    <w:p>
      <w:r>
        <w:br/>
        <w:t>Ну, то як? Я вам допоможу. Найпевніше оця, так9 (Злегка помахав п 'ятдесятьма карбованцями.) Платоспроможність більша, виглядає поважніше. Та й колір, між нами кажучи, мені більше до душі. Ненав'язлива зеленкувата гама облагороджує очі, самопочуття й нервову систему. Надто коли їх багато. І зазначте — за кожну треба ходити на роботу майже півмісяця. (Швидко шматує гроші.)</w:t>
      </w:r>
    </w:p>
    <w:p>
      <w:r>
        <w:br/>
        <w:t>Лідія Андріївна майже в колапсі подалася наперед, не в змозі здобутися</w:t>
      </w:r>
    </w:p>
    <w:p>
      <w:r>
        <w:br/>
        <w:t>бодай на звук Таня більш-менш спокійно зважує цю сцену</w:t>
      </w:r>
    </w:p>
    <w:p>
      <w:r>
        <w:br/>
        <w:t>Світлана. Браво! Виконано чудово! А чого ж не сто? Шкода?</w:t>
      </w:r>
    </w:p>
    <w:p>
      <w:r>
        <w:br/>
        <w:t>Сергій (ледь збентежився). А, і ти... Не знайшов, не знайшов. А шукав — у мене й свідки є. (Злегка картинно вклоняється їй.)</w:t>
      </w:r>
    </w:p>
    <w:p>
      <w:r>
        <w:br/>
        <w:t>Світлана. Блазень. (Зникає за дверима кімнати Бориса.)</w:t>
      </w:r>
    </w:p>
    <w:p>
      <w:r>
        <w:br/>
        <w:t>Сергій. Так, блазень. Але блазень при грошах. А в такому випадку це вже не блазень, а весела людина. А веселій людині можна те, чого не можна людині нудній. А нудними люди стають здебільшого від того, що весь час думають, де б їм роздобути гроші. То чи не краще...</w:t>
      </w:r>
    </w:p>
    <w:p>
      <w:r>
        <w:br/>
        <w:t>Таня. Гроші! Гроші! Невже більше нема про що говорити?</w:t>
      </w:r>
    </w:p>
    <w:p>
      <w:r>
        <w:br/>
        <w:t>С е р г і й. Є, Танюшо, але про них найприємніше. От і мамочка тобі скаже.</w:t>
      </w:r>
    </w:p>
    <w:p>
      <w:r>
        <w:br/>
        <w:t>Лідія Андріївна (здобулася на мову). Навіщо ви? Це ж...</w:t>
      </w:r>
    </w:p>
    <w:p>
      <w:r>
        <w:br/>
        <w:t>Сергій (насмішкувато). Авжеж, авжеж. Гроші. Саме так. Мені захотілося вас розважити.</w:t>
      </w:r>
    </w:p>
    <w:p>
      <w:r>
        <w:br/>
        <w:t>Лідія Андріївна кволо змахнула рукою</w:t>
      </w:r>
    </w:p>
    <w:p>
      <w:r>
        <w:br/>
        <w:t>А що робити, Лідіє Андріївно, як жити? Ось ви мені все дорікаєте, а в мене хвора мати. І одна ампула коштує сім карбованців. На руках, звичайно. А не на руках не дістати, як і все інше. І моєї зарплати вистачило б на п'ятнадцять ін'єкцій хворій мамі, а їй ще й їсти треба, між іншим. А базар дорожчає з кожним роком. А я люблю горіхи, мені потрібний ізюм — у мене серце теж, знаєте, не зовсім...</w:t>
      </w:r>
    </w:p>
    <w:p>
      <w:r>
        <w:br/>
        <w:t>Лідія А н д р і ї в н а. Ви б курили менше.</w:t>
      </w:r>
    </w:p>
    <w:p>
      <w:r>
        <w:br/>
        <w:t>С е р г і й. Ну от, зразу й докори. А пачка — півтора карбованця. На день. На місяць — сорок п'ять. А махорку — ні, не можу. Не звик. Можна було б, правда, списати на дивацтво, але в такому разі ризикуєш набути міцної репутації дивака: курити лише махорку, пити лише горілку, одягатися лише у вітчизняне, їздити тільки у громадському транспорті, купувати лише те, що на прилавку. Та і яке там дивацтво: виходить, уся країна — самі диваки. А де ж нормальні люди?</w:t>
      </w:r>
    </w:p>
    <w:p>
      <w:r>
        <w:br/>
        <w:t>Лідія Андріївна. Усе, що ви говорите і як ви живете — протизаконно.</w:t>
      </w:r>
    </w:p>
    <w:p>
      <w:r>
        <w:br/>
        <w:t>Сергій. Помилочка, Лідіє Андріївно. Холодно, холодно. Це раніше так вважалося. Країна еволюціонує, ви що, газет не читаєте? Та, попри все, звичайно, іноді я замислююсь над тим, скільки хворих я міг би вилікувати за той час, що його віддаю своїй несуміжній професії...</w:t>
      </w:r>
    </w:p>
    <w:p>
      <w:r>
        <w:br/>
        <w:t>Лідія А н д р і ї в н а. От бачите.</w:t>
      </w:r>
    </w:p>
    <w:p>
      <w:r>
        <w:br/>
        <w:t>Сергій. ...Але увечері, підрахувавши денну виручку, я одразу заспокоююсь. (Довірчо.) Засинаю я легко.</w:t>
      </w:r>
    </w:p>
    <w:p>
      <w:r>
        <w:br/>
        <w:t>Лідія Андріївна (саркастично). І що ж це у вас за несуміжна професія така?</w:t>
      </w:r>
    </w:p>
    <w:p>
      <w:r>
        <w:br/>
        <w:t>С е р г і й. А я ставлю секретки. На автомобілі, розумієте? Щоб їх не могли вкрасти. Якість надзвичайна. Гарантія — сто процентів. Стою, так би мовити, на сторожі законності й правопорядку. Власники мене на руках носять. Телефон мій передають один одному, мов святиню. І їх можна зрозуміти. Руки, правда (звів руки), трохи відгонять бензином, але ж наш хворий чого тільки не стерпить, правда?</w:t>
      </w:r>
    </w:p>
    <w:p>
      <w:r>
        <w:br/>
        <w:t>Лідія А н д р і ї в н а. І скільки ж ви заробляєте?</w:t>
      </w:r>
    </w:p>
    <w:p>
      <w:r>
        <w:br/>
        <w:t>С е р г і й. А, Лідіє Андріївно, все одно втратите лік. На цукерки діткам вистачає.</w:t>
      </w:r>
    </w:p>
    <w:p>
      <w:r>
        <w:br/>
        <w:t>Лідія А н д р і ї в н а. І все-таки?</w:t>
      </w:r>
    </w:p>
    <w:p>
      <w:r>
        <w:br/>
        <w:t>Сергій. Бачте, на нинішні часи запити в мене досить-таки скромні — я ніколи не зазіхав на надмірні суми... Вам я скажу одверто, я до вас ставлюся дуже прихильно: в середньому сто карбованців. Вартості детальок я, звісно, до уваги не беру.</w:t>
      </w:r>
    </w:p>
    <w:p>
      <w:r>
        <w:br/>
        <w:t>Лідія Андріївна (з надією). На тиждень?</w:t>
      </w:r>
    </w:p>
    <w:p>
      <w:r>
        <w:br/>
        <w:t>С е р г і й. На тиждень? У нас такими проміжками часу облік грошам не ведеться.</w:t>
      </w:r>
    </w:p>
    <w:p>
      <w:r>
        <w:br/>
        <w:t>Лідія А н д р і ї в н а. На місяць?</w:t>
      </w:r>
    </w:p>
    <w:p>
      <w:r>
        <w:br/>
        <w:t>С е р г і й. На день, звичайно. А що? І по заслузі, як мовиться. Руки в мене золоті. Мені б нейрохірургом...</w:t>
      </w:r>
    </w:p>
    <w:p>
      <w:r>
        <w:br/>
        <w:t>Лідія Андріївна. Це ж що, три тисячі на місяць?</w:t>
      </w:r>
    </w:p>
    <w:p>
      <w:r>
        <w:br/>
        <w:t>Сергій. Ну, коли менше, а коли і... Само собою переростки, але хто ж на них зважає заради спільної справи? Е-е, ви що, мамочко? Що з вами? (До Тані.) Здається, матінці погано.</w:t>
      </w:r>
    </w:p>
    <w:p>
      <w:r>
        <w:br/>
        <w:t>Т а н я. Мамо! Мамо!</w:t>
      </w:r>
    </w:p>
    <w:p>
      <w:r>
        <w:br/>
        <w:t>Лідія Андріївна. Зараз... зараз я..</w:t>
      </w:r>
    </w:p>
    <w:p>
      <w:r>
        <w:br/>
        <w:t>Сергій. Ну-ну, Лідіє Андріївно, ви нас не лякайте.</w:t>
      </w:r>
    </w:p>
    <w:p>
      <w:r>
        <w:br/>
        <w:t>Лідія Андріївна. Так-так, зараз. (Зібралася з думками.) Це... це все підло.</w:t>
      </w:r>
    </w:p>
    <w:p>
      <w:r>
        <w:br/>
        <w:t>Сергій (засмутився). Ну от, так і знав! З дорогою душею, з розкритими обіймами, з найкращими намірами, щиросердо... А тебе ось так. Прикро. До речі, а чи не віддати вам Тетянку до мене в учениці?</w:t>
      </w:r>
    </w:p>
    <w:p>
      <w:r>
        <w:br/>
        <w:t>Лідія А н д р і ї в н а. І чого ж ви її... навчите?</w:t>
      </w:r>
    </w:p>
    <w:p>
      <w:r>
        <w:br/>
        <w:t>Сергій. Іронія ваша недоречна. Я серйозно. Скоро вона за тиждень, — ось тут і згодяться, мамочко, ваші мірки, — зароблятиме більше, ніж ви зі своїм стажем за місяць, а через рік зможе вибирати будь-який вуз країни на власний розсуд. Звісно, знадобляться й знання, але в доступних межах: більш-менш грамотно написати заяву при вступі і заповнити анкету. Анкета, як я зрозумів, годяща, так? От і добре. Але такі ж анкети майже у всіх, а от можливості... То дамо ж дівчинці можливість, само собою, якщо на той час вона взагалі захоче вступати.</w:t>
      </w:r>
    </w:p>
    <w:p>
      <w:r>
        <w:br/>
        <w:t>Протестуючий жест Лідії Андріївни.</w:t>
      </w:r>
    </w:p>
    <w:p>
      <w:r>
        <w:br/>
        <w:t>(Зумисне збентежено.) Ой, я, здається, знов щось не те сказав. Такий уже я весь недоладний, недоречний. Це від комплексів. У мене повно комплексів. А що ви думаєте, у кого на моєму місці їх не було б? Скінчив вуз, а працюю не за фахом. Була забезпечена нібито цілком пристойна зарплата, а заробляю у двадцять разів більше. Років за п'ятнадцять цілком міг би вселитися до однокімнатної державної квартири, а в мене вже є більша і краща. І своя власна. І давно. Були відкриті всі дороги... (Співає.) На-ам, мо-оло-дим... (На інший мотив.) Відкриті всі доро-оги... Знаєте? А я знайшов ще й стежечку, і знову ж таки свою. Думаєте, я від усього цього не страждаю? Чи ж не впливає це на мою психіку, не розхитує вщент мої нерви? Ви ж помітили, сподіваюсь, що я дуже нервовий. (Пересмикується, неначе в конвульсії.) Га?</w:t>
      </w:r>
    </w:p>
    <w:p>
      <w:r>
        <w:br/>
        <w:t>Лідія Андріївна (крижаним тоном). Жити треба по правді.</w:t>
      </w:r>
    </w:p>
    <w:p>
      <w:r>
        <w:br/>
        <w:t>Сергій (весь перемінився, майже зі слізьми на очах). Так! Так! Правильно! А я довго не міг знайти потрібного слова. Ах, як добре ви це сказали, мамочко.</w:t>
      </w:r>
    </w:p>
    <w:p>
      <w:r>
        <w:br/>
        <w:t>Лідія Андріївна. І перестаньте називати мене мамочкою.</w:t>
      </w:r>
    </w:p>
    <w:p>
      <w:r>
        <w:br/>
        <w:t>Сергій. Гаразд, мамочко.</w:t>
      </w:r>
    </w:p>
    <w:p>
      <w:r>
        <w:br/>
        <w:t>Лідія Андріївна аж пересмикнулась.</w:t>
      </w:r>
    </w:p>
    <w:p>
      <w:r>
        <w:br/>
        <w:t>(Примирливо.) Ну добре, добре, не буду. Навіщо нам сваритися? Мамочко.</w:t>
      </w:r>
    </w:p>
    <w:p>
      <w:r>
        <w:br/>
        <w:t>Т а н я. Знаєте що?</w:t>
      </w:r>
    </w:p>
    <w:p>
      <w:r>
        <w:br/>
        <w:t>Сергій (швидко). Ні!</w:t>
      </w:r>
    </w:p>
    <w:p>
      <w:r>
        <w:br/>
        <w:t>Т а н я. Ви не маєте права! Навіщо ви знущаєтесь? Що ви все!.. Що ви!..</w:t>
      </w:r>
    </w:p>
    <w:p>
      <w:r>
        <w:br/>
        <w:t>Лідія Андріївна. Танюшо, йди, донечко. Я не хочу, щоб ти слухала цю людину.</w:t>
      </w:r>
    </w:p>
    <w:p>
      <w:r>
        <w:br/>
        <w:t>Сергій. Так, Танюшо, йди читай свої битви, перемоги й поразки, а ми тут... (Немов у радісному передчутті потирає руки.) Трохи розімнемося.</w:t>
      </w:r>
    </w:p>
    <w:p>
      <w:r>
        <w:br/>
        <w:t>Т а н я. Іду, мамо.</w:t>
      </w:r>
    </w:p>
    <w:p>
      <w:r>
        <w:br/>
        <w:t>С е р г і й. А то по чарчині, Лідіє Андріївно? За полемічний запал?</w:t>
      </w:r>
    </w:p>
    <w:p>
      <w:r>
        <w:br/>
        <w:t>Лідія Андріївна (почекала, поки дочка вийшла). Я з вами пити не збираюсь.</w:t>
      </w:r>
    </w:p>
    <w:p>
      <w:r>
        <w:br/>
        <w:t>Сергій. Чого ж гак? Не удостоюєте? Впав у очах? Ну, як хочете. Я ще ніколи нікого не примушував. Та й сам не збираюсь. Щоб продовжувати на рівних.</w:t>
      </w:r>
    </w:p>
    <w:p>
      <w:r>
        <w:br/>
        <w:t>Лідія Андріївна. Вам це однаково не вдасться.</w:t>
      </w:r>
    </w:p>
    <w:p>
      <w:r>
        <w:br/>
        <w:t>Сергій. Побачимо, побачимо, дорога Лідіє Андріївно. (Подумав.) Ага! Так от ви сказали: жити треба по правді. А ви як живете?</w:t>
      </w:r>
    </w:p>
    <w:p>
      <w:r>
        <w:br/>
        <w:t>Лідія Андріївна. Ми?</w:t>
      </w:r>
    </w:p>
    <w:p>
      <w:r>
        <w:br/>
        <w:t>Сергій. Авжеж, не крадете, не ріжете, але вступати приїхали чомусь не в Хохлому і не в Крижопіль, а сюди, до Борисового тата. Це чесно?</w:t>
      </w:r>
    </w:p>
    <w:p>
      <w:r>
        <w:br/>
        <w:t>Лідія Андріївна (розгубилась). Ну, Боже мій... Я ж... Ми ж як до родичів. А куди ж іще?</w:t>
      </w:r>
    </w:p>
    <w:p>
      <w:r>
        <w:br/>
        <w:t>Сергій. От-от, вам і на думку не спало, що можна вступати кудись іще. А й справді, навіщо, коли є така гарна людина, Борин тато, ваш родич... Правда, ніхто не знає, по чиїй лінії і чи родич взагалі, але це байдуже.</w:t>
      </w:r>
    </w:p>
    <w:p>
      <w:r>
        <w:br/>
        <w:t>Лідія Андріївна (дуже засмучена). Ну, навіщо ж...</w:t>
      </w:r>
    </w:p>
    <w:p>
      <w:r>
        <w:br/>
        <w:t>Сергій. Розчудесний Микола Георгійович допоможе, так. Щоправда, він вас погано пам'ятає і довго, болісно згадував, хто ви така взагалі, але відмовити...</w:t>
      </w:r>
    </w:p>
    <w:p>
      <w:r>
        <w:br/>
        <w:t>Лідія Андріївна (з жахом. Осяяна). Це вам... Боря сказав? Не кажіть, не кажіть більше нічого. Я... я зараз... Ми негайно їдемо. (Підхоплюється.)</w:t>
      </w:r>
    </w:p>
    <w:p>
      <w:r>
        <w:br/>
        <w:t>Сергій. Хо! Хо! Хо! Хто, ви? Куди ви ідете? Та ніколи в житті. А як же ваша доця? Ваша єдина втіха? Вона ж зав'яне без історичної освіти. А тут і заміж беруть.</w:t>
      </w:r>
    </w:p>
    <w:p>
      <w:r>
        <w:br/>
        <w:t>Лідія А н д р і ї в н а. Ви жахлива, жахлива людина! Таню! Таню!</w:t>
      </w:r>
    </w:p>
    <w:p>
      <w:r>
        <w:br/>
        <w:t>Сергій. Ох-ох! Таню-Таню! А куди Таня піде на роботу? Знов на лісопильню — чи де там вона нівечилась? — чи ви їй вготували іншу дорогу? Чи ж мало романтичних професій — трубовкладальниця, цеглоформувальниця, скловидувальниця...</w:t>
      </w:r>
    </w:p>
    <w:p>
      <w:r>
        <w:br/>
        <w:t>Лідія Андріївна. Замовкніть ви нарешті!</w:t>
      </w:r>
    </w:p>
    <w:p>
      <w:r>
        <w:br/>
        <w:t>С е р г і й. А револьверниця третього розряду — звучить! (Довірчо.) Вони там усі стріляють з револьверів. Одне в одного. (Склавши з пальців щось подібне до пістолета, цілиться. Дуже голосно.) Бах! Бах! Бах!</w:t>
      </w:r>
    </w:p>
    <w:p>
      <w:r>
        <w:br/>
        <w:t>Лідія Андріївна. Яка нісенітниця! Таню!</w:t>
      </w:r>
    </w:p>
    <w:p>
      <w:r>
        <w:br/>
        <w:t>С е р г і й. Я жартую. По мішенях. Бах!!! Але доця ваша застрелиться неодмінно.</w:t>
      </w:r>
    </w:p>
    <w:p>
      <w:r>
        <w:br/>
        <w:t>Лідія Андріївна здригається.</w:t>
      </w:r>
    </w:p>
    <w:p>
      <w:r>
        <w:br/>
        <w:t>Спершу завиє, а тоді...</w:t>
      </w:r>
    </w:p>
    <w:p>
      <w:r>
        <w:br/>
        <w:t>Таня (постає у дверях). Що, мамо?</w:t>
      </w:r>
    </w:p>
    <w:p>
      <w:r>
        <w:br/>
        <w:t>Лідія Андріївна. Скільки тебе можна гукати?</w:t>
      </w:r>
    </w:p>
    <w:p>
      <w:r>
        <w:br/>
        <w:t>Т а н я. Я приймач слухала. (Очікувально дивиться на матір )</w:t>
      </w:r>
    </w:p>
    <w:p>
      <w:r>
        <w:br/>
        <w:t>С е р г і й. Танюшо, як ти ставишся до того, щоб усе життя фрезерувати канавки?</w:t>
      </w:r>
    </w:p>
    <w:p>
      <w:r>
        <w:br/>
        <w:t>Т а н я. Які ще канавки?</w:t>
      </w:r>
    </w:p>
    <w:p>
      <w:r>
        <w:br/>
        <w:t>Се р г і й. На поршнях, наприклад. Навколо дзижчать верстати, ухкають пресики так, що вушка закладає, свердельця повискують, а ти в спецівочці такій, засмальцьованій, у захисних окулярах ручечку круть-круть! Верть-верть! Чарівливий запах металевої стружечки, силікоз у ранньому віці, але головне — ти усвідомлюєш свою причетність до трудових буднів країни.</w:t>
      </w:r>
    </w:p>
    <w:p>
      <w:r>
        <w:br/>
        <w:t>Лідія А н д р і ї в н а. Та що ж ви за людина!</w:t>
      </w:r>
    </w:p>
    <w:p>
      <w:r>
        <w:br/>
        <w:t>Т а н я. Ти мене кликала, мамо?</w:t>
      </w:r>
    </w:p>
    <w:p>
      <w:r>
        <w:br/>
        <w:t>Сергій. Мама просто хотіла взнати, чи не зволиш ти чайку з нами. По-сімейному. Коло коминка.</w:t>
      </w:r>
    </w:p>
    <w:p>
      <w:r>
        <w:br/>
        <w:t>Лідія Андріївна (не зразу). Так, Танюшо... Ми от налаштувались...</w:t>
      </w:r>
    </w:p>
    <w:p>
      <w:r>
        <w:br/>
        <w:t>Таня. Ні, мамо, я вчити буду.</w:t>
      </w:r>
    </w:p>
    <w:p>
      <w:r>
        <w:br/>
        <w:t>Лідія А н д р і ї в н а. Ну йди, доню...</w:t>
      </w:r>
    </w:p>
    <w:p>
      <w:r>
        <w:br/>
        <w:t>Таня йде.</w:t>
      </w:r>
    </w:p>
    <w:p>
      <w:r>
        <w:br/>
        <w:t>(По паузі. Важко.) Вам складно зрозуміти...</w:t>
      </w:r>
    </w:p>
    <w:p>
      <w:r>
        <w:br/>
        <w:t>Сергій. Ні, чому ж.</w:t>
      </w:r>
    </w:p>
    <w:p>
      <w:r>
        <w:br/>
        <w:t>Лідія Андріївна. В мене єдина дочка...</w:t>
      </w:r>
    </w:p>
    <w:p>
      <w:r>
        <w:br/>
        <w:t>С е р г і й. Я розумію.</w:t>
      </w:r>
    </w:p>
    <w:p>
      <w:r>
        <w:br/>
        <w:t>Лідія Андріївна. І кожній матері...</w:t>
      </w:r>
    </w:p>
    <w:p>
      <w:r>
        <w:br/>
        <w:t>Сергій. Хочеться, щоб її дитина була щасливою.</w:t>
      </w:r>
    </w:p>
    <w:p>
      <w:r>
        <w:br/>
        <w:t>Лідія Андріївна. Так. (Не одразу збагнула насмішку.) Навіщо вам це потрібно?</w:t>
      </w:r>
    </w:p>
    <w:p>
      <w:r>
        <w:br/>
        <w:t>Сергій. Що саме?</w:t>
      </w:r>
    </w:p>
    <w:p>
      <w:r>
        <w:br/>
        <w:t>Лідія Андріївна. Оце все. Навіщо ви з усього знущаєтесь, усіх сіпаєте, зачіпаєте?</w:t>
      </w:r>
    </w:p>
    <w:p>
      <w:r>
        <w:br/>
        <w:t>С е р г і й. Ех, Лідіє Андріївно, я по-своєму нещасна людина.</w:t>
      </w:r>
    </w:p>
    <w:p>
      <w:r>
        <w:br/>
        <w:t>Лідія Андріївна. Ви?!</w:t>
      </w:r>
    </w:p>
    <w:p>
      <w:r>
        <w:br/>
        <w:t>Сергій. Вас це дивує? Ех, Лідіє Андріївно, адже я також ріс у хорошій родині. У порядній, як говорилося в недалекому минулому. Батьки за мною душі не чули. На ніч казки читали — курочка ряба була моїм улюбленим літературним образом. А вечорами, коли я засинав із пальцем, намазаним гірчицею, в роті, вони схилялися над моїм ліжечком і ронили сльози розчулення. Вони прищеплювали мені художній смак, і після занять я кілька років плентався до музичної школи. Ви любите музику?</w:t>
      </w:r>
    </w:p>
    <w:p>
      <w:r>
        <w:br/>
        <w:t>Лідія Андріївна (напоготові, очікуючи пастку). Так.</w:t>
      </w:r>
    </w:p>
    <w:p>
      <w:r>
        <w:br/>
        <w:t>С е р г і й. А мене від неї вернуло. Ну, тепер уже ні. Почуття відрази помалу зникає... Я пристойно скінчив школу, вступив до інституту. Мною навіть пишалися. А тоді робота, Лідіє Андріївно, і всі дні — мов стовпчики вздовж дороги: знай собі миготять... А ви, напевне, чекаєте від мене якогось сумного епізоду, що в корені змінив би моє уявлення про життя? Повчального випадку, що навіки вразив би мою чутливу душу? А його не буде. Не буде — і край. Не було. Просто якось уранці я прокинувся і подумав: ну й що? Який сенс жити так? Де він, цей сенс? Навіщо? І що далі? (Засміявся.) І все. Пах-х — і все. Зі старої роботи — в один день. Від батьків... От з батьками, правда, було складніше.</w:t>
      </w:r>
    </w:p>
    <w:p>
      <w:r>
        <w:br/>
        <w:t>Лідія Андріївна. Ваша мати, мабуть, дуже бідкалась?</w:t>
      </w:r>
    </w:p>
    <w:p>
      <w:r>
        <w:br/>
        <w:t>Сергій. Так. Недовго.</w:t>
      </w:r>
    </w:p>
    <w:p>
      <w:r>
        <w:br/>
        <w:t>Лідія Андріївна. Чому недовго?</w:t>
      </w:r>
    </w:p>
    <w:p>
      <w:r>
        <w:br/>
        <w:t>Сергій (дуже спокійно). А я її отруїв.</w:t>
      </w:r>
    </w:p>
    <w:p>
      <w:r>
        <w:br/>
        <w:t>Лідія Андріївна. Ви?!.</w:t>
      </w:r>
    </w:p>
    <w:p>
      <w:r>
        <w:br/>
        <w:t>Сергій. Авжеж, пах-х! — і все. А що, імператорам можна, а нам, простим людям, ні, виходить, чи як?</w:t>
      </w:r>
    </w:p>
    <w:p>
      <w:r>
        <w:br/>
        <w:t>Лідія А н д р і ї в н а. Та що ж це!..</w:t>
      </w:r>
    </w:p>
    <w:p>
      <w:r>
        <w:br/>
        <w:t>Сергій. Мучилась вона недовго.</w:t>
      </w:r>
    </w:p>
    <w:p>
      <w:r>
        <w:br/>
        <w:t>Лідія А н д р і ї в н а. О Господи!</w:t>
      </w:r>
    </w:p>
    <w:p>
      <w:r>
        <w:br/>
        <w:t>Сергій. Та годі вам, Лідіє Андріївно, що ви справді!</w:t>
      </w:r>
    </w:p>
    <w:p>
      <w:r>
        <w:br/>
        <w:t>Лідія Андріївна (спираючись на стіл, з трудом устає). Жахлива, кошмарна людина!</w:t>
      </w:r>
    </w:p>
    <w:p>
      <w:r>
        <w:br/>
        <w:t>С є р г і й. От уже не гадав...</w:t>
      </w:r>
    </w:p>
    <w:p>
      <w:r>
        <w:br/>
        <w:t>Лідія А н д р і ї в н а. О Господи!</w:t>
      </w:r>
    </w:p>
    <w:p>
      <w:r>
        <w:br/>
        <w:t>Сергій. ...що ви це візьмете...</w:t>
      </w:r>
    </w:p>
    <w:p>
      <w:r>
        <w:br/>
        <w:t>Лідія А н д р і ї в н а. Я... я вас зневажаю!</w:t>
      </w:r>
    </w:p>
    <w:p>
      <w:r>
        <w:br/>
        <w:t>Сергій. ...так близько до серця.</w:t>
      </w:r>
    </w:p>
    <w:p>
      <w:r>
        <w:br/>
        <w:t>Лідія Андріївн а. Ви просто відразливі!</w:t>
      </w:r>
    </w:p>
    <w:p>
      <w:r>
        <w:br/>
        <w:t>Сергій. Ви що, серйозно?</w:t>
      </w:r>
    </w:p>
    <w:p>
      <w:r>
        <w:br/>
        <w:t>Лідія Андріївна. Який... який же ви...</w:t>
      </w:r>
    </w:p>
    <w:p>
      <w:r>
        <w:br/>
        <w:t>С е р г і й. Я ж пожартував.</w:t>
      </w:r>
    </w:p>
    <w:p>
      <w:r>
        <w:br/>
        <w:t>Лідія Андріївна (прямує до Тетянчиної кімнати). Господи! Господи!</w:t>
      </w:r>
    </w:p>
    <w:p>
      <w:r>
        <w:br/>
        <w:t>С е р г і й. Ви що, жартів не розумієте?</w:t>
      </w:r>
    </w:p>
    <w:p>
      <w:r>
        <w:br/>
        <w:t>Лідія Андріївна (йде, заточуючись, тримається обіруч за голову). Ой! Ой! Ой! (Виходить.)</w:t>
      </w:r>
    </w:p>
    <w:p>
      <w:r>
        <w:br/>
        <w:t>Сергій сидить, ані зворухнеться. Безжурність одразу полишила його.</w:t>
      </w:r>
    </w:p>
    <w:p>
      <w:r>
        <w:br/>
        <w:t>Т а н я (вибігає зі своєї кімнати). Мамі погано!</w:t>
      </w:r>
    </w:p>
    <w:p>
      <w:r>
        <w:br/>
        <w:t>Сергій (отямився). Що?</w:t>
      </w:r>
    </w:p>
    <w:p>
      <w:r>
        <w:br/>
        <w:t>Т а н я. Та швидше ж! Мамі погано!</w:t>
      </w:r>
    </w:p>
    <w:p>
      <w:r>
        <w:br/>
        <w:t>Сергій схоплюється на ноги і мчить до вхідних дверей.</w:t>
      </w:r>
    </w:p>
    <w:p>
      <w:r>
        <w:br/>
        <w:t>Куди ж ви? Мамі!</w:t>
      </w:r>
    </w:p>
    <w:p>
      <w:r>
        <w:br/>
        <w:t>Сергій одмахнувся і вибіг з дому. Якусь мить Таня стоїть, не знаючи, що чинити; погляд її гарячково нишпорить довкола. Ось вона звела голову— ще мить, і дівчина кинеться нагору, до Бориса із Світланою, та в цей час до холу вбігає Сергій. В руці у нього невеличкий лікарський саквояжик. Не глянувши на Тетяну, промчав повз неї. Двері за ним зачинилися. Вийде він за хвилину.</w:t>
      </w:r>
    </w:p>
    <w:p>
      <w:r>
        <w:br/>
        <w:t>Сергій. Можеш зайти. Тільки не души її в обіймах. Хоча б хвилин із двадцять.</w:t>
      </w:r>
    </w:p>
    <w:p>
      <w:r>
        <w:br/>
        <w:t>І коли дівчина пішла до матері, він сів на стілець коло столу — саквояжик між ніг — і заспокоївся, як у попередній сцені, коли так само сидів сам. А тоді враз, мов сам до себе, став неголосно читати вірші.</w:t>
      </w:r>
    </w:p>
    <w:p>
      <w:r>
        <w:br/>
        <w:t>Ту зорю, що гойдалась на темній воді</w:t>
      </w:r>
    </w:p>
    <w:p>
      <w:r>
        <w:br/>
        <w:t>Під обвіттям рокити в замовклім саду, —</w:t>
      </w:r>
    </w:p>
    <w:p>
      <w:r>
        <w:br/>
        <w:t>Вогник той, що всю ніч на ставку золотів, —</w:t>
      </w:r>
    </w:p>
    <w:p>
      <w:r>
        <w:br/>
        <w:t>Я ніколи тепер в небесах не знайду'.</w:t>
      </w:r>
    </w:p>
    <w:p>
      <w:r>
        <w:br/>
        <w:t>Виходить з кімнати Таня і, мовби під гіпнозом вічних рядків, дуже повільно й нечутно наближається до Сергія, не зводячи з нього очей.</w:t>
      </w:r>
    </w:p>
    <w:p>
      <w:r>
        <w:br/>
        <w:t>В рідний край, до розквітлих в саду розгалузь,</w:t>
      </w:r>
    </w:p>
    <w:p>
      <w:r>
        <w:br/>
        <w:t>В той будинок, де пісню я першу складав,</w:t>
      </w:r>
    </w:p>
    <w:p>
      <w:r>
        <w:br/>
        <w:t>Де із юністю разом до щастя злітав,</w:t>
      </w:r>
    </w:p>
    <w:p>
      <w:r>
        <w:br/>
        <w:t>Я ніколи, ніколи тепер не вернусь.</w:t>
      </w:r>
    </w:p>
    <w:p>
      <w:r>
        <w:br/>
        <w:t>Таня підійшла до столу й спинилась. Сергій підвів на неї погляд.</w:t>
      </w:r>
    </w:p>
    <w:p>
      <w:r>
        <w:br/>
        <w:t>Таня. Що з вами? Ви...</w:t>
      </w:r>
    </w:p>
    <w:p>
      <w:r>
        <w:br/>
        <w:t>С е р г і й. Зі мною? Нічого. Анічогі-сінь-ко! А що зі мною може бутги?</w:t>
      </w:r>
    </w:p>
    <w:p>
      <w:r>
        <w:br/>
        <w:t>Але дивляться вони одне на одного довго-довго…</w:t>
      </w:r>
    </w:p>
    <w:p>
      <w:r>
        <w:br/>
        <w:t>1 Вірш Івана Буніна, переклад Миколи Удовиченка.</w:t>
      </w:r>
    </w:p>
    <w:p>
      <w:r>
        <w:br/>
        <w:t>ЧАСТИНА ДРУГА</w:t>
      </w:r>
    </w:p>
    <w:p>
      <w:r>
        <w:br/>
        <w:t>Вечір того ж дня. В холі лише Сергій — на тому ж стільці. Зрозуміло, цілий день на ньому він не просидів. А можливо, оце тільки щойно влаштувався в такій позі — старанно тарабанить пальцями обох рук по столу, неначе акомпанує чомусь невизначено-бравурному.</w:t>
      </w:r>
    </w:p>
    <w:p>
      <w:r>
        <w:br/>
        <w:t>Сергій (натхненно). Там-та-ра-рам-та та-ра-рам, там-та-ра-там-там— та-ра-рам...</w:t>
      </w:r>
    </w:p>
    <w:p>
      <w:r>
        <w:br/>
        <w:t>З Тетяниної кімнати повільно виходить Лідія Андріївна, йде до столу. (Помітив її, на мить спинився, а тоді ще натхненніше.) Там— та-ра-рам-та та-ра-ра, там-та-ра-рам-та та-ра-ра...</w:t>
      </w:r>
    </w:p>
    <w:p>
      <w:r>
        <w:br/>
        <w:t>Лідія Андріївна. Серьожо...</w:t>
      </w:r>
    </w:p>
    <w:p>
      <w:r>
        <w:br/>
        <w:t>Сергій (одразу ж забрав руки зі столу). Ну, як ви?</w:t>
      </w:r>
    </w:p>
    <w:p>
      <w:r>
        <w:br/>
        <w:t>Лідія Андріївна. Куди краще.</w:t>
      </w:r>
    </w:p>
    <w:p>
      <w:r>
        <w:br/>
        <w:t>С е р г і й. Я ж казав.</w:t>
      </w:r>
    </w:p>
    <w:p>
      <w:r>
        <w:br/>
        <w:t>Лідія Андріївна. Навіть зовсім добре. Дякую. Якби не ви...</w:t>
      </w:r>
    </w:p>
    <w:p>
      <w:r>
        <w:br/>
        <w:t>Сергій. Та що там я. І так нічого страшного, але, звісно, укольчик не зашкодив. Будемо жити. Ще й як!</w:t>
      </w:r>
    </w:p>
    <w:p>
      <w:r>
        <w:br/>
        <w:t>Лідія Андріївна (кволо посміхнулась). Якби ж то!</w:t>
      </w:r>
    </w:p>
    <w:p>
      <w:r>
        <w:br/>
        <w:t>Сергій. Серце у вас в нормі, повірте фахівцеві, а це так, дурниця, прикра випадковість... Та і я ж подаруночок. Що мені з собою робити? Такий паскудний, жахливий характер. Ну, вибачте, вибачте мені. І не хочу ж, а... Я справді прошу вибачити мені. Ні, при свідках! (Кричить.) Ташошо! (До Лідії Андріївни.) Нехай усі знають, нехай усі бачать — голову попелом! І цих... (Погляд угору.) Хоча ні, обійдемось.</w:t>
      </w:r>
    </w:p>
    <w:p>
      <w:r>
        <w:br/>
        <w:t>З кімнати вийшла Т а н я, спинилася в дверях.</w:t>
      </w:r>
    </w:p>
    <w:p>
      <w:r>
        <w:br/>
        <w:t>Танюшо, от... Ми з твоєю мамою миримося. (До Лідії Андріївни.) Ні, я справді дуже шкодую, що так поводився. Ви мені вірите, га? Ні, ну, скажіть...</w:t>
      </w:r>
    </w:p>
    <w:p>
      <w:r>
        <w:br/>
        <w:t>Лідія Андріївна (глузує). Скажіть іще: "Я більше не буду".</w:t>
      </w:r>
    </w:p>
    <w:p>
      <w:r>
        <w:br/>
        <w:t>С е р г і й. Я більше не бу... От бачите — тепер уже ви, так? (У захваті.) Мама ж у тебе, Танюшо, га? Ви жартуєте. Жартуєте, правда? Значить, мені пробачено. Пробачено, так? Я бачу це по ваших очах, по ваших добрих очах. Спасибі. (Цілує їй руку. Часто.) Спасибі. Спасибі. (Зона його поцілунків поступово розширюється, наближаючись до ліктя.) Спасибі.</w:t>
      </w:r>
    </w:p>
    <w:p>
      <w:r>
        <w:br/>
        <w:t>Лідія Андріївна. Ну, це вже... (Забрала руку.)</w:t>
      </w:r>
    </w:p>
    <w:p>
      <w:r>
        <w:br/>
        <w:t>Сергій (радіє, мов дитина). Вибачено! Вибачено! Ура! Слухайте! А чи не влаштувати нам звану вечерю? Га? На знак повного примирення. На відзнаку початку якісно нового етапу в наших стосунках. (Скандує з акцентом.) Дружба! Дружба! Ми запросимо гостей, близьких, приємних і милих нашому серцю людей. Лідіє Андріївно! (Знову кидається в куток і тягне звідти свою сумку.) Дайте-но цьому лад, по-хазяйськи.</w:t>
      </w:r>
    </w:p>
    <w:p>
      <w:r>
        <w:br/>
        <w:t>Лідія Андріївна. Але ж у нас іще...</w:t>
      </w:r>
    </w:p>
    <w:p>
      <w:r>
        <w:br/>
        <w:t>С е р г і й. Не станемо ж ми шкодувати. Заради такої події. Правда, Танюшо?</w:t>
      </w:r>
    </w:p>
    <w:p>
      <w:r>
        <w:br/>
        <w:t>Таня стенає плечима.</w:t>
      </w:r>
    </w:p>
    <w:p>
      <w:r>
        <w:br/>
        <w:t>Все, і не думай про навчання. Досить. Після напруженого пня мозок мас. розслабитись. Сідай.</w:t>
      </w:r>
    </w:p>
    <w:p>
      <w:r>
        <w:br/>
        <w:t>Таня запитально дивиться на матір, але ніякої вказівки не отримує.</w:t>
      </w:r>
    </w:p>
    <w:p>
      <w:r>
        <w:br/>
        <w:t>Зараз ми цих... (Дивиться нагору.) Ау-у! Ви не зголодніли? Як щодо приємного товариства? (Не діставши відповіді.) Ніяк. їх можна зрозуміти. В них справи більш важливі. А в нас... (До Лідії Андріївни, котра так і стоїть із сумкою в руках.) Лідіє Андріївно, давайте я вам допоможу.</w:t>
      </w:r>
    </w:p>
    <w:p>
      <w:r>
        <w:br/>
        <w:t>Лідія Андріївна. Спасибі, я сама. Я звикла.</w:t>
      </w:r>
    </w:p>
    <w:p>
      <w:r>
        <w:br/>
        <w:t>С е р г і й. Отож, а от у Франції, наприклад, вміють усе-таки відгородити жінку од побуту.</w:t>
      </w:r>
    </w:p>
    <w:p>
      <w:r>
        <w:br/>
        <w:t>Лідія А н д р і ї в н а. А ви були у Франції?</w:t>
      </w:r>
    </w:p>
    <w:p>
      <w:r>
        <w:br/>
        <w:t>Таня глянула на Сергія з цікавістю.</w:t>
      </w:r>
    </w:p>
    <w:p>
      <w:r>
        <w:br/>
        <w:t>С е р г і й. А що ж тут дивного? 1 не тільки. Я вже мовчу про країни соціалістичної співдружності. В нас багато хто їздить. Час міжнародних контактів, інтеграція, інтерполяція, обмін досвідом і тому подібне.</w:t>
      </w:r>
    </w:p>
    <w:p>
      <w:r>
        <w:br/>
        <w:t>Лідія Андріївна (занепокоїлась). А за рахунок держави?</w:t>
      </w:r>
    </w:p>
    <w:p>
      <w:r>
        <w:br/>
        <w:t>Сергій. Ні, Лідіє Андріївно, на жаль, частіше доводиться їздити за свій власний.</w:t>
      </w:r>
    </w:p>
    <w:p>
      <w:r>
        <w:br/>
        <w:t>Лідія Андріївна (занепокоїлась іще більше). Та це ж, напевно, дорого?</w:t>
      </w:r>
    </w:p>
    <w:p>
      <w:r>
        <w:br/>
        <w:t>Таня жестом: "Навіщо воно тобі?"</w:t>
      </w:r>
    </w:p>
    <w:p>
      <w:r>
        <w:br/>
        <w:t>Лідія Андріївна так само: "Та помовч!"</w:t>
      </w:r>
    </w:p>
    <w:p>
      <w:r>
        <w:br/>
        <w:t>Сергій. Так, дорогувато, звісно, але чого не зробиш, аби зазнайомитись ближче, відхилити завісу... Інший світ, інший спосіб життя, їхні звичаї... Заглянути в душу народу, доторкнутися... Останню копійчину витрусиш. А культурні цінності! Ель Прадо, галерея Уффіці, музей Гугенхайма...</w:t>
      </w:r>
    </w:p>
    <w:p>
      <w:r>
        <w:br/>
        <w:t>Лідія Андріївна. Музей Гуген?..</w:t>
      </w:r>
    </w:p>
    <w:p>
      <w:r>
        <w:br/>
        <w:t>Сергій. Хайма. Ні-ні, нічого спільного. Хоча, звісно, хто в наш час може бути абсолютно певен? Це назва. В Нью-Йорку містечко таке в гирлі ріки Гудзон. Тут недалеко — так, через океанчик.</w:t>
      </w:r>
    </w:p>
    <w:p>
      <w:r>
        <w:br/>
        <w:t>Лідія А н д р і ї в н а. Ви що ж, зовсім мене...</w:t>
      </w:r>
    </w:p>
    <w:p>
      <w:r>
        <w:br/>
        <w:t>Сергій (гаряче). Що ви, Лідіє Андріївно! Ну от, знову щось... Прошу вас! Лідіє Андріївно! Давайте умовимося так: якщо я... якщо вам знову видасться, що я якось не так... словом, якщо вам у моїй поведінці чи в словах щось не сподобається, ви подумайте: "Він дурень". Так і подумайте: "Він дурень". І все. А що з дурня взяти? Йому закон не писаний. Я маю на увазі в переносному, звичайно, значенні. Нікому я не дозволив би, а вам дозволяю. Тому що ви мені дуже симпатичні. Ви. І Таня. (Довірчо кладе руку Тані на плече. Так і тримає.) І мені дуже хочеться... я вірю, що все у вас буде гаразд.</w:t>
      </w:r>
    </w:p>
    <w:p>
      <w:r>
        <w:br/>
        <w:t>І затим Таня дуже спокійно відсторонюється, і рука Сергія,</w:t>
      </w:r>
    </w:p>
    <w:p>
      <w:r>
        <w:br/>
        <w:t>ковзнувши по плечу дівчини, лягає на стіл.</w:t>
      </w:r>
    </w:p>
    <w:p>
      <w:r>
        <w:br/>
        <w:t>Непогано б закусити чимось легеньким, га, Лідіє Андріївно? Маслинки хоч якісь, свіжий овечий сир?</w:t>
      </w:r>
    </w:p>
    <w:p>
      <w:r>
        <w:br/>
        <w:t>Лідія Андріївна (встає). За це не ручуся...</w:t>
      </w:r>
    </w:p>
    <w:p>
      <w:r>
        <w:br/>
        <w:t>Сергій. Можна декілька устриць. Не розігріваючи, звичайно.</w:t>
      </w:r>
    </w:p>
    <w:p>
      <w:r>
        <w:br/>
        <w:t>Лідія Андріївна широко всміхнулася.</w:t>
      </w:r>
    </w:p>
    <w:p>
      <w:r>
        <w:br/>
        <w:t>Що, немає? Скінчились! Невже поїли? Ай, Лідіє Андріївно. (Навздогін.) Одкривайте все підряд. Чудова в тебе мама, Танюшо. Трохи своєрідна, зрозуміло, але всі ми з дивацтвами. Я от теж ніби нормальна людина, а чи ж знаєш, хто про тебе що думає? А говорить! (Без паузи.) Ти не хочеш потанцювати? Рух конче потрібний. Тим паче людям розумової праці, ось як ми з гобою. (Не чекаючи згоди, вмикає касетний магнітофон.)</w:t>
      </w:r>
    </w:p>
    <w:p>
      <w:r>
        <w:br/>
        <w:t>Хвильку подумавши, Таня погоджується. Танцюють.</w:t>
      </w:r>
    </w:p>
    <w:p>
      <w:r>
        <w:br/>
        <w:t>Горішнє світло не заважає? (Вже ладен кинутися до вимикача.)</w:t>
      </w:r>
    </w:p>
    <w:p>
      <w:r>
        <w:br/>
        <w:t>Таня. Аніскільки.</w:t>
      </w:r>
    </w:p>
    <w:p>
      <w:r>
        <w:br/>
        <w:t>Сергій. Трохи ріже очі, правда?</w:t>
      </w:r>
    </w:p>
    <w:p>
      <w:r>
        <w:br/>
        <w:t>Т а н я. Я не помітила.</w:t>
      </w:r>
    </w:p>
    <w:p>
      <w:r>
        <w:br/>
        <w:t>Поступово танок стає дедалі інтимнішим, однак завдяки старанням дівчини в межах припустимого.</w:t>
      </w:r>
    </w:p>
    <w:p>
      <w:r>
        <w:br/>
        <w:t>С е р г і й. А я так буквально засліплений. Ти тут увесь час чи й у місті з'являєшся?</w:t>
      </w:r>
    </w:p>
    <w:p>
      <w:r>
        <w:br/>
        <w:t>Т а н я. В мене консультації.</w:t>
      </w:r>
    </w:p>
    <w:p>
      <w:r>
        <w:br/>
        <w:t>С е р г і й. А коли наступна?</w:t>
      </w:r>
    </w:p>
    <w:p>
      <w:r>
        <w:br/>
        <w:t>Таня. Післязавтра.</w:t>
      </w:r>
    </w:p>
    <w:p>
      <w:r>
        <w:br/>
        <w:t>Сергій. Чудово. Я тебе зачекаю, а тоді одвезу сюди. Нащо мучитись в електричці? А може, ще куди заїдемо — ти ж у нас уперше?</w:t>
      </w:r>
    </w:p>
    <w:p>
      <w:r>
        <w:br/>
        <w:t>З кімнати Бориса виходить Світлана.</w:t>
      </w:r>
    </w:p>
    <w:p>
      <w:r>
        <w:br/>
        <w:t>Світлана (зраділа надміру). О, народні гуляння! (Сходить донизу.)</w:t>
      </w:r>
    </w:p>
    <w:p>
      <w:r>
        <w:br/>
        <w:t>Сергій. Розважаємося, як можемо. Я вас гукав.</w:t>
      </w:r>
    </w:p>
    <w:p>
      <w:r>
        <w:br/>
        <w:t>Світлана. Я не чула твого поклику, милий. Очевидно, він був надто слабкий.</w:t>
      </w:r>
    </w:p>
    <w:p>
      <w:r>
        <w:br/>
        <w:t>Сергій. Слід було слухати, а не...</w:t>
      </w:r>
    </w:p>
    <w:p>
      <w:r>
        <w:br/>
        <w:t>Світлана (зацікавилась надзвичайно). Так-так?</w:t>
      </w:r>
    </w:p>
    <w:p>
      <w:r>
        <w:br/>
        <w:t>Сергій не відповідає — старанно танцює.</w:t>
      </w:r>
    </w:p>
    <w:p>
      <w:r>
        <w:br/>
        <w:t>Шампанське... А світло він тобі ще не пропонував вимкнути?</w:t>
      </w:r>
    </w:p>
    <w:p>
      <w:r>
        <w:br/>
        <w:t>Сергій. Тільки без вульгарщини. От вульгарщини я не зношу.</w:t>
      </w:r>
    </w:p>
    <w:p>
      <w:r>
        <w:br/>
        <w:t>Світлана. Справді? Вперше чую.</w:t>
      </w:r>
    </w:p>
    <w:p>
      <w:r>
        <w:br/>
        <w:t>А тут і музика вмовкла.</w:t>
      </w:r>
    </w:p>
    <w:p>
      <w:r>
        <w:br/>
        <w:t>Потанцюєш зі мною, милий?</w:t>
      </w:r>
    </w:p>
    <w:p>
      <w:r>
        <w:br/>
        <w:t>Підтримуючи Таню за лікоть, Сергій підводить її до стільця.</w:t>
      </w:r>
    </w:p>
    <w:p>
      <w:r>
        <w:br/>
        <w:t>А тут і музика знов заграла.</w:t>
      </w:r>
    </w:p>
    <w:p>
      <w:r>
        <w:br/>
        <w:t>Потанцюємо?</w:t>
      </w:r>
    </w:p>
    <w:p>
      <w:r>
        <w:br/>
        <w:t>Сергій. Так, так, чорт забирай! Я ж у вас один. (Стоїть на місці.)</w:t>
      </w:r>
    </w:p>
    <w:p>
      <w:r>
        <w:br/>
        <w:t>Світлана. Чого ж ти? Вже розхотілося?</w:t>
      </w:r>
    </w:p>
    <w:p>
      <w:r>
        <w:br/>
        <w:t>Сергій. Що розхотілося?</w:t>
      </w:r>
    </w:p>
    <w:p>
      <w:r>
        <w:br/>
        <w:t>Світлана (із смішком). Танцювати, само собою. (Стежачи краєчком ока за Танею, — та сидить боком до них, — обережно провела долонею по його волоссю.)</w:t>
      </w:r>
    </w:p>
    <w:p>
      <w:r>
        <w:br/>
        <w:t>Танцюють очі в очі, то майже притискаються одне до одного, то відсторонюються, і важко визначити, чим завершився б цей танок за інших обставин. Видно, що в них свої, приховані від усіх стосунки. Ось Сергій вже подібно до подруги стежить за Танею, коли та опиняється в полі його зору...</w:t>
      </w:r>
    </w:p>
    <w:p>
      <w:r>
        <w:br/>
        <w:t>Але клацають двері нагорі, і на галерею виходить Борис. Жоден з танцівників не поглянув угору, та відстань між ними блискавично і майже непомітно для стороннього ока збільшилась. Світлана без видимої причини розсміялась, а в Сергієвих рухах з'явилися м'які, але чітко окреслені блазенські кривляння.</w:t>
      </w:r>
    </w:p>
    <w:p>
      <w:r>
        <w:br/>
        <w:t>Світлана (не підводячи голови). Борю, тут без нас, виявляється, гуляння. І вже майже скінчилося. Ми, виявляється, все проґавили.</w:t>
      </w:r>
    </w:p>
    <w:p>
      <w:r>
        <w:br/>
        <w:t>Борис. Он як?</w:t>
      </w:r>
    </w:p>
    <w:p>
      <w:r>
        <w:br/>
        <w:t>Сергій. Борю, не вір. Он мамочка готує закуску, і скоро засвітяться перші зорі... Ми тільки починаємо.</w:t>
      </w:r>
    </w:p>
    <w:p>
      <w:r>
        <w:br/>
        <w:t>Т а н я (різко натиснула на клавішу — зупинила музику. Зумисне вкладає у своє запитання інший зміст. Зневажливо). Ви?!</w:t>
      </w:r>
    </w:p>
    <w:p>
      <w:r>
        <w:br/>
        <w:t>Сергій (ледь збентежився). Поза сумнівами. То як, Борю?</w:t>
      </w:r>
    </w:p>
    <w:p>
      <w:r>
        <w:br/>
        <w:t>Борис (спускається). Я вже в путі.</w:t>
      </w:r>
    </w:p>
    <w:p>
      <w:r>
        <w:br/>
        <w:t>Сергій. Чудово, Борю, чудово. Нічого іншого я й не чекав. Адже не все ще звірено одне одному, не всі пісні проспівано, і навіть... (здіймає руку з розчепіреними пальцями, наче хірург перед операцією, й дивиться на стіл) не все ще з'їдено.</w:t>
      </w:r>
    </w:p>
    <w:p>
      <w:r>
        <w:br/>
        <w:t>Б о р и с. От у це я вірю. Я вірю в тебе, Серьожо.</w:t>
      </w:r>
    </w:p>
    <w:p>
      <w:r>
        <w:br/>
        <w:t>Сергій. Так, як це важливо — вірити людині. Яке прекрасне почуття — віра в людей. (Він знову став сам собою, непевність, що було промайнула, зникла, він розкутий і в настрої.) Як нам його не вистачає! Я теж вірю в тебе, Борю! Я вірю в твою докторську, у твоє щасливе майбутнє і в майбутнє всього людства. Я невиправний оптиміст...</w:t>
      </w:r>
    </w:p>
    <w:p>
      <w:r>
        <w:br/>
        <w:t>Лідія А н д р і ї в н а (з'являється з заставленою наїдками тацею. Вона вже в іншій сукні, на котрій висяває надто велика брош, придбана, зрозуміло, не в ювелірному. Туфлі теж: інші. Досить манірно, розраховуючи на враження, що має пойняти всіх при її появі, проте цілком виправдану). Ну, швиденько я?</w:t>
      </w:r>
    </w:p>
    <w:p>
      <w:r>
        <w:br/>
        <w:t>Сергій. О-о, мамочко! Як доречно! Ура! Ура! (Помічає її вбрання.) Я вражений. І як усе підібрано. І таця оця... (Вихоплює в неї тацю, і поки Лідія Андріївна розкладає все, що принесла, на столі, держить у руках.) Так, оптиміст. І саме тому я й пропоную тост за наше щасливе дитинство, що неодмінно настає за забезпеченою старістю...</w:t>
      </w:r>
    </w:p>
    <w:p>
      <w:r>
        <w:br/>
        <w:t>Лідія Андріївна (розгубилась). Ой ні, навіщо ж...</w:t>
      </w:r>
    </w:p>
    <w:p>
      <w:r>
        <w:br/>
        <w:t>Борис. Він жартує.</w:t>
      </w:r>
    </w:p>
    <w:p>
      <w:r>
        <w:br/>
        <w:t>Світлана. І жарти його, як завжди, дегенеративні. Не слухайте його.</w:t>
      </w:r>
    </w:p>
    <w:p>
      <w:r>
        <w:br/>
        <w:t>Сергій (не ображається). Не завжди, не завжди, але цього разу так, я неправий. Хоча б тому, що старість поки що нікому з нас не загрожує. То не будемо про неї й згадувати. Лідіє Андріївно, за наше майбутнє, за вас, — Боже мій! — жінка у вашому віці лише починає відчувати себе жінкою, за Борині успіхи — вони так близько, та що там, вони вже є, вони при ньому, а скільки їх попереду! Світланко, за твою нову якість при Борі...</w:t>
      </w:r>
    </w:p>
    <w:p>
      <w:r>
        <w:br/>
        <w:t>Світлана. Ой, не треба, не треба. Не мучся. Від тебе тільки й ждеш якоїсь гидоти.</w:t>
      </w:r>
    </w:p>
    <w:p>
      <w:r>
        <w:br/>
        <w:t>Сергій. Ех, не розуміють душі поета. Гаразд, не я перший. Танюшо, за твої університети, не в горьківському розумінні цих слів, а в цілком прямому. За твою битву при Каннах — як там, коли вона сталася?</w:t>
      </w:r>
    </w:p>
    <w:p>
      <w:r>
        <w:br/>
        <w:t>Таня пересмикує плечиком: або не пригадує, або не хоче відповідати</w:t>
      </w:r>
    </w:p>
    <w:p>
      <w:r>
        <w:br/>
        <w:t>І правильно, не забивай собі голови минулим. Думай про майбутнє і про те, що Борин тато з тобою.</w:t>
      </w:r>
    </w:p>
    <w:p>
      <w:r>
        <w:br/>
        <w:t>Світлана (тріумфально). Ось. Так я і знала!</w:t>
      </w:r>
    </w:p>
    <w:p>
      <w:r>
        <w:br/>
        <w:t>Борис. Е-е-е...</w:t>
      </w:r>
    </w:p>
    <w:p>
      <w:r>
        <w:br/>
        <w:t>С е р г і й. А що? Що я сказав? Ми всі з тобою. Я навіть прийду до тебе на іспит.</w:t>
      </w:r>
    </w:p>
    <w:p>
      <w:r>
        <w:br/>
        <w:t>Світлана. Вона просто мріє.</w:t>
      </w:r>
    </w:p>
    <w:p>
      <w:r>
        <w:br/>
        <w:t>Сергій. Так, мріє, але соромиться сказати. (Дивиться у вічі Світлані.) Вона дуже сором'язлива і скромна дівчинка. Шкода, не збирається заміж, я з нею одружився б. Ех, Лідіє Андріївно, як ми зажили б! Я маю на увазі — ми всі!</w:t>
      </w:r>
    </w:p>
    <w:p>
      <w:r>
        <w:br/>
        <w:t>Борис. Здається, ми відхилились.</w:t>
      </w:r>
    </w:p>
    <w:p>
      <w:r>
        <w:br/>
        <w:t>С е р г і й. І справді. Роки, роки... Ну, за вищесказане!</w:t>
      </w:r>
    </w:p>
    <w:p>
      <w:r>
        <w:br/>
        <w:t>Вмить наливає собі в чарку й перехиляє її. Оскільки таке завершення застільних думок уголос сталося блискавично, присутні, не зметикувавши, що все вже сказано, спантеличено втуплюються в Сергія, він же незворушно тицяє виделкою в одну з тарілок і щось уже жує.</w:t>
      </w:r>
    </w:p>
    <w:p>
      <w:r>
        <w:br/>
        <w:t>С в і т л а н а. От свиня.</w:t>
      </w:r>
    </w:p>
    <w:p>
      <w:r>
        <w:br/>
        <w:t>Сергій. М-м? Хто?</w:t>
      </w:r>
    </w:p>
    <w:p>
      <w:r>
        <w:br/>
        <w:t>Борис. Та-ак...</w:t>
      </w:r>
    </w:p>
    <w:p>
      <w:r>
        <w:br/>
        <w:t>Сергій (наче прозрів). Любі мої! Це я, так? Чимось вас засмутив? От... (Награно-зніяковіло показує на свою тарілку.) Лідіє Андріївно, чудово. Так смачно! Якщо й Таня так готує... Наче в мами побував. Наче в сестри рідної. Ну, можна й закурити, а то все їмо та їмо... (Дістає сигарету, клацає запальничкою.)</w:t>
      </w:r>
    </w:p>
    <w:p>
      <w:r>
        <w:br/>
        <w:t>Світлана. Тільки не за столом. Ти ж не в себе, на улюбленій роботі.</w:t>
      </w:r>
    </w:p>
    <w:p>
      <w:r>
        <w:br/>
        <w:t>Сергій (криво осміхнувся). Слухаю, слухаю. Справедливо. Вказали на місце-с. Я на лавочці посиджу, а ви тут поки без мене, в родинному колі. Адже так і не поговорили.</w:t>
      </w:r>
    </w:p>
    <w:p>
      <w:r>
        <w:br/>
        <w:t>С в і т л а н а. Та вже за тобою вставиш слово.</w:t>
      </w:r>
    </w:p>
    <w:p>
      <w:r>
        <w:br/>
        <w:t>Сергій. От саме й нагода. (Пішов до дверей, повернувся. ) Я недовго.</w:t>
      </w:r>
    </w:p>
    <w:p>
      <w:r>
        <w:br/>
        <w:t>С в і т л а н а. Та можеш і затриматись.</w:t>
      </w:r>
    </w:p>
    <w:p>
      <w:r>
        <w:br/>
        <w:t>Сергій клацає вимикачем коло дверей — у дворі спалахнула лампочка,</w:t>
      </w:r>
    </w:p>
    <w:p>
      <w:r>
        <w:br/>
        <w:t>освітила ґанок і лавку. Вийшов у двері, обійшов ріг будинку, важко опустився на лавку Сидить, втупивши погляд кудись униз, з незапаленою сигаретою в губах, і в цей час, мовби чогось остерігаючись, та заразом і зраділо, з'являється й підходить до нього Старий.</w:t>
      </w:r>
    </w:p>
    <w:p>
      <w:r>
        <w:br/>
        <w:t>Сергій байдужно глянув на нього і знов опустив голову.</w:t>
      </w:r>
    </w:p>
    <w:p>
      <w:r>
        <w:br/>
        <w:t>Старий. Добридень, синку.</w:t>
      </w:r>
    </w:p>
    <w:p>
      <w:r>
        <w:br/>
        <w:t>Сергій. Привіт, батю, привіт!</w:t>
      </w:r>
    </w:p>
    <w:p>
      <w:r>
        <w:br/>
        <w:t>Старий. Що, не впізнав?</w:t>
      </w:r>
    </w:p>
    <w:p>
      <w:r>
        <w:br/>
        <w:t>Уважніше придивився до нього Сергій, а тоді різко оглянувся на вікна холу: ні, здасться, все спокійно.</w:t>
      </w:r>
    </w:p>
    <w:p>
      <w:r>
        <w:br/>
        <w:t>С є р г і й. А що впізнавати? Чого тобі треба?</w:t>
      </w:r>
    </w:p>
    <w:p>
      <w:r>
        <w:br/>
        <w:t>Старий. Та ось ти мені потрібен. Сильно побалакати хотів.</w:t>
      </w:r>
    </w:p>
    <w:p>
      <w:r>
        <w:br/>
        <w:t>С е р г і й. Ну, знайшов час. (Знову озирнувся.) Люди відпочивають. Іншим разом як-небудь. Ти йди собі.</w:t>
      </w:r>
    </w:p>
    <w:p>
      <w:r>
        <w:br/>
        <w:t>Старий. Куди ж мені йти?</w:t>
      </w:r>
    </w:p>
    <w:p>
      <w:r>
        <w:br/>
        <w:t>С е р г і й. А я звідки знаю? В мене, бач, зараз депресія, раптове загострення синдрому. Слід побути на самоті, розумієш? Присутність людей діє на мене дуже руйнівно. Ну все, батьку, щасливо.</w:t>
      </w:r>
    </w:p>
    <w:p>
      <w:r>
        <w:br/>
        <w:t>Старий. Невже не впізнаєш?</w:t>
      </w:r>
    </w:p>
    <w:p>
      <w:r>
        <w:br/>
        <w:t>Сергій. Та ні, батьку. Ну, ти йди. Не до тебе тут.</w:t>
      </w:r>
    </w:p>
    <w:p>
      <w:r>
        <w:br/>
        <w:t>Старий. Ти й годі, взимку, гнав мене.</w:t>
      </w:r>
    </w:p>
    <w:p>
      <w:r>
        <w:br/>
        <w:t>С е р г і й. І тоді не до тебе було.</w:t>
      </w:r>
    </w:p>
    <w:p>
      <w:r>
        <w:br/>
        <w:t>Старий. Впізнав-таки?</w:t>
      </w:r>
    </w:p>
    <w:p>
      <w:r>
        <w:br/>
        <w:t>Сергій. Що ти все "впізнав" та "впізнав", наче я твій син рідний, аліменти тобі платити відмовляюсь? Ну, впізнав, впізнав, а далі що?</w:t>
      </w:r>
    </w:p>
    <w:p>
      <w:r>
        <w:br/>
        <w:t>С т а р и й. А ти що, поспішаєш куди?</w:t>
      </w:r>
    </w:p>
    <w:p>
      <w:r>
        <w:br/>
        <w:t>Сергій. Поспішаю, батю, поспішаю. Книжку дописую — завтра до видавництва маю нести перед від'їздом у тропічні країни. (Знову глянув на вікна.) Ну...</w:t>
      </w:r>
    </w:p>
    <w:p>
      <w:r>
        <w:br/>
        <w:t>С т а р и й. А батько в тебе є?</w:t>
      </w:r>
    </w:p>
    <w:p>
      <w:r>
        <w:br/>
        <w:t>С е р г і й. Є, рідненький, є. Тобі, може, анкету свою заповнити? Цікавишся життям визначних людей? Стенд готуєш у червоному кутку? То ти адресу залиш — я надішлю.</w:t>
      </w:r>
    </w:p>
    <w:p>
      <w:r>
        <w:br/>
        <w:t>Старий. Немає в мене адреси.</w:t>
      </w:r>
    </w:p>
    <w:p>
      <w:r>
        <w:br/>
        <w:t>Сергій. Ну, немає! У всіх є, а в тебе немає.</w:t>
      </w:r>
    </w:p>
    <w:p>
      <w:r>
        <w:br/>
        <w:t>С т а р и й. А от синочок мій вигнав мене, такий же шельма, як і ти.</w:t>
      </w:r>
    </w:p>
    <w:p>
      <w:r>
        <w:br/>
        <w:t>Сергій. Ну, батю, чого це ти? Що це за слова в тебе?</w:t>
      </w:r>
    </w:p>
    <w:p>
      <w:r>
        <w:br/>
        <w:t>Старий. Та ти не ображайся. І я не ображаюсь. Всі ми нині однакові, куди не кинь. Серця немає, серця... Я своє прожив, а йому своє жити. Тільки як жити буде з гріхом таким на совісті?</w:t>
      </w:r>
    </w:p>
    <w:p>
      <w:r>
        <w:br/>
        <w:t>Сергій. Еге-е... А ти, чуєш, до газети напиши.</w:t>
      </w:r>
    </w:p>
    <w:p>
      <w:r>
        <w:br/>
        <w:t>С г а р и й. А що газета?</w:t>
      </w:r>
    </w:p>
    <w:p>
      <w:r>
        <w:br/>
        <w:t>Сергій. Квартиру тобі поверне, площу житлову.</w:t>
      </w:r>
    </w:p>
    <w:p>
      <w:r>
        <w:br/>
        <w:t>С т а р и й. А сина вона мені поверне?</w:t>
      </w:r>
    </w:p>
    <w:p>
      <w:r>
        <w:br/>
        <w:t>Сергій (зараз він дуже серйозний). Як же ти так?</w:t>
      </w:r>
    </w:p>
    <w:p>
      <w:r>
        <w:br/>
        <w:t>С т а р и й. А що я — як же він так? Хоча, звісно, сам, мабуть, і винен, раз таке щастя викохав. Добре хоч матері його вже немає,— от би пораділа дитяткові.</w:t>
      </w:r>
    </w:p>
    <w:p>
      <w:r>
        <w:br/>
        <w:t>С е р г і й. А він у тебе один?</w:t>
      </w:r>
    </w:p>
    <w:p>
      <w:r>
        <w:br/>
        <w:t>Старий. Один, один. Добре хоч один, а то всі такими були б, га?</w:t>
      </w:r>
    </w:p>
    <w:p>
      <w:r>
        <w:br/>
        <w:t>С е р г і й. А може, кращими?</w:t>
      </w:r>
    </w:p>
    <w:p>
      <w:r>
        <w:br/>
        <w:t>Старий. Де там кращими, коли одного не зміг людиною зробити. А взагалі, чесно кажучи, яким там я йому був батьком. Пив я... Тебе як звуть?</w:t>
      </w:r>
    </w:p>
    <w:p>
      <w:r>
        <w:br/>
        <w:t>Сергій. Сергієм.</w:t>
      </w:r>
    </w:p>
    <w:p>
      <w:r>
        <w:br/>
        <w:t>Старий. Пив я, Серьожко, сильно. Душу міг за це діло закласти. Скільки разів вони з матір'ю мене під парканами всілякими розшукували, скільки разів я за мамкою його на дурну голову з сокирою ганявся... Який там з мене приклад. От і маю.</w:t>
      </w:r>
    </w:p>
    <w:p>
      <w:r>
        <w:br/>
        <w:t>Пауза. Уважно дивиться на нього Сергій</w:t>
      </w:r>
    </w:p>
    <w:p>
      <w:r>
        <w:br/>
        <w:t>С е р г і й. Та ні, батьку. Не пив ти. Не можна тобі пити.</w:t>
      </w:r>
    </w:p>
    <w:p>
      <w:r>
        <w:br/>
        <w:t>С т а р и й. А ти звідки знаєш?</w:t>
      </w:r>
    </w:p>
    <w:p>
      <w:r>
        <w:br/>
        <w:t>Сергій. Вчили мене. Взнавати.</w:t>
      </w:r>
    </w:p>
    <w:p>
      <w:r>
        <w:br/>
        <w:t>С т а р и й. На доктора, га?</w:t>
      </w:r>
    </w:p>
    <w:p>
      <w:r>
        <w:br/>
        <w:t>С е р г і й. На лікаря.</w:t>
      </w:r>
    </w:p>
    <w:p>
      <w:r>
        <w:br/>
        <w:t>Старий. Правда твоя... Жінку свою я сильно любив. Кінець роботи — зразу додому, ніг своїх не чую. Нема її — місця собі не знаходжу, все у вікно виглядаю чи на ґанку тупцяю... Ґанок у нас такий був, з дашком, і лавочка збоку; влітку завжди на ній відро з водою стояло, в затінку. А жона моя, Серьожо, була...</w:t>
      </w:r>
    </w:p>
    <w:p>
      <w:r>
        <w:br/>
        <w:t>Сергій. Вродлива?</w:t>
      </w:r>
    </w:p>
    <w:p>
      <w:r>
        <w:br/>
        <w:t>С т а р и й. Та не те щоб сильно вродлива, а така, знаєш... Як тобі сказати. Така... (Притулив долоню до очей і вмовк.) Дивлюсь на неї і все думаю: за що ж мені щастя таке на землі призначено? А вона от, поруч... Хочеш — торкнися, а хочеш — так дивись. І дитя коли ждали — от, думав, заживемо, заживемо утрьох... Ну, а тоді війна, звісно... У полоні опинився через поранення, а в таборах набувся... І повернувся я не скоро. Але живий лишився, живий. Досі дивуюся, як я все те витримав. А от сиджу ж перед тобою... Ну, як ми потім — то довга історія. Непогано жили, хоча, звичайно, роки спливли. Та от померла дружина моя, і з'ясувалося — ще в ті часи повоєнні заповіт вона склала та будинок на сина переписала. Про всяк випадок. Воно, звичайно, правильно — часи нелегкі, а батько, я тобто, невідомо коли повернеться, та чи й повернеться. Син вже одружений, діти... Двоє. І виявилося — нема мені місця в домі моїм, де я його зачав, де жону мою на руках носив, під образами садовив. Робітник тепер з мене який там... Та хіба в цьому діло, скажи ти мені? Я, каже, поки ти по таборах валандався, листя з дерев об'їдав. То хіба ж я в тому винен? Хіба я війну придумав?.. А сторож тобі не потрібен? Знаєш — усяке може статися. От нещодавно в такий же дім залізли, взяти нічого не взяли, а меблі сокирою понівечили, книжки попалили. Я й грошей не брав би.</w:t>
      </w:r>
    </w:p>
    <w:p>
      <w:r>
        <w:br/>
        <w:t>Сергій заперечливо схитнув головою.</w:t>
      </w:r>
    </w:p>
    <w:p>
      <w:r>
        <w:br/>
        <w:t>На підлозі постелив би в куточку.</w:t>
      </w:r>
    </w:p>
    <w:p>
      <w:r>
        <w:br/>
        <w:t>С е р г і й. Та що ти...</w:t>
      </w:r>
    </w:p>
    <w:p>
      <w:r>
        <w:br/>
        <w:t>Старий. Що полагодити — я можу. Я ж сільський, усе вмію.</w:t>
      </w:r>
    </w:p>
    <w:p>
      <w:r>
        <w:br/>
        <w:t>С е р г і й. Ні, батьку, не потрібен.</w:t>
      </w:r>
    </w:p>
    <w:p>
      <w:r>
        <w:br/>
        <w:t>С т а р и й. То хоч так пусти пожити, я й документа зоставлю, ти мене не бійся. Соромно із сином рідним судитися. Та й хто нас розсудить — Бог тільки. Я й до ордена за героїзм був представлений...</w:t>
      </w:r>
    </w:p>
    <w:p>
      <w:r>
        <w:br/>
        <w:t>Мовчить Сергій.</w:t>
      </w:r>
    </w:p>
    <w:p>
      <w:r>
        <w:br/>
        <w:t>Ех, жила б моя... А вже нема...</w:t>
      </w:r>
    </w:p>
    <w:p>
      <w:r>
        <w:br/>
        <w:t>Сергій (весь співчуття). Ех, батю, батю...</w:t>
      </w:r>
    </w:p>
    <w:p>
      <w:r>
        <w:br/>
        <w:t>Старий. Що ж мені, на вулиці життя своє кінчати?</w:t>
      </w:r>
    </w:p>
    <w:p>
      <w:r>
        <w:br/>
        <w:t>Сергій (хутко дістає з кишені гроші). На ось, візьми.</w:t>
      </w:r>
    </w:p>
    <w:p>
      <w:r>
        <w:br/>
        <w:t>Байдуже сидить Старий.</w:t>
      </w:r>
    </w:p>
    <w:p>
      <w:r>
        <w:br/>
        <w:t>Візьми, візьми. (Вкладає гроші Старому в руку.) Згодяться. На ще. Ось. (Гарячково сягнув рукою до однієї кишені, до другої, вийняв гаманець.) Ось іще. В мене зайві. Я... Мені премію дали. Державну. За ударну працю. Візьми, батьку. (Знову вкладає все, що нашпортив по кишенях, Старому в кулак.)</w:t>
      </w:r>
    </w:p>
    <w:p>
      <w:r>
        <w:br/>
        <w:t>Старий. Жити ж як?</w:t>
      </w:r>
    </w:p>
    <w:p>
      <w:r>
        <w:br/>
        <w:t>Гроші з розтуленої його руки падають на землю</w:t>
      </w:r>
    </w:p>
    <w:p>
      <w:r>
        <w:br/>
        <w:t>С е р г і й. Ех, батю, взяв би я тебе...</w:t>
      </w:r>
    </w:p>
    <w:p>
      <w:r>
        <w:br/>
        <w:t>Старий. Жити як?</w:t>
      </w:r>
    </w:p>
    <w:p>
      <w:r>
        <w:br/>
        <w:t>Розчиняються вхідні двері, і з дому виходять Борис і Світлана.</w:t>
      </w:r>
    </w:p>
    <w:p>
      <w:r>
        <w:br/>
        <w:t>Світлана. Вирвалися нарешті. На свіже повітря.</w:t>
      </w:r>
    </w:p>
    <w:p>
      <w:r>
        <w:br/>
        <w:t>Сергій (миттю схоплюється на ноги). Іди, батю, швидко. Потім прийдеш. (Спішить їм навстріч.)</w:t>
      </w:r>
    </w:p>
    <w:p>
      <w:r>
        <w:br/>
        <w:t>Але відстань між ґанком і лавкою мізерна — Борис уже помітив</w:t>
      </w:r>
    </w:p>
    <w:p>
      <w:r>
        <w:br/>
        <w:t>Старого і йде до нього. За інерцією подалася за ним і Світлана.</w:t>
      </w:r>
    </w:p>
    <w:p>
      <w:r>
        <w:br/>
        <w:t>Борис (побачив гроші. До Сергія.) О, це ти надумав сіяти? Як Буратіно? Використовуючи старовинні рецепти місцевих жителів? Добридень, папашо! Повний достаток, так?</w:t>
      </w:r>
    </w:p>
    <w:p>
      <w:r>
        <w:br/>
        <w:t>Старий (побачив Світлану. До Сергія.) І хазяйка твоя тут. (До Світлани.) Скажи ти йому — нехай мене візьме, га? Хоч на час.</w:t>
      </w:r>
    </w:p>
    <w:p>
      <w:r>
        <w:br/>
        <w:t>Борис (весело). Куди візьме, і чому хазяйка ця саме його, а не, скажімо, моя?</w:t>
      </w:r>
    </w:p>
    <w:p>
      <w:r>
        <w:br/>
        <w:t>С т а р и й. Та пожити трохи...</w:t>
      </w:r>
    </w:p>
    <w:p>
      <w:r>
        <w:br/>
        <w:t>Б о р и с. Он як! Ну, а хазяйка?</w:t>
      </w:r>
    </w:p>
    <w:p>
      <w:r>
        <w:br/>
        <w:t>С т а р и й. Та ми ж знайомі.</w:t>
      </w:r>
    </w:p>
    <w:p>
      <w:r>
        <w:br/>
        <w:t>Сергій. Слухай, діду, ти своє випив — іди спи.</w:t>
      </w:r>
    </w:p>
    <w:p>
      <w:r>
        <w:br/>
        <w:t>Борис. Стривай-стривай, Серьожо. То коли ви з хазяйкою познайомились?</w:t>
      </w:r>
    </w:p>
    <w:p>
      <w:r>
        <w:br/>
        <w:t>Сергій. Діду!</w:t>
      </w:r>
    </w:p>
    <w:p>
      <w:r>
        <w:br/>
        <w:t>Старий (сприймає це застереження по-своєму, задкує). Іду, йду вже... (До Бориса.) Ну то... Вони ж узимку приїздили. Тоді і... У березні тобто. Ще сніг лежав.</w:t>
      </w:r>
    </w:p>
    <w:p>
      <w:r>
        <w:br/>
        <w:t>Борис. Удвох, так?</w:t>
      </w:r>
    </w:p>
    <w:p>
      <w:r>
        <w:br/>
        <w:t>С т а р и й. А навіщо їм іще хто? Звичайно. Машиною.</w:t>
      </w:r>
    </w:p>
    <w:p>
      <w:r>
        <w:br/>
        <w:t>Борис (до Сергія. Так само весело). Це коли я у Вільнюсі був, так? (До Світлани.) Я не помилився, мила?</w:t>
      </w:r>
    </w:p>
    <w:p>
      <w:r>
        <w:br/>
        <w:t>С е р г і й. Та що ти слухаєш! Кого ти слухаєш! (До Старого.) Провокатор!</w:t>
      </w:r>
    </w:p>
    <w:p>
      <w:r>
        <w:br/>
        <w:t>Борис. Ключики взяв, так? Поживу-побуду? Це зворушливо.</w:t>
      </w:r>
    </w:p>
    <w:p>
      <w:r>
        <w:br/>
        <w:t>Старий. Ну, я піду, виходить... (Іде.)</w:t>
      </w:r>
    </w:p>
    <w:p>
      <w:r>
        <w:br/>
        <w:t>Сергій. Ну, Борю, ну... Чого ти справді! Ну, заїхали на часинку, взяли пляшечку шампанського. Тебе згадали...</w:t>
      </w:r>
    </w:p>
    <w:p>
      <w:r>
        <w:br/>
        <w:t>Борис. Згадали — і добре. Що може бути дорожче за пам'ять! Навіть у той день ви пам'ятали про мене. Це приємно. Збирай, Серьожо, свої речі разом із дамочкою і...</w:t>
      </w:r>
    </w:p>
    <w:p>
      <w:r>
        <w:br/>
        <w:t>Сергій (вже в іншому гуморі). Не треба переживати. Таке трапляється. І часто. (Йде в дім.)</w:t>
      </w:r>
    </w:p>
    <w:p>
      <w:r>
        <w:br/>
        <w:t>Б о р и с. То кажеш — скучала?</w:t>
      </w:r>
    </w:p>
    <w:p>
      <w:r>
        <w:br/>
        <w:t>Світлана. Я ж тебе просила — не їдь, не їдь туди. Яке тобі діло до твоєї колишньої дружини!</w:t>
      </w:r>
    </w:p>
    <w:p>
      <w:r>
        <w:br/>
        <w:t>Б о р и с. І нехай з неї знущається та сволота?</w:t>
      </w:r>
    </w:p>
    <w:p>
      <w:r>
        <w:br/>
        <w:t>Світлана. Але ж я зоставалась сама!</w:t>
      </w:r>
    </w:p>
    <w:p>
      <w:r>
        <w:br/>
        <w:t>Б о р и с. То тебе й на день не можна залишити саму?</w:t>
      </w:r>
    </w:p>
    <w:p>
      <w:r>
        <w:br/>
        <w:t>С в і т л а н а. Не тоді, не тоді. Я ж тебе просила... Мені було погано.</w:t>
      </w:r>
    </w:p>
    <w:p>
      <w:r>
        <w:br/>
        <w:t>Б о р и с. А потім стало добре?</w:t>
      </w:r>
    </w:p>
    <w:p>
      <w:r>
        <w:br/>
        <w:t>Світлана. Ще гірше. Але ж ми тоді тільки починали. В нас іще нічого не було... Нічого, що було потім...</w:t>
      </w:r>
    </w:p>
    <w:p>
      <w:r>
        <w:br/>
        <w:t>Борис. Усе в нас було.</w:t>
      </w:r>
    </w:p>
    <w:p>
      <w:r>
        <w:br/>
        <w:t>С в і т л а н а. Ні, не те. Я не те маю на увазі. Те, що ми відчули одне одного і помчали одне одному назустріч... Адже покохала я тебе вже згодом. І коли ти сказав, що їдеш до неї... Я ж просила!</w:t>
      </w:r>
    </w:p>
    <w:p>
      <w:r>
        <w:br/>
        <w:t>Борис (стомлено). Збирайся. Час їхати.</w:t>
      </w:r>
    </w:p>
    <w:p>
      <w:r>
        <w:br/>
        <w:t>І коли Світлана зайшла в дім, Борис зіщулився, обхопив плечі руками, постояв, утупившись у простір перед собою, не знаючи, що діяти. А тоді зайшов до приміщення. Там щебетала Лідія Андріївна.</w:t>
      </w:r>
    </w:p>
    <w:p>
      <w:r>
        <w:br/>
        <w:t>Лідія Андріївна (сервірує чайний стіл). А ми зараз чайку... Саме добре — вечір, на вулиці вже прохолодно, а ми сидимо, чай п'ємо. (Засміялась.) Як вдома у нас. Добре. А взимку взагалі чудесно. Мороз, вікна у візерунках... 1 чай. Тетянка вчиться. І нехай. Досить. Нагулялась уже сьогодні. Хай вивчить що-небудь. Сідайте, Серьоженько. А Світлана де? Світлана! А Боря? (До Бориса.) Ось і ти. Де ж ти ходиш?</w:t>
      </w:r>
    </w:p>
    <w:p>
      <w:r>
        <w:br/>
        <w:t>З кімнати Бориса вийшла, — сумка через плече — Світлана.</w:t>
      </w:r>
    </w:p>
    <w:p>
      <w:r>
        <w:br/>
        <w:t>Спускається в хол.</w:t>
      </w:r>
    </w:p>
    <w:p>
      <w:r>
        <w:br/>
        <w:t>А сумка навіщо? Ну, та Бог із нею. Все готово. Сідаємо?</w:t>
      </w:r>
    </w:p>
    <w:p>
      <w:r>
        <w:br/>
        <w:t>Світлана порівнялася з Сергієм, спинилась.</w:t>
      </w:r>
    </w:p>
    <w:p>
      <w:r>
        <w:br/>
        <w:t>Борис (дивиться на них). Нічого парочка. Сідати перед дорогою не варто. Сподіваюсь вас тут більше не бачити.</w:t>
      </w:r>
    </w:p>
    <w:p>
      <w:r>
        <w:br/>
        <w:t>Лідія Андріївна. Що ти таке!..</w:t>
      </w:r>
    </w:p>
    <w:p>
      <w:r>
        <w:br/>
        <w:t>Борис. Лідіє Андріївно!</w:t>
      </w:r>
    </w:p>
    <w:p>
      <w:r>
        <w:br/>
        <w:t>Сергій. Справи, Лідіє Андріївно. Терміново викликають в агентство "Новини". Ніяк не можуть без мене з останнім випуском упоратись. (До Бориса.) А може, роздумаєшся?</w:t>
      </w:r>
    </w:p>
    <w:p>
      <w:r>
        <w:br/>
        <w:t>Борис. Прошу тебе...</w:t>
      </w:r>
    </w:p>
    <w:p>
      <w:r>
        <w:br/>
        <w:t>С е р г і й. Як же ти без мене? Ні станції техобслуговування, ані квитків у першому ряду...</w:t>
      </w:r>
    </w:p>
    <w:p>
      <w:r>
        <w:br/>
        <w:t>Борис. Слухай...</w:t>
      </w:r>
    </w:p>
    <w:p>
      <w:r>
        <w:br/>
        <w:t>Сергій. Навіть у сауну місяць черги чекатимеш.</w:t>
      </w:r>
    </w:p>
    <w:p>
      <w:r>
        <w:br/>
        <w:t>Б о р и с. Я тебе зараз!..</w:t>
      </w:r>
    </w:p>
    <w:p>
      <w:r>
        <w:br/>
        <w:t>С е р г і й. Тихше, тихше. Ти, сподіваюсь, не забув про моє захоплення фізичними вправами? Позбав мене потреби демонструвати больові прийоми.</w:t>
      </w:r>
    </w:p>
    <w:p>
      <w:r>
        <w:br/>
        <w:t>Б о р и с. Ти п'яний і огидний.</w:t>
      </w:r>
    </w:p>
    <w:p>
      <w:r>
        <w:br/>
        <w:t>Сергій. Ти, здається, за гріх це ніколи не вважав. О, а щодо "п'яний" — можуть стрітися патрулі, а я трохи витратився. Позич червінця — у права вкласти.</w:t>
      </w:r>
    </w:p>
    <w:p>
      <w:r>
        <w:br/>
        <w:t>Борис. Витратився на благодіяння?</w:t>
      </w:r>
    </w:p>
    <w:p>
      <w:r>
        <w:br/>
        <w:t>С е р г і й (з пафосом). В тобі немає нічого святого.</w:t>
      </w:r>
    </w:p>
    <w:p>
      <w:r>
        <w:br/>
        <w:t>Борис кладе на стіл десять карбованців. Сергій акуратно дістає з бічної кишені права, нарочито дбайливо розкриває їх, делікатно бере зі столу гроші і вкладає у права.</w:t>
      </w:r>
    </w:p>
    <w:p>
      <w:r>
        <w:br/>
        <w:t>Поверну при оказії. Лідіє Андріївно, було приємно познайомитись, сподіваюся — взаємно. Честь маю, даруйте, що без шкандалю. (Вклоняється, стукнувши підборами. Згадав. Повернувся.) А щодо учениці до мене — подумайте. Я Таню прийму. (Вийшов.)</w:t>
      </w:r>
    </w:p>
    <w:p>
      <w:r>
        <w:br/>
        <w:t>Не в змозі мовити й слова стоїть Лідія Андріївна.</w:t>
      </w:r>
    </w:p>
    <w:p>
      <w:r>
        <w:br/>
        <w:t>Світлана. Борю, мені необхідно сказати тобі... Лідіє Андріївно...</w:t>
      </w:r>
    </w:p>
    <w:p>
      <w:r>
        <w:br/>
        <w:t>Борис. Лідіє Андріївно, прошу вас, залиштеся.</w:t>
      </w:r>
    </w:p>
    <w:p>
      <w:r>
        <w:br/>
        <w:t>Лідія Андріївна приголомшено киває.</w:t>
      </w:r>
    </w:p>
    <w:p>
      <w:r>
        <w:br/>
        <w:t>Світлана. Борю, адже це все ти. Я ніколи б... Ця твоя дурна м'якість, нерішучість. Твоя повсякчасна неспроможність — від неї ж збожеволіти можна. Хоч чого-небудь ти домігся сам? Хоч щось ти спромігся подолати? Ці твої ідіотські проблеми, котрі можна вирішити за півсекунди. Я вже стомилась...</w:t>
      </w:r>
    </w:p>
    <w:p>
      <w:r>
        <w:br/>
        <w:t>Борис. Тебе, здається, чекають.</w:t>
      </w:r>
    </w:p>
    <w:p>
      <w:r>
        <w:br/>
        <w:t>Світлана (з легкою іронією). Мені було непогано з тобою.</w:t>
      </w:r>
    </w:p>
    <w:p>
      <w:r>
        <w:br/>
        <w:t>Борис. Сподіваюсь, із ним тобі буде не гірше.</w:t>
      </w:r>
    </w:p>
    <w:p>
      <w:r>
        <w:br/>
        <w:t>С в і т л а н а. І не сумнівайся. Щасливо, Лідіє Андріївно із містечка Ен. (Хутко виходить.)</w:t>
      </w:r>
    </w:p>
    <w:p>
      <w:r>
        <w:br/>
        <w:t>З Тетяниної кімнати вдарило раптом на повну гучність.</w:t>
      </w:r>
    </w:p>
    <w:p>
      <w:r>
        <w:br/>
        <w:t>Птица счастья завтрашнего дня</w:t>
      </w:r>
    </w:p>
    <w:p>
      <w:r>
        <w:br/>
        <w:t>Прилетела, крыльями звеня.</w:t>
      </w:r>
    </w:p>
    <w:p>
      <w:r>
        <w:br/>
        <w:t>Выбери меня, выбери меня,</w:t>
      </w:r>
    </w:p>
    <w:p>
      <w:r>
        <w:br/>
        <w:t>Птица счастья завтрашнего дня!</w:t>
      </w:r>
    </w:p>
    <w:p>
      <w:r>
        <w:br/>
        <w:t>І під нестримувані потенціометром звуки, що так недоречно увірвалися в хол, Борис несподівано починає танцювати: спершу ледь притупує в такт, тоді пересмикується всім тілом — дедалі шаленіше, і ось він уже закинув голову назад і тіпає нею нестямно і самозречено вимахує руками, і здається — нічого довкола нього вже не існує 3 жахом спостерігає його Лідія Андріївна, а затим кидається в кімнату дочки.</w:t>
      </w:r>
    </w:p>
    <w:p>
      <w:r>
        <w:br/>
        <w:t>Лідія Андріївна (прочиняє двері). Таню!</w:t>
      </w:r>
    </w:p>
    <w:p>
      <w:r>
        <w:br/>
        <w:t>Музика вмовкає. Борис одразу обм'якнув, безцільно човпе до столу Став. Лідія Андріївна повільно повертається, сідає край столу</w:t>
      </w:r>
    </w:p>
    <w:p>
      <w:r>
        <w:br/>
        <w:t>Що ж це таке, Борюню?</w:t>
      </w:r>
    </w:p>
    <w:p>
      <w:r>
        <w:br/>
        <w:t>Борис. Борюня. Давненько не чув я цього слова. Мене гак звала бабуся. Яка вона була чудова. Мені її тепер не вистачає.</w:t>
      </w:r>
    </w:p>
    <w:p>
      <w:r>
        <w:br/>
        <w:t>Лідія А н д р і ї в н а. Та ми ж із нею жили в одному місті.</w:t>
      </w:r>
    </w:p>
    <w:p>
      <w:r>
        <w:br/>
        <w:t>Б о р и с. А, так, правильно.</w:t>
      </w:r>
    </w:p>
    <w:p>
      <w:r>
        <w:br/>
        <w:t>Лідія Андріївна. Із мамою твоєю. А в сорок шостому твій тато їх забрав. Приїхав з якимись лекціями і побачив її.</w:t>
      </w:r>
    </w:p>
    <w:p>
      <w:r>
        <w:br/>
        <w:t>Борис. Так-так.</w:t>
      </w:r>
    </w:p>
    <w:p>
      <w:r>
        <w:br/>
        <w:t>Лідія А н д р і ї в н а. А за місяць приїхав знову. Вже по неї. І тільки раз бачив. А вона тоді була як оце Тетянка. А тато — вже поважна людина, працював у Академії наук. Ну і... А що дівчинці ще потрібно? Після війни, евакуації, голоду. Бабуся, звісно, її відмовляла — як це так, ти ж його зовсім не знаєш... І хлопець у неї був хороший... Рома. А мама — раз, і все.</w:t>
      </w:r>
    </w:p>
    <w:p>
      <w:r>
        <w:br/>
        <w:t>Борис. Мені бабуся розповідала.</w:t>
      </w:r>
    </w:p>
    <w:p>
      <w:r>
        <w:br/>
        <w:t>Лідія Андріївна. Працювала друкаркою в якійсь редакції, а тоді — раз, і все. І на все життя, Борю.</w:t>
      </w:r>
    </w:p>
    <w:p>
      <w:r>
        <w:br/>
        <w:t>Борис. Ех, Лідіє Андріївно...</w:t>
      </w:r>
    </w:p>
    <w:p>
      <w:r>
        <w:br/>
        <w:t>Лідія А н д р і ї в и а. А бачила лише раз.</w:t>
      </w:r>
    </w:p>
    <w:p>
      <w:r>
        <w:br/>
        <w:t>Борис. Так, це зворушливо. (Осміхнувся.)</w:t>
      </w:r>
    </w:p>
    <w:p>
      <w:r>
        <w:br/>
        <w:t>Лідія Андріївна (розвеселилась). А тато твій не в тім'я битий. Мама гарненька була. Ось як Тетянка. А тато на п'ятнадцять років од неї... (сміється) старший. Старий пеньок уже. От як ти.</w:t>
      </w:r>
    </w:p>
    <w:p>
      <w:r>
        <w:br/>
        <w:t>Б о р и с. Ну так уже!</w:t>
      </w:r>
    </w:p>
    <w:p>
      <w:r>
        <w:br/>
        <w:t>Лідія Андріївна.Точно, Борько, точно як ти! А Тетянка — хороша дівчинка. Серйозна. Я ж мати, я знаю. Ні з ким іще не зустрічалась. Я маю на увазі — по-справжньому ні з ким.</w:t>
      </w:r>
    </w:p>
    <w:p>
      <w:r>
        <w:br/>
        <w:t>Борис. Яка різниця — по-справжньому, не по-справжньому.</w:t>
      </w:r>
    </w:p>
    <w:p>
      <w:r>
        <w:br/>
        <w:t>Лідія А н д р і ї в н а. Ні, ні, я тобі точно кажу.</w:t>
      </w:r>
    </w:p>
    <w:p>
      <w:r>
        <w:br/>
        <w:t>Борис. Справді? Це зворушливо. Але нікому не потрібно. Тепер у ціні зовсім інше. Зовсім інше...</w:t>
      </w:r>
    </w:p>
    <w:p>
      <w:r>
        <w:br/>
        <w:t>Лідія А н д р і ї в н а. Я це зрозуміла. Уяви собі, за один день я багато чого зрозуміла.</w:t>
      </w:r>
    </w:p>
    <w:p>
      <w:r>
        <w:br/>
        <w:t>Б о р и с. Ну і як?</w:t>
      </w:r>
    </w:p>
    <w:p>
      <w:r>
        <w:br/>
        <w:t>Лідія Андріїв н а. Страшно, Боренько.</w:t>
      </w:r>
    </w:p>
    <w:p>
      <w:r>
        <w:br/>
        <w:t>Борис. Страшно, а жити потрібно. Гаразд, Лідіє Андріївно. Ще по маленькій... (Зиркає на ручний годинник.) А то мені завтра їхати рано. (Бере пляшку.)</w:t>
      </w:r>
    </w:p>
    <w:p>
      <w:r>
        <w:br/>
        <w:t>Лідія А н д р і ї в н а. Як узавтра?</w:t>
      </w:r>
    </w:p>
    <w:p>
      <w:r>
        <w:br/>
        <w:t>Борис. Отож.</w:t>
      </w:r>
    </w:p>
    <w:p>
      <w:r>
        <w:br/>
        <w:t>Лідія Андріївна. Навіщо взавтра?</w:t>
      </w:r>
    </w:p>
    <w:p>
      <w:r>
        <w:br/>
        <w:t>Борис. Час. Роги трублять. Підлоги вже висохли. Та й працювати треба. Робота, головне — робота. О, а тут уже пусто. Ну, як нема, то й нема... (Ставить пляшку на місце.) Ключі у вас, ви тут уже призвичаїлись, що потрібно — дзвоніть. Телефон на станції — знаєте?</w:t>
      </w:r>
    </w:p>
    <w:p>
      <w:r>
        <w:br/>
        <w:t>Лідія Андріївна. Стривай, Борю. Взавтра... В мене є...</w:t>
      </w:r>
    </w:p>
    <w:p>
      <w:r>
        <w:br/>
        <w:t>Борис. Що?</w:t>
      </w:r>
    </w:p>
    <w:p>
      <w:r>
        <w:br/>
        <w:t>Лідія Андріївна. Я зараз. (Хутко виходить, тут же повертається з пляшкою коньяку. Врочисто ставить її на стіл.) Ось!</w:t>
      </w:r>
    </w:p>
    <w:p>
      <w:r>
        <w:br/>
        <w:t>Борис. Ну, Лідіє Андріївно! Тихцем вживаєте?</w:t>
      </w:r>
    </w:p>
    <w:p>
      <w:r>
        <w:br/>
        <w:t>Лідія Андріївна. Скажеш... Це я так узяла... ну, коли Тетянка вступить... Якщо вступить.</w:t>
      </w:r>
    </w:p>
    <w:p>
      <w:r>
        <w:br/>
        <w:t>Борис. Завбачливо. Давайте. Яка різниця — зараз, потім. Вступить. Знаєте ж, правда?</w:t>
      </w:r>
    </w:p>
    <w:p>
      <w:r>
        <w:br/>
        <w:t>Лідія Андріївна (ніяково). Ой... якби...</w:t>
      </w:r>
    </w:p>
    <w:p>
      <w:r>
        <w:br/>
        <w:t>Б о р н с. А, облиште, все ви знаєте. І все ви збагнули зовсім не за один день. І правильно. Що скоріше — то краще. За вас, Лідіє Андріївно. За своєчасну переміну ваших поглядів на істинні й непохитні і за нові ваші успіхи на новознайденій стежці. (П'є.)</w:t>
      </w:r>
    </w:p>
    <w:p>
      <w:r>
        <w:br/>
        <w:t>Лідія Андріївна (не випила). Якось ти так сказав, Борю. Якось недобре.</w:t>
      </w:r>
    </w:p>
    <w:p>
      <w:r>
        <w:br/>
        <w:t>Б о р и с. А де ви бачили добре? І що? Всюди недобре, а ось тут... (постукав себе у груди) гірш за все. Не вдається, нічого не вдається.</w:t>
      </w:r>
    </w:p>
    <w:p>
      <w:r>
        <w:br/>
        <w:t>Лідія Андріївна. Борюню, чи ж тобі жалітися? Все є, таке майбутнє. Ну, подумаєш — теж мені, принцеса. Скільки навколо хороших дівчат.</w:t>
      </w:r>
    </w:p>
    <w:p>
      <w:r>
        <w:br/>
        <w:t>Б о р и с. Не хочу... хороших.</w:t>
      </w:r>
    </w:p>
    <w:p>
      <w:r>
        <w:br/>
        <w:t>Лідія А н д р і ї в н а. Та навіщо вона тобі? Знайдеш собі ще.</w:t>
      </w:r>
    </w:p>
    <w:p>
      <w:r>
        <w:br/>
        <w:t>Борис. Люблю я її. Люблю. Жити без неї не можу.</w:t>
      </w:r>
    </w:p>
    <w:p>
      <w:r>
        <w:br/>
        <w:t>Лідія Андріївна. Зможеш, Боренько. І правильно зробив.</w:t>
      </w:r>
    </w:p>
    <w:p>
      <w:r>
        <w:br/>
        <w:t>Б о р и с. А якщо й справді зможу? І не люблю зовсім?</w:t>
      </w:r>
    </w:p>
    <w:p>
      <w:r>
        <w:br/>
        <w:t>Лідія Андріївна. Звичайно, ні. Так, прихильність. Звик. Воно ж із часом звикаєш. До всього. От і до неї звик. І здається... Бог знає, чого тільки не буває. Еге! Я теж... А, та мало чого!</w:t>
      </w:r>
    </w:p>
    <w:p>
      <w:r>
        <w:br/>
        <w:t>Б о р и с. А ви, Лідіє Андріївно, любили кого?</w:t>
      </w:r>
    </w:p>
    <w:p>
      <w:r>
        <w:br/>
        <w:t>Лідія Андріївна. Аякже! Чоловіка свого, ось Тетянку.</w:t>
      </w:r>
    </w:p>
    <w:p>
      <w:r>
        <w:br/>
        <w:t>Б о р и с. А я от... якось так сталося... Мабуть, ненормальна людина — тільки оцю... як її... котра пішла.</w:t>
      </w:r>
    </w:p>
    <w:p>
      <w:r>
        <w:br/>
        <w:t>Лідія Андріївна. Світлану?</w:t>
      </w:r>
    </w:p>
    <w:p>
      <w:r>
        <w:br/>
        <w:t>Б о р и с. А кого ж. Утямили нарешті.</w:t>
      </w:r>
    </w:p>
    <w:p>
      <w:r>
        <w:br/>
        <w:t>Лідія А н д р і ї в н а. Та Бог із нею.</w:t>
      </w:r>
    </w:p>
    <w:p>
      <w:r>
        <w:br/>
        <w:t>Б о р и с. З нею зараз Сергій. Теж... падлюка хороша... А хто міг знати? Передбачати?</w:t>
      </w:r>
    </w:p>
    <w:p>
      <w:r>
        <w:br/>
        <w:t>Лідія Андріївна. Ніхто, ніхто, Боренько.</w:t>
      </w:r>
    </w:p>
    <w:p>
      <w:r>
        <w:br/>
        <w:t>Б о р и с. А ви? У вас досвід. Вам либонь, така ситуація знайома. Вже ви так усе знаєте.</w:t>
      </w:r>
    </w:p>
    <w:p>
      <w:r>
        <w:br/>
        <w:t>Лідія Андріївна. Про що ти?</w:t>
      </w:r>
    </w:p>
    <w:p>
      <w:r>
        <w:br/>
        <w:t>Борис. Про що! Ніби не здогадуєтесь. Про чоловіка вашого. Теж, мабуть...</w:t>
      </w:r>
    </w:p>
    <w:p>
      <w:r>
        <w:br/>
        <w:t>Лідія А н д р і ї в н а. Та Господь із тобою!</w:t>
      </w:r>
    </w:p>
    <w:p>
      <w:r>
        <w:br/>
        <w:t>Б о р и с. Зі мною, зі мною перебуває Боженька. Оберігає мене від усього. Я просто-таки відчуваю його батьківське дихання на своєму лобі. Ось на цьому. (Стукає себе пальцем у лоба.) Ось він мене зараз почоломкає, чи як там... Ну йди, спускайся, Господи, до раба свого, помилуйся, до чого ти його довів! Це так ти експериментуєш над подобами своїми. Ідіотські жарти. А мені тепер що робити?</w:t>
      </w:r>
    </w:p>
    <w:p>
      <w:r>
        <w:br/>
        <w:t>Лідія Андріївна. Борю, ти вже трохи... Ти піди поспи.</w:t>
      </w:r>
    </w:p>
    <w:p>
      <w:r>
        <w:br/>
        <w:t>Борис. От, усе ви знаєте, на все у вас поради. А мені що робити?</w:t>
      </w:r>
    </w:p>
    <w:p>
      <w:r>
        <w:br/>
        <w:t>Лідія Андріївна (підводиться). Я тобі зараз допоможу.</w:t>
      </w:r>
    </w:p>
    <w:p>
      <w:r>
        <w:br/>
        <w:t>Б о р и с. Ні, ви сидіть. Ніхто мені не допоможе, жодна жива душа. Та й де вони, живі душі? Позаховувались у нірки, позабивалися в щілинки й звідти визирають? І відчувають глибоке задоволення? Від того, що це коїться не з ними? Падлюки! Тільки вилізьте. Я вас умить... по законах воєнного часу!</w:t>
      </w:r>
    </w:p>
    <w:p>
      <w:r>
        <w:br/>
        <w:t>Лідія Андріївна. Борю!</w:t>
      </w:r>
    </w:p>
    <w:p>
      <w:r>
        <w:br/>
        <w:t>Борис. Що, не подобається? Знудьгувалися?</w:t>
      </w:r>
    </w:p>
    <w:p>
      <w:r>
        <w:br/>
        <w:t>Лідія А н д р і ї в н а. Та я ж тоді зовсім дівчинкою була.</w:t>
      </w:r>
    </w:p>
    <w:p>
      <w:r>
        <w:br/>
        <w:t>Бори с. Дівчинкою! Оця от, що пішла... як її... теж була колись дівчинкою; і гаго полоскав її у ванночці, а тоді сушив на мотузочці і все мріяв, либонь, поки її обдимав вітерець, яка неповторна радість у нього виросте. Ах-ах-ах! Виросла. Якби ви знали, Лідіє Андріївно, те, що знаю я, ви б внутрішньо здригнулися. І зовнішньо теж. "Внутрішнє" і "зовнішнє" — як на ваших пляшечках.</w:t>
      </w:r>
    </w:p>
    <w:p>
      <w:r>
        <w:br/>
        <w:t>Лідія А н д р і ї в н а. І не потрібно мені нічого знати.</w:t>
      </w:r>
    </w:p>
    <w:p>
      <w:r>
        <w:br/>
        <w:t>Б о р и с. І справді, так легше. Нічого не знай — і живи собі... Хіба не дивно — в час загальної освіти знання не потрібні. Потреба в них відпала. Для життя вони нічого не дають. Та й багато чого іншого відпало теж. Спершу засохло, а тоді...</w:t>
      </w:r>
    </w:p>
    <w:p>
      <w:r>
        <w:br/>
        <w:t>Лідія А н д р і ї в н а. Ти мене не так...</w:t>
      </w:r>
    </w:p>
    <w:p>
      <w:r>
        <w:br/>
        <w:t>Борис. Так. Так. Усе так. Що ж нам робити?</w:t>
      </w:r>
    </w:p>
    <w:p>
      <w:r>
        <w:br/>
        <w:t>Лідія Андріївна. Ходімо спати. Пізно вже.</w:t>
      </w:r>
    </w:p>
    <w:p>
      <w:r>
        <w:br/>
        <w:t>Борис. Ходімо. (Пауза.) А завтра? Все спочатку? А післязавтра? Те саме? І так ціле життя? А я не хочу. Я хочу... Хоч щось я можу змінити? Я ж не якийсь там мікроб. Не дрозофіла. Хіба ж я схожий на дрозофілу?</w:t>
      </w:r>
    </w:p>
    <w:p>
      <w:r>
        <w:br/>
        <w:t>Лідія А н д р і ї в н а. Ні, Боренько, ні. Зовсім не схожий.</w:t>
      </w:r>
    </w:p>
    <w:p>
      <w:r>
        <w:br/>
        <w:t>Б о р и с. А шкода. Вона хоч розмножується. А мені вже тридцять п'ять. Тридцять п'ять — все намарне. (Ширяє очима вусібіч.) Як би мені вирватися! Хоч куди! Хоч головою пробити цей... соляний стовп.</w:t>
      </w:r>
    </w:p>
    <w:p>
      <w:r>
        <w:br/>
        <w:t>Лідія А н д р і ї в н а. Не треба головою.</w:t>
      </w:r>
    </w:p>
    <w:p>
      <w:r>
        <w:br/>
        <w:t>Борис. Так, правильно. Для цього є шлямбур. Чи відбійний молоток. Все є. Немає лише пульсу.</w:t>
      </w:r>
    </w:p>
    <w:p>
      <w:r>
        <w:br/>
        <w:t>Лідія Андріївна. Чого?</w:t>
      </w:r>
    </w:p>
    <w:p>
      <w:r>
        <w:br/>
        <w:t>Борис. Пуль-су. Знаєте: тут-тук! Тук-тук! Я живу без нього. Не намацується. Все второвано, обумовлено. Вже ліг на курс. Можна летіти із заплющеними очима. Як на автопілоті. Сам вивезе. А навіщо?</w:t>
      </w:r>
    </w:p>
    <w:p>
      <w:r>
        <w:br/>
        <w:t>Лідія Андріївна (занепокоїлась). Як це — навіщо? Тільки ж тридцять п'ять. Тільки розуміти себе почав, діло своє полюбив.</w:t>
      </w:r>
    </w:p>
    <w:p>
      <w:r>
        <w:br/>
        <w:t>Борис. Та-а-а...</w:t>
      </w:r>
    </w:p>
    <w:p>
      <w:r>
        <w:br/>
        <w:t>Лідія Андріївна. Казав же друг твій, які в тебе чудові успіхи.</w:t>
      </w:r>
    </w:p>
    <w:p>
      <w:r>
        <w:br/>
        <w:t>Борис. Друг! І він те саме. Лакуза. Усі хочуть в пенсне і велюрових капелюхах. А велюру на всіх не вистачає. І ви хочете.</w:t>
      </w:r>
    </w:p>
    <w:p>
      <w:r>
        <w:br/>
        <w:t>Лідія Андріївна. Капелюха?</w:t>
      </w:r>
    </w:p>
    <w:p>
      <w:r>
        <w:br/>
        <w:t>Борис. Образно кажучи. Не для себе, то для Тані. А може, їй краще сидіти у вашому містечку Ен...</w:t>
      </w:r>
    </w:p>
    <w:p>
      <w:r>
        <w:br/>
        <w:t>Лідія А н д р і ї в н а. Ні.</w:t>
      </w:r>
    </w:p>
    <w:p>
      <w:r>
        <w:br/>
        <w:t>Б о р и с. Та вийти за хорошого хлопця з мозолями на руках...</w:t>
      </w:r>
    </w:p>
    <w:p>
      <w:r>
        <w:br/>
        <w:t>Лідія А н д р і ї в н а. Ні.</w:t>
      </w:r>
    </w:p>
    <w:p>
      <w:r>
        <w:br/>
        <w:t>Б о р и с. Та онуків понароджувати бабусі, а по вихідних застеляти стіл білою скатертиною...</w:t>
      </w:r>
    </w:p>
    <w:p>
      <w:r>
        <w:br/>
        <w:t>Лідія Андріївна. Ні!</w:t>
      </w:r>
    </w:p>
    <w:p>
      <w:r>
        <w:br/>
        <w:t>Б о р и с. А вікна пообвішувати фіранками в квіточках.</w:t>
      </w:r>
    </w:p>
    <w:p>
      <w:r>
        <w:br/>
        <w:t>Лідія Андріївна (тихо). Це все було в мене.</w:t>
      </w:r>
    </w:p>
    <w:p>
      <w:r>
        <w:br/>
        <w:t>Б о р и с. Ну і?..</w:t>
      </w:r>
    </w:p>
    <w:p>
      <w:r>
        <w:br/>
        <w:t>Лідія Андріївна (якийсь час сидить, винувато посміхаючись). Нехай хоч Тетянка...</w:t>
      </w:r>
    </w:p>
    <w:p>
      <w:r>
        <w:br/>
        <w:t>Борис (зиркнув на годинник). Ну все, за п'ять хвилин мене вже не буде.</w:t>
      </w:r>
    </w:p>
    <w:p>
      <w:r>
        <w:br/>
        <w:t>Спантеличений погляд Лідії Андріївни.</w:t>
      </w:r>
    </w:p>
    <w:p>
      <w:r>
        <w:br/>
        <w:t>Не лякайтеся. За п'ять хвилин мене візьме. Оце ось. (Показав на пляшку.) Я себе знаю. Раз — і все. Ляжу. Ляжу, ляжу... (Устав, постояв, подумав.) Так! (Різко повернувся й став підніматися сходами. Коло дверей своєї кімнати.) Сподіваюся, з кватирки не викинусь. (Штовхнув був двері, та знов обернувся.) А на вікнах — фіранки в квіточках! (Грюкнув дверима.)</w:t>
      </w:r>
    </w:p>
    <w:p>
      <w:r>
        <w:br/>
        <w:t>Лідія Андріївна здригнулась. Певний час вона так і сидить за столом. Ось якась думка, якийсь біль спотворили її обличчя — жінка мовби прийшла до тями, глянула на двері Тетянчиної кімнати й знову завмерла. Затим гукнула.</w:t>
      </w:r>
    </w:p>
    <w:p>
      <w:r>
        <w:br/>
        <w:t>Лідія Андріївна. Таню! (Голосніше.) Танюшо!</w:t>
      </w:r>
    </w:p>
    <w:p>
      <w:r>
        <w:br/>
        <w:t>Тихо в домі. Встає і йде до доччиної кімнати Прочиняє двері, секунду стоїть — темрявою дихнуло на неї Заходить. А тоді з'являється знову — м'яко веде за руку Таню. Дівчина в нічній сорочці, час од часу ледь позіхає. Тямить зі сну поганенько.</w:t>
      </w:r>
    </w:p>
    <w:p>
      <w:r>
        <w:br/>
        <w:t>Т а н я. Ой, мам, куди?</w:t>
      </w:r>
    </w:p>
    <w:p>
      <w:r>
        <w:br/>
        <w:t>Лідія Андріївна. Ходім, ходім.</w:t>
      </w:r>
    </w:p>
    <w:p>
      <w:r>
        <w:br/>
        <w:t>Т а н я. Ну навіщо, мам, що це ти надумала?</w:t>
      </w:r>
    </w:p>
    <w:p>
      <w:r>
        <w:br/>
        <w:t>Лідія Андріївна. Зараз, доню, зараз. (Кинула погляд нагору.) Сідай.</w:t>
      </w:r>
    </w:p>
    <w:p>
      <w:r>
        <w:br/>
        <w:t>Т а н я. О-ой... (Сіла, трохи зіщулилась.)</w:t>
      </w:r>
    </w:p>
    <w:p>
      <w:r>
        <w:br/>
        <w:t>Лідія Андріївна. Що, холодно? Холодно тобі? Стривай... (Вже кинулась була охоче за чимось тепліш.)</w:t>
      </w:r>
    </w:p>
    <w:p>
      <w:r>
        <w:br/>
        <w:t>Т а н я. Та ні, це я так. Не треба.</w:t>
      </w:r>
    </w:p>
    <w:p>
      <w:r>
        <w:br/>
        <w:t>Спинилася Лідія Андріївна і дивиться з надмірною ніжністю на дочку —</w:t>
      </w:r>
    </w:p>
    <w:p>
      <w:r>
        <w:br/>
        <w:t>та сонно втупилась у підлогу, ладна ось-ось звалитися зі стільця</w:t>
      </w:r>
    </w:p>
    <w:p>
      <w:r>
        <w:br/>
        <w:t>Лідія Андріївна. Тетянко, не спи, не спи, донечко.</w:t>
      </w:r>
    </w:p>
    <w:p>
      <w:r>
        <w:br/>
        <w:t>Т а н я. Ну що, мамо? Що це за тортури такі китайські?</w:t>
      </w:r>
    </w:p>
    <w:p>
      <w:r>
        <w:br/>
        <w:t>Лідія Андріївна. Танюшо... Ти... Тобі подобається Боря?</w:t>
      </w:r>
    </w:p>
    <w:p>
      <w:r>
        <w:br/>
        <w:t>Т а н я. Який? Цей наш?</w:t>
      </w:r>
    </w:p>
    <w:p>
      <w:r>
        <w:br/>
        <w:t>Лідія Андріївна. Авжеж.</w:t>
      </w:r>
    </w:p>
    <w:p>
      <w:r>
        <w:br/>
        <w:t>Т а н я (позіхнула). Нічого. А хіба що?</w:t>
      </w:r>
    </w:p>
    <w:p>
      <w:r>
        <w:br/>
        <w:t>Лідія А н д р і ї в н а. Не "нічого", а дуже... дуже достойний молодий чоловік.</w:t>
      </w:r>
    </w:p>
    <w:p>
      <w:r>
        <w:br/>
        <w:t>Т а н я. То й що?</w:t>
      </w:r>
    </w:p>
    <w:p>
      <w:r>
        <w:br/>
        <w:t>Лідія А н д р і ї в н а. Не "то й що", а тепер таких людей, як Боря, дуже мало. їх майже немає.</w:t>
      </w:r>
    </w:p>
    <w:p>
      <w:r>
        <w:br/>
        <w:t>Т а н я (байдужно). А куди ж вони поділися, мамо?</w:t>
      </w:r>
    </w:p>
    <w:p>
      <w:r>
        <w:br/>
        <w:t>Лідія А н д р і ї в н а. А їх і не було. Раніше так, раніше були.</w:t>
      </w:r>
    </w:p>
    <w:p>
      <w:r>
        <w:br/>
        <w:t>Т а н я. До революції?</w:t>
      </w:r>
    </w:p>
    <w:p>
      <w:r>
        <w:br/>
        <w:t>Лідія А н д р і ї в н а. Ні, чому ж. І після. Інтелігентні, милі люди. З гарними манерами. У пенсне. І от Боря... Освічені... З гарних родин. І от Боря видається мені такою людиною.</w:t>
      </w:r>
    </w:p>
    <w:p>
      <w:r>
        <w:br/>
        <w:t>Т а н я. А пенсне?</w:t>
      </w:r>
    </w:p>
    <w:p>
      <w:r>
        <w:br/>
        <w:t>Лідія Андріївна. Га?</w:t>
      </w:r>
    </w:p>
    <w:p>
      <w:r>
        <w:br/>
        <w:t>Т а н я. Пенсне ж у нього немає.</w:t>
      </w:r>
    </w:p>
    <w:p>
      <w:r>
        <w:br/>
        <w:t>Лідія Андріївна. Далося тобі це пенсне. Немає, то й йде краще. Переживемо. Боря — чудова людина.</w:t>
      </w:r>
    </w:p>
    <w:p>
      <w:r>
        <w:br/>
        <w:t>Тетянчин погляд набуває осмисленого виразу.</w:t>
      </w:r>
    </w:p>
    <w:p>
      <w:r>
        <w:br/>
        <w:t>М'яка, делікатна, скромна, не те що цей... Прекрасне майбутнє. Та й теперішнє, скажу тобі, не з гірших. От я й подумала. Танюшо, — послухай-но свою маму, — якби ти могла... пройнятися до нього... Ну, повагою, чи що... віддати належне його чудовим якостям... Ми могли б зовсім змінити наше життя.</w:t>
      </w:r>
    </w:p>
    <w:p>
      <w:r>
        <w:br/>
        <w:t>Т а н я. Мамо! Я все збагнула! Ти закохалась!</w:t>
      </w:r>
    </w:p>
    <w:p>
      <w:r>
        <w:br/>
        <w:t>Лідія Андріїв н а. О Господи!</w:t>
      </w:r>
    </w:p>
    <w:p>
      <w:r>
        <w:br/>
        <w:t>Т а н я. Ти так говорила...</w:t>
      </w:r>
    </w:p>
    <w:p>
      <w:r>
        <w:br/>
        <w:t>Лідія Андріївна. Дурненька. Запам'ятай — твоя мама думає тільки про тебе. Тільки про тебе. Двоє красивих молодих людей...</w:t>
      </w:r>
    </w:p>
    <w:p>
      <w:r>
        <w:br/>
        <w:t>Т а н я. Про що це ти?</w:t>
      </w:r>
    </w:p>
    <w:p>
      <w:r>
        <w:br/>
        <w:t>Лідія Андріївна. Про тебе. Про тебе і про Борю.</w:t>
      </w:r>
    </w:p>
    <w:p>
      <w:r>
        <w:br/>
        <w:t>Т а н я. Він зовсім не гарний.</w:t>
      </w:r>
    </w:p>
    <w:p>
      <w:r>
        <w:br/>
        <w:t>Лідія Андріївна. А тобі потрібно, щоб зірка в лобі, так? Є в ньому щось таке... Ці очі...</w:t>
      </w:r>
    </w:p>
    <w:p>
      <w:r>
        <w:br/>
        <w:t>Т а н я. Якось навіть дивно... І зовсім не молодий.</w:t>
      </w:r>
    </w:p>
    <w:p>
      <w:r>
        <w:br/>
        <w:t>Лідія А н д р і ї в н а. А тобі потрібно твого віку? Чи кого? Юного піонера Радянського Союзу? Юрко твій тобі потрібен — разом босоніж по калюжах хльопати? У цьому, по-твоєму, найвище щастя?</w:t>
      </w:r>
    </w:p>
    <w:p>
      <w:r>
        <w:br/>
        <w:t>Т а н я. А в чому, мамо?</w:t>
      </w:r>
    </w:p>
    <w:p>
      <w:r>
        <w:br/>
        <w:t>Пауза.</w:t>
      </w:r>
    </w:p>
    <w:p>
      <w:r>
        <w:br/>
        <w:t>Лідія Андріївна. Так, у твої роки в цьому. Але ж перед тобою ціле життя. І теплих калюж у ньому буде меншать. З роками вони випаровуються, і залишається що? Дорога. У вибоїнах і рівчаках. Мине всього кілька років, і ти переконаєшся сама. Мені пощастило — я зустріла твого тата, а кого зустрінеш ти? Що за людина, як він до тебе ставитиметься? Сама, в чужому місті...</w:t>
      </w:r>
    </w:p>
    <w:p>
      <w:r>
        <w:br/>
        <w:t>Т а н я. Ти ж збиралася сюди переїздити.</w:t>
      </w:r>
    </w:p>
    <w:p>
      <w:r>
        <w:br/>
        <w:t>Лідія А н д р і ї в н а. А, коли ще те буде! Та й чи буде? Наш будинок... Хто його купить? А прописка? Так, твій тато був, звичайно, хороша людина — то й що? Що він залишив після себе, що в нього було, крім того, що він хороша людина?</w:t>
      </w:r>
    </w:p>
    <w:p>
      <w:r>
        <w:br/>
        <w:t>Т а н я. Мамо...</w:t>
      </w:r>
    </w:p>
    <w:p>
      <w:r>
        <w:br/>
        <w:t>Лідія А н д р і ї в н а. От він прожив життя. І що? А в нього не було жодного отакого дня, котрий оці (жест) сприймають як належне. Чому? Що він, гірший? Він гірший за оцього... з його ста карбованцями на день? Так, він гірший, тому що він був чесною людиною.</w:t>
      </w:r>
    </w:p>
    <w:p>
      <w:r>
        <w:br/>
        <w:t>Т а н я. Ти так ніколи не говорила.</w:t>
      </w:r>
    </w:p>
    <w:p>
      <w:r>
        <w:br/>
        <w:t>Лідія А н д р і ї в н а. Не говорила, так, бо і я думала: те, як ми живемо, правильно. І слід цим пишатися. Чим? Ти думаєш, розчаруватися можна лише в коханні? У недобудованому куточку для двох? У роботі, що про неї через тридцять років і чути несила? І день у день те саме й те саме — хоч ти лусни, хоч з вікна, гак у нашому місті й будинку достатньої височини не знайдеш.</w:t>
      </w:r>
    </w:p>
    <w:p>
      <w:r>
        <w:br/>
        <w:t>Т а н я. Мамо...</w:t>
      </w:r>
    </w:p>
    <w:p>
      <w:r>
        <w:br/>
        <w:t>Лідія Андріївна. Танюшо, твоя мама каже тобі це. Твоя завжди життєрадісна мама. Хто може відповісти — чому, за віщо так безглуздо минулися мої роки? Хто в змозі повернути мені хоч от стілечки? Так, і ця сукня на мені безглузда, і сьогодні мені дали зрозуміти, що я, виявляється, була дурепа. І вони праві. Але ж не можна так дурепою і звікувати. Хоч би наприкінці життя слід порозумнішати. І я відчуваю... Я катастрофічно розумнішаю. Га? Не помітно?</w:t>
      </w:r>
    </w:p>
    <w:p>
      <w:r>
        <w:br/>
        <w:t>Т а н я. Помітно, мамо.</w:t>
      </w:r>
    </w:p>
    <w:p>
      <w:r>
        <w:br/>
        <w:t>Лідія А н д р і ї в н а. То послухай же мене. Раз. Один лише раз буває таке... Ця дівчина (кивок догори) вже не повернеться. Вона поїхала назавжди.</w:t>
      </w:r>
    </w:p>
    <w:p>
      <w:r>
        <w:br/>
        <w:t>Т а н я. Я зрозуміла тебе. (Пауза.) А що сказав би тато?</w:t>
      </w:r>
    </w:p>
    <w:p>
      <w:r>
        <w:br/>
        <w:t>Лідія Андріївна. Нічого, нічого не сказав би. Не скаже. Немає тата. Все. Є тільки ми. Ми удвох. Я і ти, моя люба дочка, любима незмірно. І нема кому нам допомогти, нема в кого на грудях поплакати, нема кого обійняти і нема кому вранці почистити щіткою піджака. Якби живий був тато... (Пауза.) Він сказав би: "Я хочу, щоб моя дочка жила краще, щоб вона зазнала щастя. Я хочу, щоб вона не злиднювала, не відкладала на чорний день, не лічила кожного карбованця, не позичала на зимове пальто, вивчилась..." (Пауза.) Тато багато чого міг би сказати.</w:t>
      </w:r>
    </w:p>
    <w:p>
      <w:r>
        <w:br/>
        <w:t>Т а н я. Але ж... я його не люблю.</w:t>
      </w:r>
    </w:p>
    <w:p>
      <w:r>
        <w:br/>
        <w:t>Лідія Андріїв н а. Люблю... Ви все шукаєте, все ждете — от воно прийде, кохання, неземне, надзвичайне. А такого не буває, ні. Є життя — складне, дуже складне, де всього домагаються потом і трудом. Навіть у стосунках між двома людьми. Сім'я — це труд, Танюшо, і добре живе той, хто не лінується, хто готовий піти назустріч, готовий до розуміння, співчуття... Це праця. А ти ж у мене до праці звикла?</w:t>
      </w:r>
    </w:p>
    <w:p>
      <w:r>
        <w:br/>
        <w:t>Мовчання</w:t>
      </w:r>
    </w:p>
    <w:p>
      <w:r>
        <w:br/>
        <w:t>Я розумію тебе, донечко. Малознайома людина...</w:t>
      </w:r>
    </w:p>
    <w:p>
      <w:r>
        <w:br/>
        <w:t>Т а н я. Мало?..</w:t>
      </w:r>
    </w:p>
    <w:p>
      <w:r>
        <w:br/>
        <w:t>Лідія Андріївна. Ну, майже незнайома, нехай — то й що? Чи ж не буває, коли — раз! — і на все життя? Та в нього тато так само одружився. А це передається, Танюшо, це в нього (показала нагору) уже в крові. От він спить зараз, а воно в крові. І все бігає, бігає... Та він ще й за щастя вважатиме, авжеж! Йому й не снилося. Така дівчинка, ягідко ти моя. Я ж бачила, як він на тебе дивився, я такі речі помічаю. Материнське серце не помиляється. Ну, Танюшо...</w:t>
      </w:r>
    </w:p>
    <w:p>
      <w:r>
        <w:br/>
        <w:t>Т а н я (не одразу). А як же я, мамо?</w:t>
      </w:r>
    </w:p>
    <w:p>
      <w:r>
        <w:br/>
        <w:t>Лідія А н д р і ї в н а. А я, я, твоя мати? Що я бачила хорошого за свої п'ятдесят два роки? Ти в мене з'явилася трошки пізненько, і ти була сонечком моїм. Чи ж я зичила б тобі поганого? Повір мені, Тетянко. Все в нас може змінитися. Чи ж я в тебе не заслужила? Не заслужила горбом своїм, оцими ось руками — і на руки вже не схожі? Хочеш, щоб і в тебе були такі? Ну, Танюшо? Ну? Ти ж завжди була слухняна дівчинка, і ми з тобою...</w:t>
      </w:r>
    </w:p>
    <w:p>
      <w:r>
        <w:br/>
        <w:t>Т а н я (мить помовчала). Так, мамо. Ти завжди хотіла...</w:t>
      </w:r>
    </w:p>
    <w:p>
      <w:r>
        <w:br/>
        <w:t>Лідія Андріївна. Так, Танюшо...</w:t>
      </w:r>
    </w:p>
    <w:p>
      <w:r>
        <w:br/>
        <w:t>Т а н я. Щоб я була щаслива...</w:t>
      </w:r>
    </w:p>
    <w:p>
      <w:r>
        <w:br/>
        <w:t>Лідія Андріївна. Так!</w:t>
      </w:r>
    </w:p>
    <w:p>
      <w:r>
        <w:br/>
        <w:t>Т а н я. За будь-яку ціну.</w:t>
      </w:r>
    </w:p>
    <w:p>
      <w:r>
        <w:br/>
        <w:t>Лідія Андріївна. Свою! Будь-яку свою ціну!</w:t>
      </w:r>
    </w:p>
    <w:p>
      <w:r>
        <w:br/>
        <w:t>Т а н я. Ну що ж...</w:t>
      </w:r>
    </w:p>
    <w:p>
      <w:r>
        <w:br/>
        <w:t>Якось змінився Тетянин погляд. Став твердішим? Більш різким? Холоднішим? Загостренішим? Неможливо сказати однозначно, але, якось змінився.</w:t>
      </w:r>
    </w:p>
    <w:p>
      <w:r>
        <w:br/>
        <w:t>Лідія Андріївна (торкається пляшки). Може, ти трохи?..</w:t>
      </w:r>
    </w:p>
    <w:p>
      <w:r>
        <w:br/>
        <w:t>Т а н я. Навіщо? Кажуть, від п'яних батьків народжуються виродки. Ти не боїшся онука-виродка?</w:t>
      </w:r>
    </w:p>
    <w:p>
      <w:r>
        <w:br/>
        <w:t>Лідія Андріївна. Господь із тобою, Танюшо. Що ти таке!..</w:t>
      </w:r>
    </w:p>
    <w:p>
      <w:r>
        <w:br/>
        <w:t>Т а н я. Все правильно, мамо. Скоро ранок... (Устає.) Тож вибач — час підтискає. Ще набалакаємося. (Прямує до сходів.)</w:t>
      </w:r>
    </w:p>
    <w:p>
      <w:r>
        <w:br/>
        <w:t>Лідія Андріївна. Танюшо! (Подалася за нею.)</w:t>
      </w:r>
    </w:p>
    <w:p>
      <w:r>
        <w:br/>
        <w:t>Таня не оглядається — піднімається сходами, йде галереєю, спиняється коло Борисової кімнати, озирається. Молитовно склавши руки, дивиться на неї мати. Дівчина м'яко штовхає двері й зникає за ними. Не зводячи погляду з дверей, Лідія Андріївна безсило опускається на коліна і так завмирає.</w:t>
      </w:r>
    </w:p>
    <w:p>
      <w:r>
        <w:br/>
        <w:t>Ранок наступного дня</w:t>
      </w:r>
    </w:p>
    <w:p>
      <w:r>
        <w:br/>
        <w:t>У холі Борис та Лідія Андріївна</w:t>
      </w:r>
    </w:p>
    <w:p>
      <w:r>
        <w:br/>
        <w:t>Навряд чи скажеш, що в них бадьорий вигляд. Обоє розгублені, навіть пригнічені</w:t>
      </w:r>
    </w:p>
    <w:p>
      <w:r>
        <w:br/>
        <w:t>Лідія Андріївна. Ну, куди, куди вона могла подітися? Ні її, ані речей... І ти нічого не помітив?</w:t>
      </w:r>
    </w:p>
    <w:p>
      <w:r>
        <w:br/>
        <w:t>Борис розводить руками</w:t>
      </w:r>
    </w:p>
    <w:p>
      <w:r>
        <w:br/>
        <w:t>Звичайно, у такому стані...</w:t>
      </w:r>
    </w:p>
    <w:p>
      <w:r>
        <w:br/>
        <w:t>Борис. Хоч би як там було... Ви, напевно, зрозуміли: я людина досип, замкнена. Близьких друзів у мене немає, глибокої прихильності до когось теж. Біда це моя чи щастя — не знаю. Просто мені гак зручніше. Я звів довкола себе стіни. З кришталю вони чи з лайна – інше питання, але пробитися до мене важко. І от Таня... Мені здасться, у нас є можливість зрозуміти одне одного. Колись же слід починати... Мабуть, ми почали не з того, до чого звикли у вашому місті, — ну то й що? Я людина серйозна і, природно, відповідаю за власні вчинки. Тим наче я куди старший од вашої доньки. Словом, вам нема чого непокоїтися.</w:t>
      </w:r>
    </w:p>
    <w:p>
      <w:r>
        <w:br/>
        <w:t>Лідія Андріївна. Але Таня, Таня... Вона ж іще зовсім дівчинка...</w:t>
      </w:r>
    </w:p>
    <w:p>
      <w:r>
        <w:br/>
        <w:t>Борис. Справді, нема чого хвилюватися. Куди вона може подітися?</w:t>
      </w:r>
    </w:p>
    <w:p>
      <w:r>
        <w:br/>
        <w:t>Лідія А н д р і ї в н а. Ти її не знаєш — вона здатна на все. Дівчинка з її вихованням, з її чистими поглядами на життя. Як жорстоко ти її поранив.</w:t>
      </w:r>
    </w:p>
    <w:p>
      <w:r>
        <w:br/>
        <w:t>Борис. Ну, поїде додому. Зрештою, поживе кілька днів у готелі. Піде до гуртожитку...</w:t>
      </w:r>
    </w:p>
    <w:p>
      <w:r>
        <w:br/>
        <w:t>Лідія А н д р і ї в н а. В неї дуже нестійка нервова система — кажу тобі як медик. Вона може... Навіть страшно собі уявити!</w:t>
      </w:r>
    </w:p>
    <w:p>
      <w:r>
        <w:br/>
        <w:t>Борис. Зараз, зараз я... Чорт! І машина, мов навмисне. Я піду ще подзвоню.</w:t>
      </w:r>
    </w:p>
    <w:p>
      <w:r>
        <w:br/>
        <w:t>Лідія Андріївн а. Так, піди. Ні! Краще тут. Побудь зі мною, бо я збожеволію. Від усього цього я збожеволію! (Раптом тихо.) Господи! Сьогодні вночі я втратила дочку... (Опускається на стілець.)</w:t>
      </w:r>
    </w:p>
    <w:p>
      <w:r>
        <w:br/>
        <w:t>Борис. Ну, чому втратили?</w:t>
      </w:r>
    </w:p>
    <w:p>
      <w:r>
        <w:br/>
        <w:t>Лідія А н д р і ї в н а. Як ми жили, як ми жили, якби ти знав. Адже в мене, крім неї, нікого. Нікого, Борю.</w:t>
      </w:r>
    </w:p>
    <w:p>
      <w:r>
        <w:br/>
        <w:t>Борис. Прошу вас...</w:t>
      </w:r>
    </w:p>
    <w:p>
      <w:r>
        <w:br/>
        <w:t>Лідія Андріївна. А раптом — чи ж мало що! Сільська місцевість, якісь жахливі ваговози, якась техніка. І все це їде і їде... Хоч що-небудь...</w:t>
      </w:r>
    </w:p>
    <w:p>
      <w:r>
        <w:br/>
        <w:t>Борис. Зараз... Я що-небудь... Треба щось придумати.</w:t>
      </w:r>
    </w:p>
    <w:p>
      <w:r>
        <w:br/>
        <w:t>Лідія Андріївна. Вона таке ніжне, таке вразливе дитя, з добрим серцем. Вічно якісь шолудиві коти — вона їх лікувала... (Прикладає долоні тильною стороною до скронь.) Голова розламується. А ви, Борю, а ти... Як вона зараз, напевне, мучиться. Чого ж ти стоїш! Ми її так оберігали, і от у домі наших...</w:t>
      </w:r>
    </w:p>
    <w:p>
      <w:r>
        <w:br/>
        <w:t>Борис. Лідіє Андріївно, я вас розумію. Але ж я вам уже все сказав — що мені, письмове зобов'язання скласти?</w:t>
      </w:r>
    </w:p>
    <w:p>
      <w:r>
        <w:br/>
        <w:t>Лідія Андріївна. Ні, це зайве. Адже ти не можеш...</w:t>
      </w:r>
    </w:p>
    <w:p>
      <w:r>
        <w:br/>
        <w:t>Борис. Мені Таня дуже подобається. (Виразно.) Усе своє життя я мріяв зустріти таку дівчину, як Таня.</w:t>
      </w:r>
    </w:p>
    <w:p>
      <w:r>
        <w:br/>
        <w:t>Лідія А н д р і ї в н а. І ти не помилився, друже мій, слово матері. Ви знайдете одне одного. В коханні.</w:t>
      </w:r>
    </w:p>
    <w:p>
      <w:r>
        <w:br/>
        <w:t>Скривився Борис.</w:t>
      </w:r>
    </w:p>
    <w:p>
      <w:r>
        <w:br/>
        <w:t>Юна істота, полишена на хвилину без материнського нагляду, довірливо потяглася до тебе. Вона навідалась, певне, взнати, як ти себе почуваєш. І ти...</w:t>
      </w:r>
    </w:p>
    <w:p>
      <w:r>
        <w:br/>
        <w:t>Б о р и с. Я ж прошу вас! (Пауза.) Можливо, я був надто стомлений.</w:t>
      </w:r>
    </w:p>
    <w:p>
      <w:r>
        <w:br/>
        <w:t>Лідія Андріївна. Стомлений!</w:t>
      </w:r>
    </w:p>
    <w:p>
      <w:r>
        <w:br/>
        <w:t>Борис. Авжеж, після вашого коньяку. Раптом він у вас звідкись з'явився. Цілком випадково. Змахнула рукавом... Василиса Прекрасна!</w:t>
      </w:r>
    </w:p>
    <w:p>
      <w:r>
        <w:br/>
        <w:t>Лідія А н д р і ї в н а. Ти мене вражаєш. Ти бачиш, у якому я дикому, жахливому стані, що я на грані нервової кризи, і та вважаєш доречним ось так... ось так... (Схлипує.) Коли моя дочка...</w:t>
      </w:r>
    </w:p>
    <w:p>
      <w:r>
        <w:br/>
        <w:t>Б о р и с. Ну все, ну все, ну все. Я теж переживаю. Це в мене теж нервове — ви маєте зрозуміти.</w:t>
      </w:r>
    </w:p>
    <w:p>
      <w:r>
        <w:br/>
        <w:t>Лідія А Н Д р ЇЇ В Н а. Я розумію тебе, мій хлопчику Чисте серце, благородна душа. Так, тільки ти... Ні, я не можу, я так не можу. Збирайся! Ідемо.</w:t>
      </w:r>
    </w:p>
    <w:p>
      <w:r>
        <w:br/>
        <w:t>Борис. Куди?</w:t>
      </w:r>
    </w:p>
    <w:p>
      <w:r>
        <w:br/>
        <w:t>Лідія Андріївна. Куди завгодно, тільки не тут, тільки не тут. Ми залишимо записку, хоча... Боже мій! Про що я думала раніше? Я надто добре знаю свою дочку. Ніколи, ніколи вже... Навіщо? Навіщо мені все це?</w:t>
      </w:r>
    </w:p>
    <w:p>
      <w:r>
        <w:br/>
        <w:t>Тим часом двері нехутко прочиняються —</w:t>
      </w:r>
    </w:p>
    <w:p>
      <w:r>
        <w:br/>
        <w:t>на порозі з валізкою в руці постає Т а н я.</w:t>
      </w:r>
    </w:p>
    <w:p>
      <w:r>
        <w:br/>
        <w:t>Б о р и с. Ну от!</w:t>
      </w:r>
    </w:p>
    <w:p>
      <w:r>
        <w:br/>
        <w:t>Лідія Андріївна. Таню! Тетянко! (Кидається до дочки, але, вколовшись її абсолютно байдужим і ледь гидливим поглядом, стовпіє.) Донечко...</w:t>
      </w:r>
    </w:p>
    <w:p>
      <w:r>
        <w:br/>
        <w:t>Т а н я (спинилася посеред холу. Не дивиться ні на кого, дуже спокійно). Борю, скажи цій жінці, щоб вона негайно ж забиралася звідси.</w:t>
      </w:r>
    </w:p>
    <w:p>
      <w:r>
        <w:br/>
        <w:t>Лідія А н д р і ї в н а. Таню! Танюшо! Що ти кажеш!</w:t>
      </w:r>
    </w:p>
    <w:p>
      <w:r>
        <w:br/>
        <w:t>Т а н я (твердіше). Борю, поясни цій жінці, що її присутність у цьому домі аж ніяк не бажана.</w:t>
      </w:r>
    </w:p>
    <w:p>
      <w:r>
        <w:br/>
        <w:t>Бори с. Лідіє Ан... (Замовкає.)</w:t>
      </w:r>
    </w:p>
    <w:p>
      <w:r>
        <w:br/>
        <w:t>Т а н я. Тоді я скажу.</w:t>
      </w:r>
    </w:p>
    <w:p>
      <w:r>
        <w:br/>
        <w:t>Лідія Андріївна, не в змозі здобутися бодай на слово, простягає руки до дочки, німо благаючи її мовчати, і лише дрібно киває. А водночас у дворі у якомусь благословенному смутку, що несподівано пойняв її, з'являється Світлана, ступає на ґанок і спиняється на мить, не наважуючись увійти. Так само з валізкою, Таня йде до сходів і піднімається нагору. Озирнулась на Бориса</w:t>
      </w:r>
    </w:p>
    <w:p>
      <w:r>
        <w:br/>
        <w:t>Ходімо, милий?</w:t>
      </w:r>
    </w:p>
    <w:p>
      <w:r>
        <w:br/>
        <w:t>Світлана штовхнула двері, одразу ж помічена всіма, стала на порозі</w:t>
      </w:r>
    </w:p>
    <w:p>
      <w:r>
        <w:br/>
        <w:t>Пауза.</w:t>
      </w:r>
    </w:p>
    <w:p>
      <w:r>
        <w:br/>
        <w:t>Ну що ж ти? Ходім.</w:t>
      </w:r>
    </w:p>
    <w:p>
      <w:r>
        <w:br/>
        <w:t>Завіса</w:t>
      </w:r>
    </w:p>
    <w:p>
      <w:r>
        <w:br/>
        <w:t>1983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Провінціалки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