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Провідав</w:t>
      </w:r>
    </w:p>
    <w:p>
      <w:r>
        <w:br/>
        <w:t xml:space="preserve"> &lt;p&gt;Я на власному досвіді переконався, що у нашому класі є неввічливі учні. От хоча б Володька Черепашенко. У нього все обличчя у ластовинні, наче художник розмалював. І ніс гачком. Ми з ним колись товаришували.</w:t>
      </w:r>
    </w:p>
    <w:p>
      <w:r>
        <w:br/>
        <w:t>Одного разу пішов я до нього в гості. Відразу після школи. Навіть додому не забігав. Піднімаюся на четвертий поверх. Зупиняюся перед дверима. Переводжу дух. Натискую кнопку дзвінка. Клацнув замок, і на порозі з'явився Черепашенко. Вигляд такий, ніби на Північний полюс зібрався. На ногах валянки, кожух підперезаний міцним ремінцем. Комір піднято. Шапка-вушанка зав'язана під підборіддям вузлом. Шия замотана шарфом, ніби у відомого артиста, який береже горло більше, ніж очі.</w:t>
      </w:r>
    </w:p>
    <w:p>
      <w:r>
        <w:br/>
        <w:t>— Привіт! — кажу.</w:t>
      </w:r>
    </w:p>
    <w:p>
      <w:r>
        <w:br/>
        <w:t>— Здоров! — І стоїть на порозі.— Ми ж сьогодні ніби бачилися.</w:t>
      </w:r>
    </w:p>
    <w:p>
      <w:r>
        <w:br/>
        <w:t>— Нічого! — махаю рукою.— Я людина вихована. Можеш вважати, що такого ввічливого, як я, немає в цілому мікрорайоні. Не те, що інші.</w:t>
      </w:r>
    </w:p>
    <w:p>
      <w:r>
        <w:br/>
        <w:t>Володька почервонів і запропонував мені зайти. Нетерпляче тупцюючись у коридорі, він поглядав то на двері, то на мене.</w:t>
      </w:r>
    </w:p>
    <w:p>
      <w:r>
        <w:br/>
        <w:t>— Заспокойся,— кажу.— Адресу я не переплутав. Я вирішив тебе провідати.</w:t>
      </w:r>
    </w:p>
    <w:p>
      <w:r>
        <w:br/>
        <w:t>— А я нічого,— белькоче,— я дуже радий.</w:t>
      </w:r>
    </w:p>
    <w:p>
      <w:r>
        <w:br/>
        <w:t>Допоміг мені роздягнутися. Повісив пальто на вішалку. Дав кімнатні тапці. Запропонував пройти у вітальню. Вихованим прикидається. А сам, бачу, мало не плаче.</w:t>
      </w:r>
    </w:p>
    <w:p>
      <w:r>
        <w:br/>
        <w:t>— Та ти чого такий невеселий? питаю.— Чи не захворів?</w:t>
      </w:r>
    </w:p>
    <w:p>
      <w:r>
        <w:br/>
        <w:t>— Ні.</w:t>
      </w:r>
    </w:p>
    <w:p>
      <w:r>
        <w:br/>
        <w:t>— А температура?</w:t>
      </w:r>
    </w:p>
    <w:p>
      <w:r>
        <w:br/>
        <w:t>— Нормальна.</w:t>
      </w:r>
    </w:p>
    <w:p>
      <w:r>
        <w:br/>
        <w:t>— Куди зібрався? — цікавлюся, зручніше вмощуючись на канапі.</w:t>
      </w:r>
    </w:p>
    <w:p>
      <w:r>
        <w:br/>
        <w:t>— Мені до бабусі треба. Ліки віднести. І в аптеку забігти.</w:t>
      </w:r>
    </w:p>
    <w:p>
      <w:r>
        <w:br/>
        <w:t>— Може, ти роздягнешся? — пропоную.— Жарко. Бо я в одній сорочці сиджу і то спітнів.</w:t>
      </w:r>
    </w:p>
    <w:p>
      <w:r>
        <w:br/>
        <w:t>— Нічого,— каже.— Я поспішаю.</w:t>
      </w:r>
    </w:p>
    <w:p>
      <w:r>
        <w:br/>
        <w:t>Проте шапку зняв. Шарф теж у руках тримає. Щоб трохи провітрити квартиру, я відчинив на балкон двері. Морозне повітря струменем ввірвалося в кімнату.</w:t>
      </w:r>
    </w:p>
    <w:p>
      <w:r>
        <w:br/>
        <w:t>— Ну як? — підморгую Володці.— Прохолов?</w:t>
      </w:r>
    </w:p>
    <w:p>
      <w:r>
        <w:br/>
        <w:t>— Ага,— киває головою.</w:t>
      </w:r>
    </w:p>
    <w:p>
      <w:r>
        <w:br/>
        <w:t>— Та ти не хвилюйся,— заспокоюю його.— Я ж ненадовго.</w:t>
      </w:r>
    </w:p>
    <w:p>
      <w:r>
        <w:br/>
        <w:t>І поглянув на будильник, що спокійно вистукував на полірованому столі.</w:t>
      </w:r>
    </w:p>
    <w:p>
      <w:r>
        <w:br/>
        <w:t>Потім оглянув кімнату й поцікавився:</w:t>
      </w:r>
    </w:p>
    <w:p>
      <w:r>
        <w:br/>
        <w:t>— Шахи є?</w:t>
      </w:r>
    </w:p>
    <w:p>
      <w:r>
        <w:br/>
        <w:t>— Погано граю,— став відмовлятися Володька.</w:t>
      </w:r>
    </w:p>
    <w:p>
      <w:r>
        <w:br/>
        <w:t>— Нічого, навчу,— запевняю,— Неси дошку. Сідай.</w:t>
      </w:r>
    </w:p>
    <w:p>
      <w:r>
        <w:br/>
        <w:t>Після п'яти партій, які Володька програв, він заходився роздягатися.</w:t>
      </w:r>
    </w:p>
    <w:p>
      <w:r>
        <w:br/>
        <w:t>Довелося знову показати, який я вихований: відніс його одяг у коридор. Потім став перед вікном і кажу:</w:t>
      </w:r>
    </w:p>
    <w:p>
      <w:r>
        <w:br/>
        <w:t>— Мабуть, піду.</w:t>
      </w:r>
    </w:p>
    <w:p>
      <w:r>
        <w:br/>
        <w:t>— Справді? — повеселішав Черепашенко.</w:t>
      </w:r>
    </w:p>
    <w:p>
      <w:r>
        <w:br/>
        <w:t>— А ти як думав? Провідав друга і знай честь. Час додому. Я — людина вихована. Та й ти поспішаєш.</w:t>
      </w:r>
    </w:p>
    <w:p>
      <w:r>
        <w:br/>
        <w:t>— Іще й як! — схопився на ноги.— Доведеться бігти. Бабуся там чекає.</w:t>
      </w:r>
    </w:p>
    <w:p>
      <w:r>
        <w:br/>
        <w:t>Він схопив пальто й став знов одягатись.</w:t>
      </w:r>
    </w:p>
    <w:p>
      <w:r>
        <w:br/>
        <w:t>— Дякую, що завітав.</w:t>
      </w:r>
    </w:p>
    <w:p>
      <w:r>
        <w:br/>
        <w:t>Та я одягатися не поспішав. А то іще, чого доброго, образиться. Скаже, що не поважаю його.</w:t>
      </w:r>
    </w:p>
    <w:p>
      <w:r>
        <w:br/>
        <w:t>— Я б пішов, кажу,— але що подумають сусіди?</w:t>
      </w:r>
    </w:p>
    <w:p>
      <w:r>
        <w:br/>
        <w:t>Черепашенко остовпів.</w:t>
      </w:r>
    </w:p>
    <w:p>
      <w:r>
        <w:br/>
        <w:t>— А вони тут при чому?</w:t>
      </w:r>
    </w:p>
    <w:p>
      <w:r>
        <w:br/>
        <w:t>— Підуть розмови, що ти вигнав гостя. Не встиг у квартиру зайти, а вже назад пробкою вилітає. Га?</w:t>
      </w:r>
    </w:p>
    <w:p>
      <w:r>
        <w:br/>
        <w:t>Він замислився. Довелося забрати з його рук пальто і повісити на стільця.</w:t>
      </w:r>
    </w:p>
    <w:p>
      <w:r>
        <w:br/>
        <w:t>— Сідай,— пропоную.</w:t>
      </w:r>
    </w:p>
    <w:p>
      <w:r>
        <w:br/>
        <w:t>Дякую.</w:t>
      </w:r>
    </w:p>
    <w:p>
      <w:r>
        <w:br/>
        <w:t>Кілька хвилин ми мовчали.</w:t>
      </w:r>
    </w:p>
    <w:p>
      <w:r>
        <w:br/>
        <w:t>— Води можна? прохаю.— А то так їсти хочеться, що аж губи пересохли,— натякаю ввічливо.</w:t>
      </w:r>
    </w:p>
    <w:p>
      <w:r>
        <w:br/>
        <w:t>Володька похнюпився і пішов на кухню. Почувся брязкіт посуду. За хвилину він накрив на стіл.</w:t>
      </w:r>
    </w:p>
    <w:p>
      <w:r>
        <w:br/>
        <w:t>— Та ти що? — вхопився я за голову.— Тут на цілий тиждень вистачить. А я ж поспішаю. Та й тобі ніколи. Хіба що один шматочок. Але тільки разом.</w:t>
      </w:r>
    </w:p>
    <w:p>
      <w:r>
        <w:br/>
        <w:t>Я вирішив віддячити господареві і заходився розповідати про те, як минулого року гостював на селі й чим мене там пригощали.</w:t>
      </w:r>
    </w:p>
    <w:p>
      <w:r>
        <w:br/>
        <w:t>Слухач із Володьки був чудовий. Цілу годину він сидів мовчки, ніби у рот води набрав.</w:t>
      </w:r>
    </w:p>
    <w:p>
      <w:r>
        <w:br/>
        <w:t>На вулиці стало сутеніти. Я вибачився і підвівся. Надів пальто, взяв у руки шапку.</w:t>
      </w:r>
    </w:p>
    <w:p>
      <w:r>
        <w:br/>
        <w:t>— Спасибі, що зайшов,— подякував він мені.</w:t>
      </w:r>
    </w:p>
    <w:p>
      <w:r>
        <w:br/>
        <w:t>— Справді? — зрадів я.— Знаєш, Корнієнко дав мені пригодницьку книгу "Крик птаха вночі". Давай розповім коротко.</w:t>
      </w:r>
    </w:p>
    <w:p>
      <w:r>
        <w:br/>
        <w:t>Володька зблід і, схопившись за стінку, почав сповзати на підлогу.</w:t>
      </w:r>
    </w:p>
    <w:p>
      <w:r>
        <w:br/>
        <w:t>Я підхопив його під руки. Поклав на диван. Зробив штучне дихання. Дав холодної води.</w:t>
      </w:r>
    </w:p>
    <w:p>
      <w:r>
        <w:br/>
        <w:t>— Полегшало? — питаю, коли він відкрив очі.</w:t>
      </w:r>
    </w:p>
    <w:p>
      <w:r>
        <w:br/>
        <w:t>— П-п-по-лег...</w:t>
      </w:r>
    </w:p>
    <w:p>
      <w:r>
        <w:br/>
        <w:t>— От і добре. Твоє щастя, що я в гості прийшов. Як би ти тут без мене? Може, лікаря викликати?</w:t>
      </w:r>
    </w:p>
    <w:p>
      <w:r>
        <w:br/>
        <w:t>Володька злякано замахав руками:</w:t>
      </w:r>
    </w:p>
    <w:p>
      <w:r>
        <w:br/>
        <w:t>— Ти йди,— благає.— Все буде нормально.</w:t>
      </w:r>
    </w:p>
    <w:p>
      <w:r>
        <w:br/>
        <w:t>Мене ніби хто по голові вдарив.</w:t>
      </w:r>
    </w:p>
    <w:p>
      <w:r>
        <w:br/>
        <w:t>— Нізащо! — закричав.— Я не з тих, хто може залишити хворого товариша. Лежи, і все буде нормально. Ти знаєш, що було з одним хворим, коли він без дозволу лікаря встав. Ні? Слухай...</w:t>
      </w:r>
    </w:p>
    <w:p>
      <w:r>
        <w:br/>
        <w:t>І я почав розповідати...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Провідав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