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Просто неба</w:t>
      </w:r>
    </w:p>
    <w:p>
      <w:r>
        <w:br/>
        <w:t xml:space="preserve"> І&lt;br /&gt;</w:t>
        <w:br/>
        <w:t>Пізня осінь, лабіринт.&lt;br /&gt;</w:t>
        <w:br/>
        <w:t>Біля входу до лісу лежить порожня пляшка.&lt;br /&gt;</w:t>
        <w:br/>
        <w:t>Увійшов. Цієї пори року ліс є тихим і порожнім місцем.&lt;br /&gt;</w:t>
        <w:br/>
        <w:t>Лише пара звуків: наче хтось обережно розсуває гілки пінцетом&lt;br /&gt;</w:t>
        <w:br/>
        <w:t>та шарнір, що стиха рипить усередині товстого стовбура.&lt;br /&gt;</w:t>
        <w:br/>
        <w:t>Мороз дмухнув на гриби і вони стали зморшкуваті.&lt;br /&gt;</w:t>
        <w:br/>
        <w:t>Вони нагадують речі та одяг, що належав зниклим безвісти.&lt;br /&gt;</w:t>
        <w:br/>
        <w:t>Вже насуваються сутінки. Час піти&lt;br /&gt;</w:t>
        <w:br/>
        <w:t>і віднайти свої орієнтири: іржавий плуг на полі,&lt;br /&gt;</w:t>
        <w:br/>
        <w:t>будинок на тому боці озера — темно-бордовий, квадратний, міцний&lt;br /&gt;</w:t>
        <w:br/>
        <w:t>як бульйонний кубик.</w:t>
      </w:r>
    </w:p>
    <w:p>
      <w:r>
        <w:br/>
      </w:r>
    </w:p>
    <w:p>
      <w:r>
        <w:br/>
        <w:t>ІІ&lt;br /&gt;</w:t>
        <w:br/>
        <w:t>Лист з Америки збудив мене, вигнав мене&lt;br /&gt;</w:t>
        <w:br/>
        <w:t>у білу червневу ніч на околичні вулиці оточені холодними&lt;br /&gt;</w:t>
        <w:br/>
        <w:t>як креслення новобудовами, замолодими щоб мати спогади.</w:t>
      </w:r>
    </w:p>
    <w:p>
      <w:r>
        <w:br/>
      </w:r>
    </w:p>
    <w:p>
      <w:r>
        <w:br/>
        <w:t>Лист у кишені. Тривожна кваплива хода, як своєрідне прохання.&lt;br /&gt;</w:t>
        <w:br/>
        <w:t>Там де ви, зло і добро направду мають обличчя.&lt;br /&gt;</w:t>
        <w:br/>
        <w:t>Там де ми, це радше змагання шляхів, номерів, часів доби.</w:t>
      </w:r>
    </w:p>
    <w:p>
      <w:r>
        <w:br/>
      </w:r>
    </w:p>
    <w:p>
      <w:r>
        <w:br/>
        <w:t>Ті, що ухвалюють смертні вироки не ховаються від світла.&lt;br /&gt;</w:t>
        <w:br/>
        <w:t>Вони керують зі скляних офісів. Вони рояться на сонці.&lt;br /&gt;</w:t>
        <w:br/>
        <w:t>Вони нахиляються над прилавком і дивляться навкіс.</w:t>
      </w:r>
    </w:p>
    <w:p>
      <w:r>
        <w:br/>
      </w:r>
    </w:p>
    <w:p>
      <w:r>
        <w:br/>
        <w:t>Подалі звідси я раптом зупинився роздивитись один з нових фасадів.&lt;br /&gt;</w:t>
        <w:br/>
        <w:t>Безліч вікон, що зливаються у єдине вікно.&lt;br /&gt;</w:t>
        <w:br/>
        <w:t>Світло нічного неба і крони дерев відбивались у ньому,&lt;br /&gt;</w:t>
        <w:br/>
        <w:t>як у дзеркалі спокійного озера, що виростало у літню ніч.</w:t>
      </w:r>
    </w:p>
    <w:p>
      <w:r>
        <w:br/>
      </w:r>
    </w:p>
    <w:p>
      <w:r>
        <w:br/>
        <w:t>Насильство здавалось примарним&lt;br /&gt;</w:t>
        <w:br/>
        <w:t>деякий час.</w:t>
      </w:r>
    </w:p>
    <w:p>
      <w:r>
        <w:br/>
      </w:r>
    </w:p>
    <w:p>
      <w:r>
        <w:br/>
        <w:t>ІІІ&lt;br /&gt;</w:t>
        <w:br/>
        <w:t>Сонце палає. Літак летить низько&lt;br /&gt;</w:t>
        <w:br/>
        <w:t>і, відкидаючи велику хрестоподібну тінь, мчить все ближче до землі.&lt;br /&gt;</w:t>
        <w:br/>
        <w:t>Людина внизу порається на полі.&lt;br /&gt;</w:t>
        <w:br/>
        <w:t>Тінь наближається.&lt;br /&gt;</w:t>
        <w:br/>
        <w:t>За долю секунди вона опиняється посеред хреста.</w:t>
      </w:r>
    </w:p>
    <w:p>
      <w:r>
        <w:br/>
      </w:r>
    </w:p>
    <w:p>
      <w:r>
        <w:br/>
        <w:t>Я бачив хрест, що висів у холодних церковних склепіннях.&lt;br /&gt;</w:t>
        <w:br/>
        <w:t>Іноді він нагадує відображення&lt;br /&gt;</w:t>
        <w:br/>
        <w:t>якогось божевілля.</w:t>
      </w:r>
    </w:p>
    <w:p>
      <w:r>
        <w:br/>
        <w:t>Переклад Д. Суворова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Просто неба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