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Прості вірші</w:t>
      </w:r>
    </w:p>
    <w:p>
      <w:r>
        <w:br/>
        <w:t xml:space="preserve"> 1</w:t>
      </w:r>
    </w:p>
    <w:p>
      <w:r>
        <w:br/>
        <w:t>Ти дивишся на мене каро —&lt;br /&gt;</w:t>
        <w:br/>
        <w:t>І груди протинає жар.&lt;br /&gt;</w:t>
        <w:br/>
        <w:t>Ти є мій Спас.&lt;br /&gt;</w:t>
        <w:br/>
        <w:t>І Божа кара.&lt;br /&gt;</w:t>
        <w:br/>
        <w:t>Ти любчик мій.&lt;br /&gt;</w:t>
        <w:br/>
        <w:t>І Бог.&lt;br /&gt;</w:t>
        <w:br/>
        <w:t>І цар.</w:t>
      </w:r>
    </w:p>
    <w:p>
      <w:r>
        <w:br/>
        <w:t>Гніздо моє.&lt;br /&gt;</w:t>
        <w:br/>
        <w:t>І оборона.&lt;br /&gt;</w:t>
        <w:br/>
        <w:t>І просто — мій ти чоловік...&lt;br /&gt;</w:t>
        <w:br/>
        <w:t>Чий? Чий? — ріка питає сонна.&lt;br /&gt;</w:t>
        <w:br/>
        <w:t>Чий? Чий? — гуде нічний потік.</w:t>
      </w:r>
    </w:p>
    <w:p>
      <w:r>
        <w:br/>
        <w:t>Що? Що?! —&lt;br /&gt;</w:t>
        <w:br/>
        <w:t>гримлять гірські пороги&lt;br /&gt;</w:t>
        <w:br/>
        <w:t>Твій?! —&lt;br /&gt;</w:t>
        <w:br/>
        <w:t>лані зиркають на шлях.&lt;br /&gt;</w:t>
        <w:br/>
        <w:t>Мій — від людей?&lt;br /&gt;</w:t>
        <w:br/>
        <w:t>Чи мій — від Бога?&lt;br /&gt;</w:t>
        <w:br/>
        <w:t>А далі — пишуть в небесах...</w:t>
      </w:r>
    </w:p>
    <w:p>
      <w:r>
        <w:br/>
        <w:t>2</w:t>
      </w:r>
    </w:p>
    <w:p>
      <w:r>
        <w:br/>
        <w:t>Бог вборонить.&lt;br /&gt;</w:t>
        <w:br/>
        <w:t>Хай Бог боронить.&lt;br /&gt;</w:t>
        <w:br/>
        <w:t>Може, я тебе вбороню.&lt;br /&gt;</w:t>
        <w:br/>
        <w:t>Я цілую твої долоні.&lt;br /&gt;</w:t>
        <w:br/>
        <w:t>Я боюся.&lt;br /&gt;</w:t>
        <w:br/>
        <w:t>Бо я люблю.</w:t>
      </w:r>
    </w:p>
    <w:p>
      <w:r>
        <w:br/>
        <w:t>Я молюся.&lt;br /&gt;</w:t>
        <w:br/>
        <w:t>І я клянуся.&lt;br /&gt;</w:t>
        <w:br/>
        <w:t>І солону сльозу роню.&lt;br /&gt;</w:t>
        <w:br/>
        <w:t>І голублю — як мру,&lt;br /&gt;</w:t>
        <w:br/>
        <w:t>журюся,&lt;br /&gt;</w:t>
        <w:br/>
        <w:t>Попелію —&lt;br /&gt;</w:t>
        <w:br/>
        <w:t>бо я люблю.</w:t>
      </w:r>
    </w:p>
    <w:p>
      <w:r>
        <w:br/>
        <w:t>На плече твоє обіпруся —&lt;br /&gt;</w:t>
        <w:br/>
        <w:t>Нетерплячу згашу свічу.&lt;br /&gt;</w:t>
        <w:br/>
        <w:t>Розумію тебе.&lt;br /&gt;</w:t>
        <w:br/>
        <w:t>Й корюся.&lt;br /&gt;</w:t>
        <w:br/>
        <w:t>І мовчу.&lt;br /&gt;</w:t>
        <w:br/>
        <w:t>І мовчу.&lt;br /&gt;</w:t>
        <w:br/>
        <w:t>Мовчу.</w:t>
      </w:r>
    </w:p>
    <w:p>
      <w:r>
        <w:br/>
        <w:t>...А біда у дзвінки нам дзвонить.&lt;br /&gt;</w:t>
        <w:br/>
        <w:t>І росте — як під буком мох.&lt;br /&gt;</w:t>
        <w:br/>
        <w:t>Бог вборонить.&lt;br /&gt;</w:t>
        <w:br/>
        <w:t>Нас Бог вборонить.&lt;br /&gt;</w:t>
        <w:br/>
        <w:t>Чи змете...&lt;br /&gt;</w:t>
        <w:br/>
        <w:t>Це лиш знає Бог.</w:t>
      </w:r>
    </w:p>
    <w:p>
      <w:r>
        <w:br/>
        <w:t>4.&lt;br /&gt;</w:t>
        <w:br/>
        <w:t>Ти упав на мене — як грім&lt;br /&gt;</w:t>
        <w:br/>
        <w:t>Паде на тонку ялицю.&lt;br /&gt;</w:t>
        <w:br/>
        <w:t>Зітнув мене — як зігрів —&lt;br /&gt;</w:t>
        <w:br/>
        <w:t>Пахку, аж дурманну глицю.&lt;br /&gt;</w:t>
        <w:br/>
        <w:t>Я вчула, що вже нема&lt;br /&gt;</w:t>
        <w:br/>
        <w:t>Коріння, кори і крони...&lt;br /&gt;</w:t>
        <w:br/>
        <w:t>...Та капала звідкись смола —&lt;br /&gt;</w:t>
        <w:br/>
        <w:t>смолиста сльоза в долоні.&lt;br /&gt;</w:t>
        <w:br/>
        <w:t>6.&lt;br /&gt;</w:t>
        <w:br/>
        <w:t>Складу долоні — мовчки помолюся.&lt;br /&gt;</w:t>
        <w:br/>
        <w:t>О, Господи, на кого я молюсь?!&lt;br /&gt;</w:t>
        <w:br/>
        <w:t>Це смерть моя.&lt;br /&gt;</w:t>
        <w:br/>
        <w:t>І я її боюся.&lt;br /&gt;</w:t>
        <w:br/>
        <w:t>Це смерть моя.&lt;br /&gt;</w:t>
        <w:br/>
        <w:t>І я її боюсь.&lt;br /&gt;</w:t>
        <w:br/>
        <w:t>До тебе, як до мами, притулюся.&lt;br /&gt;</w:t>
        <w:br/>
        <w:t>І співом пташки радісно озвусь.&lt;br /&gt;</w:t>
        <w:br/>
        <w:t>Це смерть моя.&lt;br /&gt;</w:t>
        <w:br/>
        <w:t>І я її боюся.&lt;br /&gt;</w:t>
        <w:br/>
        <w:t>Це смерть моя.&lt;br /&gt;</w:t>
        <w:br/>
        <w:t>І я її боюсь.&lt;br /&gt;</w:t>
        <w:br/>
        <w:t>Нікого більш судити не беруся.&lt;br /&gt;</w:t>
        <w:br/>
        <w:t>Але благословляє наш союз.&lt;br /&gt;</w:t>
        <w:br/>
        <w:t>Це смерть моя.&lt;br /&gt;</w:t>
        <w:br/>
        <w:t>І я її боюся.&lt;br /&gt;</w:t>
        <w:br/>
        <w:t>Це смерть моя.&lt;br /&gt;</w:t>
        <w:br/>
        <w:t>І я її боюсь.&lt;br /&gt;</w:t>
        <w:br/>
        <w:t>Бо я тобі, як Господу, корюся.&lt;br /&gt;</w:t>
        <w:br/>
        <w:t>На кожен подих твій я підкорюсь.&lt;br /&gt;</w:t>
        <w:br/>
        <w:t>Це смерть моя.&lt;br /&gt;</w:t>
        <w:br/>
        <w:t>І я її боюся.&lt;br /&gt;</w:t>
        <w:br/>
        <w:t>Це смерть моя.&lt;br /&gt;</w:t>
        <w:br/>
        <w:t>І я її боюсь.&lt;br /&gt;</w:t>
        <w:br/>
        <w:t>Ну а на цім з привітом зостаюся.&lt;br /&gt;</w:t>
        <w:br/>
        <w:t>А з болем я ще трохи поборюсь.&lt;br /&gt;</w:t>
        <w:br/>
        <w:t>Ти — смерть моя.&lt;br /&gt;</w:t>
        <w:br/>
        <w:t>І я її боюся.&lt;br /&gt;</w:t>
        <w:br/>
        <w:t>Ти смерть.&lt;br /&gt;</w:t>
        <w:br/>
        <w:t>...І я тебе вже не боюсь.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Прості вірші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