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Prospice</w:t>
      </w:r>
    </w:p>
    <w:p>
      <w:r>
        <w:br/>
        <w:t xml:space="preserve"> Prospice*</w:t>
      </w:r>
    </w:p>
    <w:p>
      <w:r>
        <w:br/>
        <w:t>Боятися смерті? — хрипіння в горлі відчути&lt;br /&gt;</w:t>
        <w:br/>
        <w:t>I мли на лиці покров,&lt;br /&gt;</w:t>
        <w:br/>
        <w:t>Коли сніговія і вітру бурхання люте&lt;br /&gt;</w:t>
        <w:br/>
        <w:t>Є знак, що я надійшов&lt;br /&gt;</w:t>
        <w:br/>
        <w:t>До місця, де ніч — у потузі своїй невситимій,&lt;br /&gt;</w:t>
        <w:br/>
        <w:t>Де табір ворожий жде,&lt;br /&gt;</w:t>
        <w:br/>
        <w:t>Де він стоїть, Архі-Страх у формі зримій;&lt;br /&gt;</w:t>
        <w:br/>
        <w:t>Міцна людина, проте,&lt;br /&gt;</w:t>
        <w:br/>
        <w:t>Повинна іти, бо впали всі перешкоди,&lt;br /&gt;</w:t>
        <w:br/>
        <w:t>Досягнено всіх вершин,&lt;br /&gt;</w:t>
        <w:br/>
        <w:t>Хоч треба ще бій вчинити: за все нагороди&lt;br /&gt;</w:t>
        <w:br/>
        <w:t>Мені подарує він.&lt;br /&gt;</w:t>
        <w:br/>
        <w:t>Був завжди боєць я; о битво остання, зухвала,&lt;br /&gt;</w:t>
        <w:br/>
        <w:t>Найкращою будеш ти!&lt;br /&gt;</w:t>
        <w:br/>
        <w:t>Не хочу, щоб очі смерть мені зав'язала&lt;br /&gt;</w:t>
        <w:br/>
        <w:t>I мимо сказала повзти.&lt;br /&gt;</w:t>
        <w:br/>
        <w:t>Ні, цілості хай заживу — і удар цей знесу я&lt;br /&gt;</w:t>
        <w:br/>
        <w:t>Героєм давніх сказань,&lt;br /&gt;</w:t>
        <w:br/>
        <w:t>I вмить за всю радість життя борги заплачу я&lt;br /&gt;</w:t>
        <w:br/>
        <w:t>Співмірою тьми і страждань.&lt;br /&gt;</w:t>
        <w:br/>
        <w:t>Бо смілому раптом найгірше найкращим стане,&lt;br /&gt;</w:t>
        <w:br/>
        <w:t>Понура хвилина спливе,&lt;br /&gt;</w:t>
        <w:br/>
        <w:t>Погасне виття, стихій лютування п'яне&lt;br /&gt;</w:t>
        <w:br/>
        <w:t>Обернеться в світло живе&lt;br /&gt;</w:t>
        <w:br/>
        <w:t>I миром стане воно, і нестиме онову,&lt;br /&gt;</w:t>
        <w:br/>
        <w:t>I стане твоїми грудьми.&lt;br /&gt;</w:t>
        <w:br/>
        <w:t>Моєї душі душе! Обійму тебе знову,&lt;br /&gt;</w:t>
        <w:br/>
        <w:t>І — з Богом! — мовимо ми.</w:t>
      </w:r>
    </w:p>
    <w:p>
      <w:r>
        <w:br/>
        <w:t>-------------------------------&lt;br /&gt;</w:t>
        <w:br/>
        <w:t>* Дивися вперед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Prospice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