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Проснулись газони...</w:t>
      </w:r>
    </w:p>
    <w:p>
      <w:r>
        <w:br/>
        <w:t xml:space="preserve"> Проснулись газони, в фіалок — урок декламації,&lt;br /&gt;</w:t>
        <w:br/>
        <w:t>Завчають напам’ять сріблясту абетку дощу,&lt;br /&gt;</w:t>
        <w:br/>
        <w:t>Цвітуть абрикоси, а скоро — бузок і акації,&lt;br /&gt;</w:t>
        <w:br/>
        <w:t>Полинуть угору смарагдові линви плющу.</w:t>
      </w:r>
    </w:p>
    <w:p>
      <w:r>
        <w:br/>
        <w:t>Весняна довершеність кольору, полисків, ліній,&lt;br /&gt;</w:t>
        <w:br/>
        <w:t>Ти все пригадаєш – не скоро… Вернеться тепло.&lt;br /&gt;</w:t>
        <w:br/>
        <w:t>Подряпини, скабки... Терпіння, — шепочу , – терпіння…&lt;br /&gt;</w:t>
        <w:br/>
        <w:t>Болітиме трохи. Хоч так уже, звісно, було.</w:t>
      </w:r>
    </w:p>
    <w:p>
      <w:r>
        <w:br/>
        <w:t>Ці темні фасади, луна від захеканих кроків,&lt;br /&gt;</w:t>
        <w:br/>
        <w:t>Відчинене навстіж, охрипле від крику вікно,&lt;br /&gt;</w:t>
        <w:br/>
        <w:t>І засклені двері, в яких миготять оболоки,&lt;br /&gt;</w:t>
        <w:br/>
        <w:t>І сліпить у очі закинуте сонцем руно.</w:t>
      </w:r>
    </w:p>
    <w:p>
      <w:r>
        <w:br/>
        <w:t>Коріння бунтує, але відступати запізно,&lt;br /&gt;</w:t>
        <w:br/>
        <w:t>Бо жереб вже кинуто, ти тут уже не одна.&lt;br /&gt;</w:t>
        <w:br/>
        <w:t>Бо зводить із розуму біла пелюстка. І ніжність&lt;br /&gt;</w:t>
        <w:br/>
        <w:t>Безмежна як небо. Хоча і безмежно сумна.</w:t>
      </w:r>
    </w:p>
    <w:p>
      <w:r>
        <w:br/>
        <w:t>Ступити за грані, спустити всі клеми і гальма.&lt;br /&gt;</w:t>
        <w:br/>
        <w:t>Це зветься любов’ю… А може журою…Хтозна…&lt;br /&gt;</w:t>
        <w:br/>
        <w:t>Щоразу як виклик – прекрасна, жорстока, фатальна,&lt;br /&gt;</w:t>
        <w:br/>
        <w:t>Ламає каміння, сплітає дороги – весна..&lt;br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Проснулись газони...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