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Макферсона</w:t>
      </w:r>
    </w:p>
    <w:p>
      <w:r>
        <w:br/>
        <w:t xml:space="preserve"> Прощай, тюрма, глуха, німа&lt;br /&gt;</w:t>
        <w:br/>
        <w:t>Домівонько моя!&lt;br /&gt;</w:t>
        <w:br/>
        <w:t>За мить якусь гойдатимусь&lt;br /&gt;</w:t>
        <w:br/>
        <w:t>На шибениці я.</w:t>
      </w:r>
    </w:p>
    <w:p>
      <w:r>
        <w:br/>
        <w:t>Співаючи, танцюючи,&lt;br /&gt;</w:t>
        <w:br/>
        <w:t>Радіючи немов,&lt;br /&gt;</w:t>
        <w:br/>
        <w:t>Макферсон той — завжди герой —&lt;br /&gt;</w:t>
        <w:br/>
        <w:t>На шибеницю йшов.</w:t>
      </w:r>
    </w:p>
    <w:p>
      <w:r>
        <w:br/>
        <w:t>Хоч круть, хоч верть — приходить смерть,&lt;br /&gt;</w:t>
        <w:br/>
        <w:t>Та з неї я сміюсь,&lt;br /&gt;</w:t>
        <w:br/>
        <w:t>Немало справ я з нею мав,&lt;br /&gt;</w:t>
        <w:br/>
        <w:t>То й нині не боюсь.</w:t>
      </w:r>
    </w:p>
    <w:p>
      <w:r>
        <w:br/>
        <w:t>Зніміть мені кайдани з рук&lt;br /&gt;</w:t>
        <w:br/>
        <w:t>Та принесіть меча,-&lt;br /&gt;</w:t>
        <w:br/>
        <w:t>Не знайдете в Шотландії&lt;br /&gt;</w:t>
        <w:br/>
        <w:t>Над мене силача.</w:t>
      </w:r>
    </w:p>
    <w:p>
      <w:r>
        <w:br/>
        <w:t>Я жив — боровсь, та довелось&lt;br /&gt;</w:t>
        <w:br/>
        <w:t>Од зради помирать;&lt;br /&gt;</w:t>
        <w:br/>
        <w:t>Одним журюсь, що не вдалось&lt;br /&gt;</w:t>
        <w:br/>
        <w:t>Зрадливця покарать.</w:t>
      </w:r>
    </w:p>
    <w:p>
      <w:r>
        <w:br/>
        <w:t>Прощай, життя і сонця світ,&lt;br /&gt;</w:t>
        <w:br/>
        <w:t>Усім живим — привіт!&lt;br /&gt;</w:t>
        <w:br/>
        <w:t>Впаде ганьба хай на раба,&lt;br /&gt;</w:t>
        <w:br/>
        <w:t>Що перед смертю зблід.</w:t>
      </w:r>
    </w:p>
    <w:p>
      <w:r>
        <w:br/>
        <w:t>Співаючи, танцюючи,&lt;br /&gt;</w:t>
        <w:br/>
        <w:t>Радіючи немов,&lt;br /&gt;</w:t>
        <w:br/>
        <w:t>Макферсон той — завжди герой —&lt;br /&gt;</w:t>
        <w:br/>
        <w:t>На шибеницю йшов.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Макферсона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