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</w:t>
      </w:r>
    </w:p>
    <w:p>
      <w:r>
        <w:br/>
        <w:t xml:space="preserve"> &lt;blockquote&gt;"Де любилися й не зналися,&lt;br /&gt;</w:t>
        <w:br/>
        <w:t>тільки стали, попрощалися."&lt;br /&gt;</w:t>
        <w:br/>
        <w:t>Народна пісня.&lt;/blockquote&gt;</w:t>
      </w:r>
    </w:p>
    <w:p>
      <w:r>
        <w:br/>
        <w:t>Із-за гори та високої,&lt;br /&gt;</w:t>
        <w:br/>
        <w:t>із-за лісу та дубового&lt;br /&gt;</w:t>
        <w:br/>
        <w:t>на степи, вітрами метені,&lt;br /&gt;</w:t>
        <w:br/>
        <w:t>рано-вранці сонце випало,&lt;br /&gt;</w:t>
        <w:br/>
        <w:t>і, кашнувши над озерами,&lt;br /&gt;</w:t>
        <w:br/>
        <w:t>полетіло й посвітилося&lt;br /&gt;</w:t>
        <w:br/>
        <w:t>вгору, вгору аж до заходу.</w:t>
      </w:r>
    </w:p>
    <w:p>
      <w:r>
        <w:br/>
        <w:t>І далеко, під вербою аж&lt;br /&gt;</w:t>
        <w:br/>
        <w:t>на леваді, коло копанки,&lt;br /&gt;</w:t>
        <w:br/>
        <w:t>над відром не спочиваючи&lt;br /&gt;</w:t>
        <w:br/>
        <w:t>дівчина сидить на купині;&lt;br /&gt;</w:t>
        <w:br/>
        <w:t>коса з спини перевісилась&lt;br /&gt;</w:t>
        <w:br/>
        <w:t>і косинками черкається&lt;br /&gt;</w:t>
        <w:br/>
        <w:t>прохолоди полоненої.. .</w:t>
      </w:r>
    </w:p>
    <w:p>
      <w:r>
        <w:br/>
        <w:t>А від неї між городами&lt;br /&gt;</w:t>
        <w:br/>
        <w:t>вгору поміж буйнолистими&lt;br /&gt;</w:t>
        <w:br/>
        <w:t>стежка з холодками крутиться&lt;br /&gt;</w:t>
        <w:br/>
        <w:t>і плетінь до неї хилиться,&lt;br /&gt;</w:t>
        <w:br/>
        <w:t>перевитий і березкою,&lt;br /&gt;</w:t>
        <w:br/>
        <w:t>й вудиною гарбузовою.&lt;br /&gt;</w:t>
        <w:br/>
        <w:t>А з-за нього видно вулики&lt;br /&gt;</w:t>
        <w:br/>
        <w:t>і садок аж мре від розкоші,&lt;br /&gt;</w:t>
        <w:br/>
        <w:t>і зелений гребінь високо&lt;br /&gt;</w:t>
        <w:br/>
        <w:t>над солом'яною стріхою&lt;br /&gt;</w:t>
        <w:br/>
        <w:t>млосно в щасті простягається;&lt;br /&gt;</w:t>
        <w:br/>
        <w:t>збоку трохи льох мурований&lt;br /&gt;</w:t>
        <w:br/>
        <w:t>в соняшниках та у пшінці ввесь,&lt;br /&gt;</w:t>
        <w:br/>
        <w:t>і на дверях на відчинених&lt;br /&gt;</w:t>
        <w:br/>
        <w:t>жовтий півень кукурікає ...&lt;br /&gt;</w:t>
        <w:br/>
        <w:t>Заскрипіла хвіртка з пасіки,&lt;br /&gt;</w:t>
        <w:br/>
        <w:t>і вклонився усміхаючись&lt;br /&gt;</w:t>
        <w:br/>
        <w:t>парубок не сам, з рушницею.&lt;br /&gt;</w:t>
        <w:br/>
        <w:t>Був високий, очі сміливі,&lt;br /&gt;</w:t>
        <w:br/>
        <w:t>і лице смугляве, здовжене&lt;br /&gt;</w:t>
        <w:br/>
        <w:t>від усмішки прехорошої,&lt;br /&gt;</w:t>
        <w:br/>
        <w:t>ніби тоншало і кращало;&lt;br /&gt;</w:t>
        <w:br/>
        <w:t>а сорочка, гарно вишита,&lt;br /&gt;</w:t>
        <w:br/>
        <w:t>аж просилася до дівчини&lt;br /&gt;</w:t>
        <w:br/>
        <w:t>в пальці, чарами окреслені.&lt;br /&gt;</w:t>
        <w:br/>
        <w:t>Від такої несподіванки&lt;br /&gt;</w:t>
        <w:br/>
        <w:t>дівчина звелася похапцем.&lt;br /&gt;</w:t>
        <w:br/>
        <w:t>Хлопець&lt;br /&gt;</w:t>
        <w:br/>
        <w:t>"Чи, сусідко, вчора чули ви,&lt;br /&gt;</w:t>
        <w:br/>
        <w:t>як гула земля тривогою,&lt;br /&gt;</w:t>
        <w:br/>
        <w:t>били в дзвони й звали мовою&lt;br /&gt;</w:t>
        <w:br/>
        <w:t>у Чигринщині й Черкащині&lt;br /&gt;</w:t>
        <w:br/>
        <w:t>парубоцтво наше сміливе&lt;br /&gt;</w:t>
        <w:br/>
        <w:t>в Яр Холодний муштруватися,&lt;br /&gt;</w:t>
        <w:br/>
        <w:t>щоб іти уже вигонити&lt;br /&gt;</w:t>
        <w:br/>
        <w:t>з рідної землі москалика? . .&lt;br /&gt;</w:t>
        <w:br/>
        <w:t>І я теж іду, як бачите,&lt;br /&gt;</w:t>
        <w:br/>
        <w:t>і заскочив попрощатися" ...&lt;br /&gt;</w:t>
        <w:br/>
        <w:t>Дівчина&lt;br /&gt;</w:t>
        <w:br/>
        <w:t>"Що ж, ідіть, коли бажаєте:&lt;br /&gt;</w:t>
        <w:br/>
        <w:t>не була нікому звіку я&lt;br /&gt;</w:t>
        <w:br/>
        <w:t>непотрібною завадою" ...&lt;br /&gt;</w:t>
        <w:br/>
        <w:t>Хлопець&lt;br /&gt;</w:t>
        <w:br/>
        <w:t>"Що за мова, що за вислови&lt;br /&gt;</w:t>
        <w:br/>
        <w:t>та й байдужість не сусідськая? ..&lt;br /&gt;</w:t>
        <w:br/>
        <w:t>А чи знали ви, хоч здогадом,&lt;br /&gt;</w:t>
        <w:br/>
        <w:t>що сусід ваш був надумався&lt;br /&gt;</w:t>
        <w:br/>
        <w:t>взяти вас собі дружиною&lt;br /&gt;</w:t>
        <w:br/>
        <w:t>на ці руки молодецькії,&lt;br /&gt;</w:t>
        <w:br/>
        <w:t>і в киреї під катрагою&lt;br /&gt;</w:t>
        <w:br/>
        <w:t>положити у отаві вас,&lt;br /&gt;</w:t>
        <w:br/>
        <w:t>щоб запахли ви і м'ятою,&lt;br /&gt;</w:t>
        <w:br/>
        <w:t>д руто любом і канупером,&lt;br /&gt;</w:t>
        <w:br/>
        <w:t>і вуздиком, і шальвією. . .&lt;br /&gt;</w:t>
        <w:br/>
        <w:t>І, учадівши від пахощів,&lt;br /&gt;</w:t>
        <w:br/>
        <w:t>відгортати намиста у вас&lt;br /&gt;</w:t>
        <w:br/>
        <w:t>від грудей, ніким не торкнутих...&lt;br /&gt;</w:t>
        <w:br/>
        <w:t>І вустами ненаситними&lt;br /&gt;</w:t>
        <w:br/>
        <w:t>вам між перса похилитися,&lt;br /&gt;</w:t>
        <w:br/>
        <w:t>щоб одно у щоку правую,&lt;br /&gt;</w:t>
        <w:br/>
        <w:t>а другеє в щоку лівую&lt;br /&gt;</w:t>
        <w:br/>
        <w:t>тиснуло, немов долонями . . .&lt;br /&gt;</w:t>
        <w:br/>
        <w:t>І гадав: нехай державнії&lt;br /&gt;</w:t>
        <w:br/>
        <w:t>скарби їдуть незліченнії&lt;br /&gt;</w:t>
        <w:br/>
        <w:t>валкою, аж так довжезною,&lt;br /&gt;</w:t>
        <w:br/>
        <w:t>як Гетьманський шлях в Чигринщині, —&lt;br /&gt;</w:t>
        <w:br/>
        <w:t>я туди не гляну й накриво,&lt;br /&gt;</w:t>
        <w:br/>
        <w:t>косу вашу розплітаючи&lt;br /&gt;</w:t>
        <w:br/>
        <w:t>та мизинчик ваш голублячи.. .&lt;br /&gt;</w:t>
        <w:br/>
        <w:t>Тільки зараз не дружитися,&lt;br /&gt;</w:t>
        <w:br/>
        <w:t>а прийшов лиш попрощатися,&lt;br /&gt;</w:t>
        <w:br/>
        <w:t>і ви сердьтесь чи не сердьтеся,&lt;br /&gt;</w:t>
        <w:br/>
        <w:t>а вже вийшов край розмовоньці. ..</w:t>
      </w:r>
    </w:p>
    <w:p>
      <w:r>
        <w:br/>
        <w:t>Ніби яблука на яблуні&lt;br /&gt;</w:t>
        <w:br/>
        <w:t>під сітками світлотканими,&lt;br /&gt;</w:t>
        <w:br/>
        <w:t>що рої над садом вішають,&lt;br /&gt;</w:t>
        <w:br/>
        <w:t>медові рої бджолинії, —&lt;br /&gt;</w:t>
        <w:br/>
        <w:t>так на личку зарожевіли&lt;br /&gt;</w:t>
        <w:br/>
        <w:t>в дівки відсвіти бурхливії&lt;br /&gt;</w:t>
        <w:br/>
        <w:t>аж із серця та глибокого,&lt;br /&gt;</w:t>
        <w:br/>
        <w:t>аж із сорому дівочого,&lt;br /&gt;</w:t>
        <w:br/>
        <w:t>він бо з дотику недоброго&lt;br /&gt;</w:t>
        <w:br/>
        <w:t>гострим полум'ям спалахує.&lt;br /&gt;</w:t>
        <w:br/>
        <w:t>Дівчина&lt;br /&gt;</w:t>
        <w:br/>
        <w:t>"Якщо так, то хай же й відповідь&lt;br /&gt;</w:t>
        <w:br/>
        <w:t>буде щирістю на щирість вам:&lt;br /&gt;</w:t>
        <w:br/>
        <w:t>І мені верзлося-снилося&lt;br /&gt;</w:t>
        <w:br/>
        <w:t>та й не одним якимсь нападом,&lt;br /&gt;</w:t>
        <w:br/>
        <w:t>що ви небо гарне, чистеє&lt;br /&gt;</w:t>
        <w:br/>
        <w:t>під Купала все цілуєте,&lt;br /&gt;</w:t>
        <w:br/>
        <w:t>і від подиху єдиного&lt;br /&gt;</w:t>
        <w:br/>
        <w:t>вашого там парубоцького&lt;br /&gt;</w:t>
        <w:br/>
        <w:t>над горою сонце робиться&lt;br /&gt;</w:t>
        <w:br/>
        <w:t>й осяває церкву нам,&lt;br /&gt;</w:t>
        <w:br/>
        <w:t>і садибу нашу давнюю,&lt;br /&gt;</w:t>
        <w:br/>
        <w:t>і криницю при акації,&lt;br /&gt;</w:t>
        <w:br/>
        <w:t>і в тину ворота схилені&lt;br /&gt;</w:t>
        <w:br/>
        <w:t>на стару широку яблуню,&lt;br /&gt;</w:t>
        <w:br/>
        <w:t>і в дворі шпориш з курчатами,&lt;br /&gt;</w:t>
        <w:br/>
        <w:t>і кота між ними сірого,&lt;br /&gt;</w:t>
        <w:br/>
        <w:t>завороженого чатами&lt;br /&gt;</w:t>
        <w:br/>
        <w:t>на горобчика дурненького.&lt;br /&gt;</w:t>
        <w:br/>
        <w:t>Таж кажу вам, що не буду я&lt;br /&gt;</w:t>
        <w:br/>
        <w:t>вам недоброю завадою:&lt;br /&gt;</w:t>
        <w:br/>
        <w:t>їдьте швидше та вигоньте вже&lt;br /&gt;</w:t>
        <w:br/>
        <w:t>москаля, нам не потрібного''. ..&lt;br /&gt;</w:t>
        <w:br/>
        <w:t>Хлопець&lt;br /&gt;</w:t>
        <w:br/>
        <w:t>"Добре кажете, сусідонько;&lt;br /&gt;</w:t>
        <w:br/>
        <w:t>прощавайте і не гнівайтесь,&lt;br /&gt;</w:t>
        <w:br/>
        <w:t>а я серцем, ще не сплутаним,&lt;br /&gt;</w:t>
        <w:br/>
        <w:t>свисну, крикну понад селами,&lt;br /&gt;</w:t>
        <w:br/>
        <w:t>брязну мідними стременами,</w:t>
      </w:r>
    </w:p>
    <w:p>
      <w:r>
        <w:br/>
        <w:t>вдарю в копити дорогами,&lt;br /&gt;</w:t>
        <w:br/>
        <w:t>ніби в бубони клепалами,&lt;br /&gt;</w:t>
        <w:br/>
        <w:t>і майну під сонце гривою&lt;br /&gt;</w:t>
        <w:br/>
        <w:t>й тінню бір від неї застелю,&lt;br /&gt;</w:t>
        <w:br/>
        <w:t>а над всім я замість блискавки&lt;br /&gt;</w:t>
        <w:br/>
        <w:t>засвічу козацьку шаблю там,&lt;br /&gt;</w:t>
        <w:br/>
        <w:t>і нехай і за Карпатами&lt;br /&gt;</w:t>
        <w:br/>
        <w:t>у далеких землях видимо,&lt;br /&gt;</w:t>
        <w:br/>
        <w:t>що дитину вірну й щирую&lt;br /&gt;</w:t>
        <w:br/>
        <w:t>Україна має давняя ...&lt;br /&gt;</w:t>
        <w:br/>
        <w:t>І хоч може не побачимось&lt;br /&gt;</w:t>
        <w:br/>
        <w:t>ми до віку віковічного&lt;br /&gt;</w:t>
        <w:br/>
        <w:t>так за те ..."</w:t>
      </w:r>
    </w:p>
    <w:p>
      <w:r>
        <w:br/>
        <w:t>Й, слів не кінчивши, розгонисто&lt;br /&gt;</w:t>
        <w:br/>
        <w:t>переплигнув чорну копанку&lt;br /&gt;</w:t>
        <w:br/>
        <w:t>і пробіг леваду впоперек&lt;br /&gt;</w:t>
        <w:br/>
        <w:t>та й пропав поміж городами.</w:t>
      </w:r>
    </w:p>
    <w:p>
      <w:r>
        <w:br/>
        <w:t>Тільки дівчина, як вкопана,&lt;br /&gt;</w:t>
        <w:br/>
        <w:t>нерухома залишилася,&lt;br /&gt;</w:t>
        <w:br/>
        <w:t>і від сонця, що заходило,&lt;br /&gt;</w:t>
        <w:br/>
        <w:t>половиною чорнілася,&lt;br /&gt;</w:t>
        <w:br/>
        <w:t>а другою червонілася,&lt;br /&gt;</w:t>
        <w:br/>
        <w:t>І, неначе від несвіцького&lt;br /&gt;</w:t>
        <w:br/>
        <w:t>тягару непереможного,&lt;br /&gt;</w:t>
        <w:br/>
        <w:t>що міститься тільки в сказанім&lt;br /&gt;</w:t>
        <w:br/>
        <w:t>"і хоч може не побачимось&lt;br /&gt;</w:t>
        <w:br/>
        <w:t>ми до віку віковічного",&lt;br /&gt;</w:t>
        <w:br/>
        <w:t>безголосая звалилася&lt;br /&gt;</w:t>
        <w:br/>
        <w:t>в осоку під саму копанку.</w:t>
      </w:r>
    </w:p>
    <w:p>
      <w:r>
        <w:br/>
        <w:t>А коли із степу синя ніч&lt;br /&gt;</w:t>
        <w:br/>
        <w:t>умочила руки смаглії&lt;br /&gt;</w:t>
        <w:br/>
        <w:t>в золоті моря далекії&lt;br /&gt;</w:t>
        <w:br/>
        <w:t>й відти витягла великого&lt;br /&gt;</w:t>
        <w:br/>
        <w:t>щита чорного прозорого&lt;br /&gt;</w:t>
        <w:br/>
        <w:t>і, забризканого золотом,&lt;br /&gt;</w:t>
        <w:br/>
        <w:t>підняла його над водами&lt;br /&gt;</w:t>
        <w:br/>
        <w:t>і над сушею дрімотною, —&lt;br /&gt;</w:t>
        <w:br/>
        <w:t>у ліси Чигринські з полудня&lt;br /&gt;</w:t>
        <w:br/>
        <w:t>вершник линув конем кованим,&lt;br /&gt;</w:t>
        <w:br/>
        <w:t>і гарячі бризки капали&lt;br /&gt;</w:t>
        <w:br/>
        <w:t>із щита у поле стишене&lt;br /&gt;</w:t>
        <w:br/>
        <w:t>і з конячими підковами&lt;br /&gt;</w:t>
        <w:br/>
        <w:t>грали блисками роздрібнено&lt;br /&gt;</w:t>
        <w:br/>
        <w:t>понад шляхом над озерами,&lt;br /&gt;</w:t>
        <w:br/>
        <w:t>дичину в траві лякаючи...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