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Прощальний романс</w:t>
      </w:r>
    </w:p>
    <w:p>
      <w:r>
        <w:br/>
        <w:t xml:space="preserve"> А я тебе кидаю&lt;br /&gt;</w:t>
        <w:br/>
        <w:t>В світі такому холодному.&lt;br /&gt;</w:t>
        <w:br/>
        <w:t>Всі клятви й обіцянки&lt;br /&gt;</w:t>
        <w:br/>
        <w:t>Раптом упали в ціні.&lt;br /&gt;</w:t>
        <w:br/>
        <w:t>І тільки два слова,&lt;br /&gt;</w:t>
        <w:br/>
        <w:t>Два слова сумління колотимуть:&lt;br /&gt;</w:t>
        <w:br/>
        <w:t>Пробачиш мені?&lt;br /&gt;</w:t>
        <w:br/>
        <w:t>Моя мила, пробачиш мені?</w:t>
      </w:r>
    </w:p>
    <w:p>
      <w:r>
        <w:br/>
        <w:t>Пробач мені, мила,&lt;br /&gt;</w:t>
        <w:br/>
        <w:t>Яви свою милість, пробач мені.&lt;br /&gt;</w:t>
        <w:br/>
        <w:t>Звільни мою душу&lt;br /&gt;</w:t>
        <w:br/>
        <w:t>Від того, що так їй пече.&lt;br /&gt;</w:t>
        <w:br/>
        <w:t>Тому ми й прощання&lt;br /&gt;</w:t>
        <w:br/>
        <w:t>Назвали останнім побаченням,&lt;br /&gt;</w:t>
        <w:br/>
        <w:t>Щоб мати надію –&lt;br /&gt;</w:t>
        <w:br/>
        <w:t>А раптом побачимось ще.</w:t>
      </w:r>
    </w:p>
    <w:p>
      <w:r>
        <w:br/>
        <w:t>Але ти мовчиш.&lt;br /&gt;</w:t>
        <w:br/>
        <w:t>Головою печально похитуєш&lt;br /&gt;</w:t>
        <w:br/>
        <w:t>І стук твоїх кроків&lt;br /&gt;</w:t>
        <w:br/>
        <w:t>Відлунює в скроні мої:&lt;br /&gt;</w:t>
        <w:br/>
        <w:t>"Навіщо ти кидаєш милу,&lt;br /&gt;</w:t>
        <w:br/>
        <w:t>На-ві-що ти ки-да-єш?&lt;br /&gt;</w:t>
        <w:br/>
        <w:t>Це ж, може, остання любов,&lt;br /&gt;</w:t>
        <w:br/>
        <w:t>Тож не кидай її!..."</w:t>
      </w:r>
    </w:p>
    <w:p>
      <w:r>
        <w:br/>
        <w:t>Останні вагання&lt;br /&gt;</w:t>
        <w:br/>
        <w:t>Змиває і злизує злива.&lt;br /&gt;</w:t>
        <w:br/>
        <w:t>Останніх благань&lt;br /&gt;</w:t>
        <w:br/>
        <w:t>Благенькі блакитні вогні.&lt;br /&gt;</w:t>
        <w:br/>
        <w:t>А я тебе кидаю,&lt;br /&gt;</w:t>
        <w:br/>
        <w:t>Я тебе кидаю, мила,&lt;br /&gt;</w:t>
        <w:br/>
        <w:t>Мов круг рятувальний,&lt;br /&gt;</w:t>
        <w:br/>
        <w:t>Якого хтось кинув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Прощальний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