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 гаутамо я нині до замку дійшов...</w:t>
      </w:r>
    </w:p>
    <w:p>
      <w:r>
        <w:br/>
        <w:t xml:space="preserve"> прощай гаутамо я нині до замку дійшов</w:t>
      </w:r>
    </w:p>
    <w:p>
      <w:r>
        <w:br/>
        <w:t>корона спітніла на лобі опалому в дріж</w:t>
      </w:r>
    </w:p>
    <w:p>
      <w:r>
        <w:br/>
        <w:t>на босих дорогах знайдеться мій ликавий шов</w:t>
      </w:r>
    </w:p>
    <w:p>
      <w:r>
        <w:br/>
        <w:t>на горлі старому відчиниться лаковий ніж</w:t>
      </w:r>
    </w:p>
    <w:p>
      <w:r>
        <w:br/>
        <w:t>&lt;br /&gt;</w:t>
        <w:br/>
        <w:t>я знидів шукати – є вищі за слово думки</w:t>
      </w:r>
    </w:p>
    <w:p>
      <w:r>
        <w:br/>
        <w:t>в провальному сіні яке приросло до межі</w:t>
      </w:r>
    </w:p>
    <w:p>
      <w:r>
        <w:br/>
        <w:t>та назви жінок поза мною несли як вінки</w:t>
      </w:r>
    </w:p>
    <w:p>
      <w:r>
        <w:br/>
        <w:t>потворні поети мої довголюбі вужі</w:t>
      </w:r>
    </w:p>
    <w:p>
      <w:r>
        <w:br/>
        <w:t>&lt;br /&gt;</w:t>
        <w:br/>
        <w:t>мистецтво – насилля над світом що нас за людей</w:t>
      </w:r>
    </w:p>
    <w:p>
      <w:r>
        <w:br/>
        <w:t>тримає донині а нам аби гризти краї</w:t>
      </w:r>
    </w:p>
    <w:p>
      <w:r>
        <w:br/>
        <w:t>а день на тім боці такий як і нинішній день</w:t>
      </w:r>
    </w:p>
    <w:p>
      <w:r>
        <w:br/>
        <w:t>рої на тім боці такі ж як і наші рої</w:t>
      </w:r>
    </w:p>
    <w:p>
      <w:r>
        <w:br/>
        <w:t>&lt;br /&gt;</w:t>
        <w:br/>
        <w:t>і час – лиш перелюб лиш крадений келих вина</w:t>
      </w:r>
    </w:p>
    <w:p>
      <w:r>
        <w:br/>
        <w:t>де зморений солод на на синьому вітрі гірчить</w:t>
      </w:r>
    </w:p>
    <w:p>
      <w:r>
        <w:br/>
        <w:t>прощай гаутамо я вип'ю цей замок до дна</w:t>
      </w:r>
    </w:p>
    <w:p>
      <w:r>
        <w:br/>
        <w:t>а море зачиню і небо зачиню і цить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 гаутамо я нині до замку дійшов...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