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проповідуєш безвість як ніч проповідує спрагу...</w:t>
      </w:r>
    </w:p>
    <w:p>
      <w:r>
        <w:br/>
        <w:t xml:space="preserve"> проповідуєш безвість як ніч проповідує спрагу</w:t>
      </w:r>
    </w:p>
    <w:p>
      <w:r>
        <w:br/>
        <w:t>місце скрипу води оповите нічийним дощем</w:t>
      </w:r>
    </w:p>
    <w:p>
      <w:r>
        <w:br/>
        <w:t>споконвічна гора з-під каміння просочує брагу</w:t>
      </w:r>
    </w:p>
    <w:p>
      <w:r>
        <w:br/>
        <w:t>а до кого та брага до кого та спрага тече</w:t>
      </w:r>
    </w:p>
    <w:p>
      <w:r>
        <w:br/>
        <w:t>&lt;br /&gt;</w:t>
        <w:br/>
        <w:t>на покатих прогалинах висяться тіні мужичі</w:t>
      </w:r>
    </w:p>
    <w:p>
      <w:r>
        <w:br/>
        <w:t>ідол мозку липкий витирати крило об штани</w:t>
      </w:r>
    </w:p>
    <w:p>
      <w:r>
        <w:br/>
        <w:t>був ти падким на простір так само як падким на звичай</w:t>
      </w:r>
    </w:p>
    <w:p>
      <w:r>
        <w:br/>
        <w:t>тільки місяць забувся вхрестити тобі однини</w:t>
      </w:r>
    </w:p>
    <w:p>
      <w:r>
        <w:br/>
        <w:t>&lt;br /&gt;</w:t>
        <w:br/>
        <w:t>мислі – пастки на бджіл що по ночах не вміють літати</w:t>
      </w:r>
    </w:p>
    <w:p>
      <w:r>
        <w:br/>
        <w:t>їм би майже сльозу їм би тільки маленький ковток</w:t>
      </w:r>
    </w:p>
    <w:p>
      <w:r>
        <w:br/>
        <w:t>це життя до пиття не відняти але й не додати</w:t>
      </w:r>
    </w:p>
    <w:p>
      <w:r>
        <w:br/>
        <w:t>що із того що вічне якщо йому досить по сто</w:t>
      </w:r>
    </w:p>
    <w:p>
      <w:r>
        <w:br/>
        <w:t>&lt;br /&gt;</w:t>
        <w:br/>
        <w:t>алерґія на вітер жере солов'їні інстинкти</w:t>
      </w:r>
    </w:p>
    <w:p>
      <w:r>
        <w:br/>
        <w:t>мозок скрес до світанку і вже не пригорне ніхто</w:t>
      </w:r>
    </w:p>
    <w:p>
      <w:r>
        <w:br/>
        <w:t>ген зі свити богів тільки жовтий переляк простився</w:t>
      </w:r>
    </w:p>
    <w:p>
      <w:r>
        <w:br/>
        <w:t>а за решту звиняйте за решту – з-під крана – по сто</w:t>
      </w:r>
    </w:p>
    <w:p>
      <w:r>
        <w:br/>
        <w:t>&lt;br /&gt;</w:t>
        <w:br/>
        <w:t>ще по сто і заснути таке воно зранку нівроку</w:t>
      </w:r>
    </w:p>
    <w:p>
      <w:r>
        <w:br/>
        <w:t>розлипаються крила присохлих од відчаю бджіл</w:t>
      </w:r>
    </w:p>
    <w:p>
      <w:r>
        <w:br/>
        <w:t>тільки гусне слина як понура бравада пророка</w:t>
      </w:r>
    </w:p>
    <w:p>
      <w:r>
        <w:br/>
        <w:t>що нікому – нікому – ні краплі не наворожив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проповідуєш безвість як ніч проповідує спрагу...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