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Прометей закутий</w:t>
      </w:r>
    </w:p>
    <w:p>
      <w:r>
        <w:br/>
        <w:t xml:space="preserve"> Переклад Бориса Тена&lt;br /&gt;</w:t>
        <w:br/>
        <w:t>ДІЙОВІ ОСОБИ&lt;br /&gt;</w:t>
        <w:br/>
        <w:t>Влада й Сила — слуги Зевсові.&lt;br /&gt;</w:t>
        <w:br/>
        <w:t>Гефест — бог-коваль.&lt;br /&gt;</w:t>
        <w:br/>
        <w:t>Прометей — титан.&lt;br /&gt;</w:t>
        <w:br/>
        <w:t>Океан — титан.&lt;br /&gt;</w:t>
        <w:br/>
        <w:t>Хор Океанід — дочок Океанових.&lt;br /&gt;</w:t>
        <w:br/>
        <w:t>Іо — діва-телиця, дочка Інахова.&lt;br /&gt;</w:t>
        <w:br/>
        <w:t>Гермес — вісник Зевсів.</w:t>
      </w:r>
    </w:p>
    <w:p>
      <w:r>
        <w:br/>
        <w:t>Пролог&lt;br /&gt;</w:t>
        <w:br/>
        <w:t>Скеляста гірська пустеля. Три божества — Гефест з молотом і ланцюгом в руках, Влада і Сила — підводять в'язня Прометея до скелі.&lt;br /&gt;</w:t>
        <w:br/>
        <w:t>ВЛАДА&lt;br /&gt;</w:t>
        <w:br/>
        <w:t>От і прийшли ми аж на самий край землі,&lt;br /&gt;</w:t>
        <w:br/>
        <w:t>В безлюдну далеч Скіфії пустельної.&lt;br /&gt;</w:t>
        <w:br/>
        <w:t>Пора, Гефесте, повеління виконать&lt;br /&gt;</w:t>
        <w:br/>
        <w:t>Отцеве і до кручі стрімковерхої&lt;br /&gt;</w:t>
        <w:br/>
        <w:t>5] Оцього міцно прикувать зухвалого&lt;br /&gt;</w:t>
        <w:br/>
        <w:t>Нерозривними ковами залізними.&lt;br /&gt;</w:t>
        <w:br/>
        <w:t>Твій квіт укравши, на усе придатного&lt;br /&gt;</w:t>
        <w:br/>
        <w:t>Вогню він сяйво смертним дав,— за гріх оцей&lt;br /&gt;</w:t>
        <w:br/>
        <w:t>Повинен кари від богів зазнати він,&lt;br /&gt;</w:t>
        <w:br/>
        <w:t>10] Щоб научився Зевсові коритися&lt;br /&gt;</w:t>
        <w:br/>
        <w:t>І так прихильно до людей не ставився.&lt;br /&gt;</w:t>
        <w:br/>
        <w:t>О Владо й Сило, волю вже ви Зевсову&lt;br /&gt;</w:t>
        <w:br/>
        <w:t>Вчинили,— більше вам робити нічого.&lt;br /&gt;</w:t>
        <w:br/>
        <w:t>А я прикути бога чи наважуся&lt;br /&gt;</w:t>
        <w:br/>
        <w:t>15] Родимого до кручі буревійної?&lt;br /&gt;</w:t>
        <w:br/>
        <w:t>Та зважитись повинен неминуче я,-&lt;br /&gt;</w:t>
        <w:br/>
        <w:t>Отцевим страшно повелінням нехтувать...&lt;br /&gt;</w:t>
        <w:br/>
        <w:t>(До Прометея).&lt;br /&gt;</w:t>
        <w:br/>
        <w:t>Високодумний сину велемудрої&lt;br /&gt;</w:t>
        <w:br/>
        <w:t>Феміди! Хоч недоброхіть, кайданами&lt;br /&gt;</w:t>
        <w:br/>
        <w:t>20] Тебе припну я до бескету голого,&lt;br /&gt;</w:t>
        <w:br/>
        <w:t>Де ти людського не почуєш голосу&lt;br /&gt;</w:t>
        <w:br/>
        <w:t>Й обличчя не побачиш; сонцем палений,&lt;br /&gt;</w:t>
        <w:br/>
        <w:t>Увесь ти почорнієш і радітимеш,&lt;br /&gt;</w:t>
        <w:br/>
        <w:t>Що світло дня барвистошатна вкрила ніч...&lt;br /&gt;</w:t>
        <w:br/>
        <w:t>25] Та знову сонце ранню росу висушить,&lt;br /&gt;</w:t>
        <w:br/>
        <w:t>І знов тебе ця вічна мука гризтиме —-&lt;br /&gt;</w:t>
        <w:br/>
        <w:t>Бо ще й не народився визволитель твій.&lt;br /&gt;</w:t>
        <w:br/>
        <w:t>Ось плід твоєї до людей прихильності.&lt;br /&gt;</w:t>
        <w:br/>
        <w:t>Ти богом бувши, гніву не боявсь богів&lt;br /&gt;</w:t>
        <w:br/>
        <w:t>30] І понад міру смертним ти пошану дав —&lt;br /&gt;</w:t>
        <w:br/>
        <w:t>Отож ці кручі завжди стерегтимеш ти&lt;br /&gt;</w:t>
        <w:br/>
        <w:t>Без сну й спочинку, ніг не розгинаючи,&lt;br /&gt;</w:t>
        <w:br/>
        <w:t>І марні будуть скарги всі і лементи, [27]&lt;br /&gt;</w:t>
        <w:br/>
        <w:t>Бо невблаганне серце у Кропіона,-&lt;br /&gt;</w:t>
        <w:br/>
        <w:t>35] Жорстокі завжди ці нові велителі!&lt;br /&gt;</w:t>
        <w:br/>
        <w:t>ВЛАДА&lt;br /&gt;</w:t>
        <w:br/>
        <w:t>(до Гефеста)&lt;br /&gt;</w:t>
        <w:br/>
        <w:t>Для чого час на марні жалі гаєш ти&lt;br /&gt;</w:t>
        <w:br/>
        <w:t>І бога не сахаєшся, ворожого&lt;br /&gt;</w:t>
        <w:br/>
        <w:t>Богам, що видав людям твій почесний дар?&lt;br /&gt;</w:t>
        <w:br/>
        <w:t>ГЕФЕСТ&lt;br /&gt;</w:t>
        <w:br/>
        <w:t>Покровенство і приязнь — то велика річ!&lt;br /&gt;</w:t>
        <w:br/>
        <w:t>ВЛАДА&lt;br /&gt;</w:t>
        <w:br/>
        <w:t>40] Звичайно. А наказу не послухати&lt;br /&gt;</w:t>
        <w:br/>
        <w:t>Отцевого — ще більше слід боятися?&lt;br /&gt;</w:t>
        <w:br/>
        <w:t>ГЕФЕСТ&lt;br /&gt;</w:t>
        <w:br/>
        <w:t>Жорстокий завжди і завзяття повен ти.&lt;br /&gt;</w:t>
        <w:br/>
        <w:t>ВЛАДА&lt;br /&gt;</w:t>
        <w:br/>
        <w:t>А сльози проливати — це не ліки теж,&lt;br /&gt;</w:t>
        <w:br/>
        <w:t>І не трудися марно, не поможе це.&lt;br /&gt;</w:t>
        <w:br/>
        <w:t>ГЕФЕСТ&lt;br /&gt;</w:t>
        <w:br/>
        <w:t>45] Ох, та яке ж огидне ремесло моє!&lt;br /&gt;</w:t>
        <w:br/>
        <w:t>ВЛАДА&lt;br /&gt;</w:t>
        <w:br/>
        <w:t>Чого ти нарікаєш? Щиро кажучи,&lt;br /&gt;</w:t>
        <w:br/>
        <w:t>Причина мук цих — не в твоїй умілості.&lt;br /&gt;</w:t>
        <w:br/>
        <w:t>ГЕФЕСТ&lt;br /&gt;</w:t>
        <w:br/>
        <w:t>Хай нею краще інший володітиме.&lt;br /&gt;</w:t>
        <w:br/>
        <w:t>ВЛАДА&lt;br /&gt;</w:t>
        <w:br/>
        <w:t>Все можуть боги, тільки не владарити.&lt;br /&gt;</w:t>
        <w:br/>
        <w:t>50] Нікому не підлеглий тільки Зевс один.&lt;br /&gt;</w:t>
        <w:br/>
        <w:t>ГЕФЕСТ&lt;br /&gt;</w:t>
        <w:br/>
        <w:t>Я знаю це й не буду сперечатися.&lt;br /&gt;</w:t>
        <w:br/>
        <w:t>ВЛАДА&lt;br /&gt;</w:t>
        <w:br/>
        <w:t>Ти ланцюгами швидше прив'яжи його,&lt;br /&gt;</w:t>
        <w:br/>
        <w:t>Щоб батько твого не побачив гаяння.&lt;br /&gt;</w:t>
        <w:br/>
        <w:t>ГЕФЕСТ&lt;br /&gt;</w:t>
        <w:br/>
        <w:t>Поглянь-бо, ось готові ланцюги йому.&lt;br /&gt;</w:t>
        <w:br/>
        <w:t>ВЛАДА&lt;br /&gt;</w:t>
        <w:br/>
        <w:t>55] Вклади злочинця руки в них і, молотом&lt;br /&gt;</w:t>
        <w:br/>
        <w:t>їх заклепавши, міцно до скали прикуй. [28]&lt;br /&gt;</w:t>
        <w:br/>
        <w:t>ГЕФЕСТ&lt;br /&gt;</w:t>
        <w:br/>
        <w:t>Готово,— недаремно потрудився я.&lt;br /&gt;</w:t>
        <w:br/>
        <w:t>ВЛАДА&lt;br /&gt;</w:t>
        <w:br/>
        <w:t>Міцніше вдар, притисни, не ослаблюй пут,&lt;br /&gt;</w:t>
        <w:br/>
        <w:t>Він і з кута тісного вміє вимкнути.&lt;br /&gt;</w:t>
        <w:br/>
        <w:t>ГЕФЕСТ&lt;br /&gt;</w:t>
        <w:br/>
        <w:t>60] Одна рука прибита невідривано.&lt;br /&gt;</w:t>
        <w:br/>
        <w:t>ВЛАДА&lt;br /&gt;</w:t>
        <w:br/>
        <w:t>Припни ж тепер і другу, щоб мудрій оцей&lt;br /&gt;</w:t>
        <w:br/>
        <w:t>Дізнався, що від нього не дурніший Зевс.&lt;br /&gt;</w:t>
        <w:br/>
        <w:t>ГЕФЕСТ&lt;br /&gt;</w:t>
        <w:br/>
        <w:t>Чи зможе хто, крім в'язня, докорить мені!&lt;br /&gt;</w:t>
        <w:br/>
        <w:t>ВЛАДА&lt;br /&gt;</w:t>
        <w:br/>
        <w:t>Тепер ці груди простроми загостреним&lt;br /&gt;</w:t>
        <w:br/>
        <w:t>65] Клином залізним і прибий міцніше їх.&lt;br /&gt;</w:t>
        <w:br/>
        <w:t>ГЕФЕСТ&lt;br /&gt;</w:t>
        <w:br/>
        <w:t>Ой леле, з мук я плачу Прометеєвих!&lt;br /&gt;</w:t>
        <w:br/>
        <w:t>ВЛАДА&lt;br /&gt;</w:t>
        <w:br/>
        <w:t>То ти над ворогом ридаєш Зевсовим?&lt;br /&gt;</w:t>
        <w:br/>
        <w:t>Не довелось би й над тобою плакати.&lt;br /&gt;</w:t>
        <w:br/>
        <w:t>ГЕФЕСТ&lt;br /&gt;</w:t>
        <w:br/>
        <w:t>Очам нестерпне бачиш ти видовище.&lt;br /&gt;</w:t>
        <w:br/>
        <w:t>ВЛАДА&lt;br /&gt;</w:t>
        <w:br/>
        <w:t>70] Я бачу, що приймає він заслужене.&lt;br /&gt;</w:t>
        <w:br/>
        <w:t>Та ланцюгами й ребра обв'яжи йому.&lt;br /&gt;</w:t>
        <w:br/>
        <w:t>ГЕФЕСТ&lt;br /&gt;</w:t>
        <w:br/>
        <w:t>Я знаю й сам, що треба,— не наказуй-бо.&lt;br /&gt;</w:t>
        <w:br/>
        <w:t>ВЛАДА&lt;br /&gt;</w:t>
        <w:br/>
        <w:t>Наказувати буду, ще й покрикну я.&lt;br /&gt;</w:t>
        <w:br/>
        <w:t>Схилися вниз і в кільця гомілки закуй.&lt;br /&gt;</w:t>
        <w:br/>
        <w:t>ГЕФЕСТ&lt;br /&gt;</w:t>
        <w:br/>
        <w:t>75] Готово! Це зробити — невелика річ.&lt;br /&gt;</w:t>
        <w:br/>
        <w:t>ВЛАДА&lt;br /&gt;</w:t>
        <w:br/>
        <w:t>Прикуй тепер і ноги процвяховані,-&lt;br /&gt;</w:t>
        <w:br/>
        <w:t>Суддю в цій справі матимеш суворого. [29]&lt;br /&gt;</w:t>
        <w:br/>
        <w:t>ГЕФЕСТ&lt;br /&gt;</w:t>
        <w:br/>
        <w:t>Із постаттю твоєю схожа й мова ця.&lt;br /&gt;</w:t>
        <w:br/>
        <w:t>ВЛАДА&lt;br /&gt;</w:t>
        <w:br/>
        <w:t>Сам — будь ласкавий, а моєю гнівністю&lt;br /&gt;</w:t>
        <w:br/>
        <w:t>80] І вдачею твердою не кори мене.&lt;br /&gt;</w:t>
        <w:br/>
        <w:t>ГЕФЕСТ&lt;br /&gt;</w:t>
        <w:br/>
        <w:t>Ходімо звідси,— тож увесь у путах він.&lt;br /&gt;</w:t>
        <w:br/>
        <w:t>ВЛАДА&lt;br /&gt;</w:t>
        <w:br/>
        <w:t>(до Прометея)&lt;br /&gt;</w:t>
        <w:br/>
        <w:t>Тепер зухвальствуй і кради богів дари&lt;br /&gt;</w:t>
        <w:br/>
        <w:t>Для тих недовгоденних! З тяжких мук твоїх&lt;br /&gt;</w:t>
        <w:br/>
        <w:t>Здолають, може, смертні увільнить тебе?&lt;br /&gt;</w:t>
        <w:br/>
        <w:t>85] Даремно Прометея прозорливого&lt;br /&gt;</w:t>
        <w:br/>
        <w:t>Ім'я ти маєш — сам-бо потребуєш ти&lt;br /&gt;</w:t>
        <w:br/>
        <w:t>В недолі Прометея-визволителя.&lt;br /&gt;</w:t>
        <w:br/>
        <w:t>Гефест, Влада й Сила відходять.&lt;br /&gt;</w:t>
        <w:br/>
        <w:t>ПРОМЕТЕЙ&lt;br /&gt;</w:t>
        <w:br/>
        <w:t>(сам)&lt;br /&gt;</w:t>
        <w:br/>
        <w:t>Ефіре божественний! О джерела рік!&lt;br /&gt;</w:t>
        <w:br/>
        <w:t>О бистрокрилі вітри й незліченної&lt;br /&gt;</w:t>
        <w:br/>
        <w:t>90] Морської хвилі гомін! Земле, мати всіх,&lt;br /&gt;</w:t>
        <w:br/>
        <w:t>І всевидющий сонця круг,— вас кличу я,&lt;br /&gt;</w:t>
        <w:br/>
        <w:t>Погляньте, що — сам бог — я від богів терплю!&lt;br /&gt;</w:t>
        <w:br/>
        <w:t>Подивіться, ганебне яке&lt;br /&gt;</w:t>
        <w:br/>
        <w:t>Мордування довгі тисячі літ&lt;br /&gt;</w:t>
        <w:br/>
        <w:t>95] Терпітиму я!&lt;br /&gt;</w:t>
        <w:br/>
        <w:t>Безчесні які мені вигадав пута&lt;br /&gt;</w:t>
        <w:br/>
        <w:t>Блаженних богів новий володар.&lt;br /&gt;</w:t>
        <w:br/>
        <w:t>Ой горе! З теперішніх мук і майбутніх&lt;br /&gt;</w:t>
        <w:br/>
        <w:t>Я ридаю... Коли ж буде край&lt;br /&gt;</w:t>
        <w:br/>
        <w:t>Безбережному цьому стражданню?&lt;br /&gt;</w:t>
        <w:br/>
        <w:t>100] Що мовлю я! Прийдешнє все виразно я&lt;br /&gt;</w:t>
        <w:br/>
        <w:t>Передбачаю завжди, й несподіваних&lt;br /&gt;</w:t>
        <w:br/>
        <w:t>Нещасть нема для мене,— отже, легко&lt;br /&gt;</w:t>
        <w:br/>
        <w:t>Повинен долю зносити присуджену:&lt;br /&gt;</w:t>
        <w:br/>
        <w:t>105] То — нездоланна сила Неминучості.&lt;br /&gt;</w:t>
        <w:br/>
        <w:t>Та як мені мовчати й як повідати&lt;br /&gt;</w:t>
        <w:br/>
        <w:t>Про долю нещасливу! Дав-бо смертним я&lt;br /&gt;</w:t>
        <w:br/>
        <w:t>Почесний дар — за це мене й засуджено:&lt;br /&gt;</w:t>
        <w:br/>
        <w:t>В сухім стеблі сховавши, джерело вогню&lt;br /&gt;</w:t>
        <w:br/>
        <w:t>110] Я переніс таємно, й людям сталося [30]&lt;br /&gt;</w:t>
        <w:br/>
        <w:t>Воно на всі мистецтва їх навчителем.&lt;br /&gt;</w:t>
        <w:br/>
        <w:t>Оцей-бо злочин я тепер покутую,&lt;br /&gt;</w:t>
        <w:br/>
        <w:t>В кайданах лютих просто неба висячи.&lt;br /&gt;</w:t>
        <w:br/>
        <w:t>Чути шелест у повітрі.&lt;br /&gt;</w:t>
        <w:br/>
        <w:t>А! а! а!&lt;br /&gt;</w:t>
        <w:br/>
        <w:t>Наближається хор Океанід.&lt;br /&gt;</w:t>
        <w:br/>
        <w:t>ПРОМЕТЕЙ&lt;br /&gt;</w:t>
        <w:br/>
        <w:t>115] Але що то за шелест і подих незримий?&lt;br /&gt;</w:t>
        <w:br/>
        <w:t>Чи то боги? чи смертні? чи інше то щось?&lt;br /&gt;</w:t>
        <w:br/>
        <w:t>Хто до бескетів цих на край світу прийшов&lt;br /&gt;</w:t>
        <w:br/>
        <w:t>Видивлятись на муки безмежні мої?&lt;br /&gt;</w:t>
        <w:br/>
        <w:t>Погляньте ж па в'язня, бездольного бога,&lt;br /&gt;</w:t>
        <w:br/>
        <w:t>120] На отцевого ворога, всім божествам,&lt;br /&gt;</w:t>
        <w:br/>
        <w:t>Що входжають до Зевса в покої,&lt;br /&gt;</w:t>
        <w:br/>
        <w:t>Осоружного тим, що не в міру&lt;br /&gt;</w:t>
        <w:br/>
        <w:t>До смертних прихильності мав.&lt;br /&gt;</w:t>
        <w:br/>
        <w:t>Ой, шелест я знову чую пташиний,&lt;br /&gt;</w:t>
        <w:br/>
        <w:t>125] І ефір навколо дзвенить&lt;br /&gt;</w:t>
        <w:br/>
        <w:t>Від помахів крил легковійних.&lt;br /&gt;</w:t>
        <w:br/>
        <w:t>Та страшить мене все, що надходить.&lt;br /&gt;</w:t>
        <w:br/>
        <w:t>На крилатій колісниці з'являється хор Океані д.</w:t>
      </w:r>
    </w:p>
    <w:p>
      <w:r>
        <w:br/>
        <w:t>Парод&lt;br /&gt;</w:t>
        <w:br/>
        <w:t>ВСТУПНИЙ ХОР&lt;br /&gt;</w:t>
        <w:br/>
        <w:t>Строфа 1&lt;br /&gt;</w:t>
        <w:br/>
        <w:t>Ні, не жахайсь! Льотом легким&lt;br /&gt;</w:t>
        <w:br/>
        <w:t>Ніжну любов ми до оцих&lt;br /&gt;</w:t>
        <w:br/>
        <w:t>130] Скель несемо,— ледве вдалось&lt;br /&gt;</w:t>
        <w:br/>
        <w:t>Нам прихилить хором благань&lt;br /&gt;</w:t>
        <w:br/>
        <w:t>Серце тверде батька богів,&lt;br /&gt;</w:t>
        <w:br/>
        <w:t>Нас проводжали буремні вітри...&lt;br /&gt;</w:t>
        <w:br/>
        <w:t>Брязкіт оков враз долетів&lt;br /&gt;</w:t>
        <w:br/>
        <w:t>До глибини наших печер,&lt;br /&gt;</w:t>
        <w:br/>
        <w:t>І, сором забувши святий, босоніж&lt;br /&gt;</w:t>
        <w:br/>
        <w:t>135] Прилинули в повозі ми крилатім.&lt;br /&gt;</w:t>
        <w:br/>
        <w:t>ПРОМЕТЕЙ&lt;br /&gt;</w:t>
        <w:br/>
        <w:t>Ой леле, леле!&lt;br /&gt;</w:t>
        <w:br/>
        <w:t>О Тетії плодющої памолодь, дочки&lt;br /&gt;</w:t>
        <w:br/>
        <w:t>Океану-отця, що котить вали [31]&lt;br /&gt;</w:t>
        <w:br/>
        <w:t>Довкола землі невсипущим потоком,-&lt;br /&gt;</w:t>
        <w:br/>
        <w:t>140] На мене погляньте, дивіться усі,&lt;br /&gt;</w:t>
        <w:br/>
        <w:t>Як, кайданами скований, тут&lt;br /&gt;</w:t>
        <w:br/>
        <w:t>На ненавидній варті мушу стоять&lt;br /&gt;</w:t>
        <w:br/>
        <w:t>Над урвищем скелі стрімкої.&lt;br /&gt;</w:t>
        <w:br/>
        <w:t>ХОР&lt;br /&gt;</w:t>
        <w:br/>
        <w:t>Антистрофа 1&lt;br /&gt;</w:t>
        <w:br/>
        <w:t>О Прометей! Хмарою жах&lt;br /&gt;</w:t>
        <w:br/>
        <w:t>145] Нам оповив сповнені сліз&lt;br /&gt;</w:t>
        <w:br/>
        <w:t>Очі ясні — бачимо ми,&lt;br /&gt;</w:t>
        <w:br/>
        <w:t>Як на скелі в муках тяжких&lt;br /&gt;</w:t>
        <w:br/>
        <w:t>Сохне твоє в сором і глум&lt;br /&gt;</w:t>
        <w:br/>
        <w:t>Сталі міцної вповите тіло.&lt;br /&gt;</w:t>
        <w:br/>
        <w:t>Небом новий править стерник —&lt;br /&gt;</w:t>
        <w:br/>
        <w:t>150] Силою Зевс право нове&lt;br /&gt;</w:t>
        <w:br/>
        <w:t>Завів на Олімпі, святі прадавні&lt;br /&gt;</w:t>
        <w:br/>
        <w:t>Закони злочинно зламавши нині.&lt;br /&gt;</w:t>
        <w:br/>
        <w:t>ПРОМЕТЕЙ&lt;br /&gt;</w:t>
        <w:br/>
        <w:t>О, коли б під землю він кинув мене,&lt;br /&gt;</w:t>
        <w:br/>
        <w:t>Під склепіння Аїда, що мертвих ховає,&lt;br /&gt;</w:t>
        <w:br/>
        <w:t>Аж у тартар безкрайній, і там&lt;br /&gt;</w:t>
        <w:br/>
        <w:t>155] Закував жорстоко в кайдани залізні,&lt;br /&gt;</w:t>
        <w:br/>
        <w:t>Щоб ні бог, ні смертний, ніхто не радів&lt;br /&gt;</w:t>
        <w:br/>
        <w:t>Із муки моєї!&lt;br /&gt;</w:t>
        <w:br/>
        <w:t>А тепер — бездольний, забава вітрів,&lt;br /&gt;</w:t>
        <w:br/>
        <w:t>Ворогам страждаю на втіху.&lt;br /&gt;</w:t>
        <w:br/>
        <w:t>ХОР&lt;br /&gt;</w:t>
        <w:br/>
        <w:t>Строфа 2&lt;br /&gt;</w:t>
        <w:br/>
        <w:t>Та хто з богів, немилосердний,&lt;br /&gt;</w:t>
        <w:br/>
        <w:t>160] Із тебе глумував би тут?&lt;br /&gt;</w:t>
        <w:br/>
        <w:t>Недолею твоєю хто&lt;br /&gt;</w:t>
        <w:br/>
        <w:t>Не вболіватиме, крім Зевса? Завжди лютий,&lt;br /&gt;</w:t>
        <w:br/>
        <w:t>Незламний волею, це ж він&lt;br /&gt;</w:t>
        <w:br/>
        <w:t>владі приборкав своїй&lt;br /&gt;</w:t>
        <w:br/>
        <w:t>Весь Уранів рід.&lt;br /&gt;</w:t>
        <w:br/>
        <w:t>165] Вщухне тоді він, як серце утолить чи силою&lt;br /&gt;</w:t>
        <w:br/>
        <w:t>Хтось одбере йому власть потужну. [32]&lt;br /&gt;</w:t>
        <w:br/>
        <w:t>ПРОМЕТЕЙ&lt;br /&gt;</w:t>
        <w:br/>
        <w:t>Хай у путах ганебних, знеславлений, я&lt;br /&gt;</w:t>
        <w:br/>
        <w:t>Знемагаю тепер,— я іще знадоблюсь&lt;br /&gt;</w:t>
        <w:br/>
        <w:t>Блаженних пританові, щоб перед ним&lt;br /&gt;</w:t>
        <w:br/>
        <w:t>170] Прозорливо викрити змову нову,&lt;br /&gt;</w:t>
        <w:br/>
        <w:t>Що берло й пошану йому відбере.&lt;br /&gt;</w:t>
        <w:br/>
        <w:t>Та мене не облестить розмовами він&lt;br /&gt;</w:t>
        <w:br/>
        <w:t>Медяними, погрози суворої страх&lt;br /&gt;</w:t>
        <w:br/>
        <w:t>Таємниці від мене не вирве, аж поки&lt;br /&gt;</w:t>
        <w:br/>
        <w:t>175] 3 кайданів жорстоких мене звільнить,&lt;br /&gt;</w:t>
        <w:br/>
        <w:t>І за цю нестерпну ганьбу&lt;br /&gt;</w:t>
        <w:br/>
        <w:t>Побажає сам заплатити.&lt;br /&gt;</w:t>
        <w:br/>
        <w:t>ХОР&lt;br /&gt;</w:t>
        <w:br/>
        <w:t>Антистрофа 2&lt;br /&gt;</w:t>
        <w:br/>
        <w:t>Відваги повен, ти ніколи&lt;br /&gt;</w:t>
        <w:br/>
        <w:t>Гіркій біді не улягав.&lt;br /&gt;</w:t>
        <w:br/>
        <w:t>180] Та надто вільно мовиш ти,&lt;br /&gt;</w:t>
        <w:br/>
        <w:t>За тебе душу нам проймає жах пекучий,&lt;br /&gt;</w:t>
        <w:br/>
        <w:t>За долю журимось твою,-&lt;br /&gt;</w:t>
        <w:br/>
        <w:t>Як через море страждань&lt;br /&gt;</w:t>
        <w:br/>
        <w:t>В тиху пристань ти&lt;br /&gt;</w:t>
        <w:br/>
        <w:t>Сам допливеш, непохильний-бо волею Кроносів&lt;br /&gt;</w:t>
        <w:br/>
        <w:t>185] Син, недіймане у нього серце.&lt;br /&gt;</w:t>
        <w:br/>
        <w:t>ПРОМЕТЕЙ&lt;br /&gt;</w:t>
        <w:br/>
        <w:t>Я знаю, що лютий, жорстокий Зевс,&lt;br /&gt;</w:t>
        <w:br/>
        <w:t>Справедливість йому — його самоволя;&lt;br /&gt;</w:t>
        <w:br/>
        <w:t>Але прийде час —&lt;br /&gt;</w:t>
        <w:br/>
        <w:t>Злагіднійте він під ударом важким,&lt;br /&gt;</w:t>
        <w:br/>
        <w:t>190] Погамує свій безнастанний гнів,&lt;br /&gt;</w:t>
        <w:br/>
        <w:t>І дружній зі мною закласти союз&lt;br /&gt;</w:t>
        <w:br/>
        <w:t>Поспішить він до мене назустріч.</w:t>
      </w:r>
    </w:p>
    <w:p>
      <w:r>
        <w:br/>
        <w:t>Епісод перший&lt;br /&gt;</w:t>
        <w:br/>
        <w:t>ХОР&lt;br /&gt;</w:t>
        <w:br/>
        <w:t>(Старша Океаніда)&lt;br /&gt;</w:t>
        <w:br/>
        <w:t>Скажи всю правду, розкажи докладно нам,&lt;br /&gt;</w:t>
        <w:br/>
        <w:t>В якій провині Зевс, тебе винуючи,&lt;br /&gt;</w:t>
        <w:br/>
        <w:t>195] Глумує з тебе тяжко і безчесно так,-&lt;br /&gt;</w:t>
        <w:br/>
        <w:t>Скажи, як ця розмова не гнітить тебе. [33]&lt;br /&gt;</w:t>
        <w:br/>
        <w:t>ПРОМЕТЕЙ&lt;br /&gt;</w:t>
        <w:br/>
        <w:t>Як боляче, як важко це розказувать,&lt;br /&gt;</w:t>
        <w:br/>
        <w:t>Та гірко ж і мовчати,— так і так болить.&lt;br /&gt;</w:t>
        <w:br/>
        <w:t>Як боги, вперше почали злоститися&lt;br /&gt;</w:t>
        <w:br/>
        <w:t>200] І учинивсь між ними лютий заколот,-&lt;br /&gt;</w:t>
        <w:br/>
        <w:t>Одні-бо скинуть намагались Кроноса,&lt;br /&gt;</w:t>
        <w:br/>
        <w:t>Щоб Зевс владарив, інші ж їм противились,&lt;br /&gt;</w:t>
        <w:br/>
        <w:t>Царем богів Кроніда не бажати,— .&lt;br /&gt;</w:t>
        <w:br/>
        <w:t>В той час титанам радив якнайкраще я,&lt;br /&gt;</w:t>
        <w:br/>
        <w:t>205] Урана й Геї дітям, та умовить їх&lt;br /&gt;</w:t>
        <w:br/>
        <w:t>Не міг я. Буйним серцем зневажаючи&lt;br /&gt;</w:t>
        <w:br/>
        <w:t>Ті хитрощі, самою тільки силою&lt;br /&gt;</w:t>
        <w:br/>
        <w:t>Вони здобути владу сподівалися.&lt;br /&gt;</w:t>
        <w:br/>
        <w:t>Не раз я чув провіщення від матері&lt;br /&gt;</w:t>
        <w:br/>
        <w:t>210] Феміди-Геї (під двома іменнями&lt;br /&gt;</w:t>
        <w:br/>
        <w:t>Єдина постать), як скінчиться заколот.&lt;br /&gt;</w:t>
        <w:br/>
        <w:t>Тоді не тиском сили, не потужністю,&lt;br /&gt;</w:t>
        <w:br/>
        <w:t>А підступом належить подолать богів&lt;br /&gt;</w:t>
        <w:br/>
        <w:t>(Вони ж мене не вшанували й поглядом,&lt;br /&gt;</w:t>
        <w:br/>
        <w:t>215] Коли я перед ними говорив про це).&lt;br /&gt;</w:t>
        <w:br/>
        <w:t>Тому волів я краще в цих обставинах&lt;br /&gt;</w:t>
        <w:br/>
        <w:t>Вдвох з матір'ю допомагати Зевсові,&lt;br /&gt;</w:t>
        <w:br/>
        <w:t>Як-то допомагає вільний вільному.&lt;br /&gt;</w:t>
        <w:br/>
        <w:t>Безодня чорна тартару моєю лиш&lt;br /&gt;</w:t>
        <w:br/>
        <w:t>220] Порадою — і Кроноса одвічного,&lt;br /&gt;</w:t>
        <w:br/>
        <w:t>І всіх його сподвижників поглинула.&lt;br /&gt;</w:t>
        <w:br/>
        <w:t>За цю послугу карою жахливою&lt;br /&gt;</w:t>
        <w:br/>
        <w:t>Владар богів жорстоко відплатив мені.&lt;br /&gt;</w:t>
        <w:br/>
        <w:t>Властиво-бо усім тиранам хворіти&lt;br /&gt;</w:t>
        <w:br/>
        <w:t>225] На боязку до друзів недовірливість.&lt;br /&gt;</w:t>
        <w:br/>
        <w:t>Питали ви, з якої це причини вій&lt;br /&gt;</w:t>
        <w:br/>
        <w:t>Глумує так із мене,— все з'ясую вам.&lt;br /&gt;</w:t>
        <w:br/>
        <w:t>Трон батьківський посівши, між ботами він&lt;br /&gt;</w:t>
        <w:br/>
        <w:t>Дари почесні поділив і кожному&lt;br /&gt;</w:t>
        <w:br/>
        <w:t>230] Дав владу. Тільки для людей знедолених&lt;br /&gt;</w:t>
        <w:br/>
        <w:t>Не залишив нічого, несь-бо смертний рід&lt;br /&gt;</w:t>
        <w:br/>
        <w:t>Хотів вій винищити і насадить новий.&lt;br /&gt;</w:t>
        <w:br/>
        <w:t>Ніхто, крім мене, опір не чинив йому,&lt;br /&gt;</w:t>
        <w:br/>
        <w:t>А я — наваживсь. Людям я рятунок дав,&lt;br /&gt;</w:t>
        <w:br/>
        <w:t>235] Щоб їм, розбитим громами Кроніона,&lt;br /&gt;</w:t>
        <w:br/>
        <w:t>На чорне дно аїду не спускатися.&lt;br /&gt;</w:t>
        <w:br/>
        <w:t>За це ось муки зазнаю такої я,&lt;br /&gt;</w:t>
        <w:br/>
        <w:t>Що й глянуть страшно, а не те, що стерпіти.&lt;br /&gt;</w:t>
        <w:br/>
        <w:t>До смертних жалісливому — мені жалю [34]&lt;br /&gt;</w:t>
        <w:br/>
        <w:t>240] Нема; немилосердний був до мене Зевс,&lt;br /&gt;</w:t>
        <w:br/>
        <w:t>Але й його неславить, це стидовище.&lt;br /&gt;</w:t>
        <w:br/>
        <w:t>ХОР&lt;br /&gt;</w:t>
        <w:br/>
        <w:t>З заліза треба серце мати, з каменю,&lt;br /&gt;</w:t>
        <w:br/>
        <w:t>З тобою щоб не мучитись стражданнями&lt;br /&gt;</w:t>
        <w:br/>
        <w:t>Твоїми, Прометену! їх не бачити&lt;br /&gt;</w:t>
        <w:br/>
        <w:t>245] Воліли б ми — надав серце в жалощах!&lt;br /&gt;</w:t>
        <w:br/>
        <w:t>ПРОМЕТЕЙ&lt;br /&gt;</w:t>
        <w:br/>
        <w:t>На мене друзям гірко вже й дивитися.&lt;br /&gt;</w:t>
        <w:br/>
        <w:t>. . . . . . . . . . . . . . . . . . . . . . . . . . . . . . . . . . .&lt;br /&gt;</w:t>
        <w:br/>
        <w:t>ХОР&lt;br /&gt;</w:t>
        <w:br/>
        <w:t>Крім цього, більше не вчинив нічого ти?&lt;br /&gt;</w:t>
        <w:br/>
        <w:t>ПРОМЕТЕЙ&lt;br /&gt;</w:t>
        <w:br/>
        <w:t>Позбавив смертних прозирання долі я.&lt;br /&gt;</w:t>
        <w:br/>
        <w:t>ХОР&lt;br /&gt;</w:t>
        <w:br/>
        <w:t>Які ж від цього ліки ти їм винайшов?&lt;br /&gt;</w:t>
        <w:br/>
        <w:t>ПРОМЕТЕЙ&lt;br /&gt;</w:t>
        <w:br/>
        <w:t>250] Я їх сліпими наділив надіями.&lt;br /&gt;</w:t>
        <w:br/>
        <w:t>ХОР&lt;br /&gt;</w:t>
        <w:br/>
        <w:t>Велику смертним помічі дарував ти цим.&lt;br /&gt;</w:t>
        <w:br/>
        <w:t>ПРОМЕТЕЙ&lt;br /&gt;</w:t>
        <w:br/>
        <w:t>Вогонь, крім того, дав я їм в супутники.&lt;br /&gt;</w:t>
        <w:br/>
        <w:t>ХОР&lt;br /&gt;</w:t>
        <w:br/>
        <w:t>Вогнистий промінь — тим недовгоденним дав!&lt;br /&gt;</w:t>
        <w:br/>
        <w:t>ПРОМЕТЕЙ&lt;br /&gt;</w:t>
        <w:br/>
        <w:t>Вогонь навчить їх багатьох умілостей.&lt;br /&gt;</w:t>
        <w:br/>
        <w:t>ХОР&lt;br /&gt;</w:t>
        <w:br/>
        <w:t>255] За це тебе Кроніон, так. караючи...&lt;br /&gt;</w:t>
        <w:br/>
        <w:t>ПРОМЕТЕЙ&lt;br /&gt;</w:t>
        <w:br/>
        <w:t>Катує, мучить, глуму не послаблює.&lt;br /&gt;</w:t>
        <w:br/>
        <w:t>ХОР&lt;br /&gt;</w:t>
        <w:br/>
        <w:t>Невже твоїй недолі і кінця нема?&lt;br /&gt;</w:t>
        <w:br/>
        <w:t>ПРОМЕТЕЙ&lt;br /&gt;</w:t>
        <w:br/>
        <w:t>Не буде, якщо сам не схоче Зевс того. [35]&lt;br /&gt;</w:t>
        <w:br/>
        <w:t>ХОР&lt;br /&gt;</w:t>
        <w:br/>
        <w:t>Чи схоче ж він? Яка надія? Бачиш ти,&lt;br /&gt;</w:t>
        <w:br/>
        <w:t>260] щ0] погрішив? Нелегко нам це мовити&lt;br /&gt;</w:t>
        <w:br/>
        <w:t>І боляче для тебе. Та облишмо це,-&lt;br /&gt;</w:t>
        <w:br/>
        <w:t>Шукаймо краще із біди визволення.&lt;br /&gt;</w:t>
        <w:br/>
        <w:t>ПРОМЕТЕЙ&lt;br /&gt;</w:t>
        <w:br/>
        <w:t>О, легко тому радити нещасного,&lt;br /&gt;</w:t>
        <w:br/>
        <w:t>Хто навіть і ногою не торкнувсь біди.&lt;br /&gt;</w:t>
        <w:br/>
        <w:t>265] Але ж усе це добре наперед я знав.&lt;br /&gt;</w:t>
        <w:br/>
        <w:t>Свідомий гріх, свідомий, не зрікаюся,-&lt;br /&gt;</w:t>
        <w:br/>
        <w:t>Помігши смертним, я себе на муки дав.&lt;br /&gt;</w:t>
        <w:br/>
        <w:t>Та знемагати в муках не гадав я тут,&lt;br /&gt;</w:t>
        <w:br/>
        <w:t>На кручі цій високій, у самотності,&lt;br /&gt;</w:t>
        <w:br/>
        <w:t>270] На скелях, що мені на долю випали.&lt;br /&gt;</w:t>
        <w:br/>
        <w:t>Страждань ви не оплакуйте теперішніх —&lt;br /&gt;</w:t>
        <w:br/>
        <w:t>Зійдіть додолу з колісниці й слухайте,&lt;br /&gt;</w:t>
        <w:br/>
        <w:t>Що має статись, і про все довідайтесь.&lt;br /&gt;</w:t>
        <w:br/>
        <w:t>Явіть, явіть увагу,— з тим, хто мучиться,&lt;br /&gt;</w:t>
        <w:br/>
        <w:t>275] Помучтесь разом. Тож біда, блукаючи,&lt;br /&gt;</w:t>
        <w:br/>
        <w:t>Одних сьогодні, других — завтра здибає.&lt;br /&gt;</w:t>
        <w:br/>
        <w:t>ХОР&lt;br /&gt;</w:t>
        <w:br/>
        <w:t>Не відмовимо послуху ми&lt;br /&gt;</w:t>
        <w:br/>
        <w:t>Тобі, Прометею! Ногами легкими&lt;br /&gt;</w:t>
        <w:br/>
        <w:t>З бистролетного повозу зійдемо ми,&lt;br /&gt;</w:t>
        <w:br/>
        <w:t>280] 3 ефіру, де птахів прозорі шляхи,&lt;br /&gt;</w:t>
        <w:br/>
        <w:t>До стрімкої підійдемо скелі,-&lt;br /&gt;</w:t>
        <w:br/>
        <w:t>Про муки твої —&lt;br /&gt;</w:t>
        <w:br/>
        <w:t>Бажаємо все ми почути.&lt;br /&gt;</w:t>
        <w:br/>
        <w:t>На крилатому коні з'являється Океан.&lt;br /&gt;</w:t>
        <w:br/>
        <w:t>ОКЕАН&lt;br /&gt;</w:t>
        <w:br/>
        <w:t>Довгу-довгу до краю пройшовши путь,&lt;br /&gt;</w:t>
        <w:br/>
        <w:t>285] Я до тебе прибув, Прометею,&lt;br /&gt;</w:t>
        <w:br/>
        <w:t>Легкокрилого птаха направивши літ&lt;br /&gt;</w:t>
        <w:br/>
        <w:t>Без удил, зусиллям волі самої.&lt;br /&gt;</w:t>
        <w:br/>
        <w:t>Знай же, горем і я вболіваю твоїм,&lt;br /&gt;</w:t>
        <w:br/>
        <w:t>Ще й спорідненість наша до того мене&lt;br /&gt;</w:t>
        <w:br/>
        <w:t>290] Спонукає. .&lt;br /&gt;</w:t>
        <w:br/>
        <w:t>А коли б і не рідний ти був, то нікого&lt;br /&gt;</w:t>
        <w:br/>
        <w:t>Не шануюся так, як тебе.&lt;br /&gt;</w:t>
        <w:br/>
        <w:t>Що правду я мовлю, дізнаєшся сам,-&lt;br /&gt;</w:t>
        <w:br/>
        <w:t>Лестити лукаво не личить мені.&lt;br /&gt;</w:t>
        <w:br/>
        <w:t>295] Розкажи мені, як же тобі помогти, [36]&lt;br /&gt;</w:t>
        <w:br/>
        <w:t>Щоб ти не сказав, ніби маєш ти друга,&lt;br /&gt;</w:t>
        <w:br/>
        <w:t>Вірнішого від Океана.&lt;br /&gt;</w:t>
        <w:br/>
        <w:t>ПРОМЕТЕЙ&lt;br /&gt;</w:t>
        <w:br/>
        <w:t>Це що? І ти моєї муки глядачем&lt;br /&gt;</w:t>
        <w:br/>
        <w:t>Прийшов? Та як ти зважився, покинувши&lt;br /&gt;</w:t>
        <w:br/>
        <w:t>300] Одноіменні хвилі й самостворені&lt;br /&gt;</w:t>
        <w:br/>
        <w:t>Печери кам'яні, в залізородний край&lt;br /&gt;</w:t>
        <w:br/>
        <w:t>Податись? То для того ти прийшов сюди,&lt;br /&gt;</w:t>
        <w:br/>
        <w:t>Щоб висловити в горі співчуття мені?&lt;br /&gt;</w:t>
        <w:br/>
        <w:t>На Зевсового друга, що поміг йому&lt;br /&gt;</w:t>
        <w:br/>
        <w:t>305] Здобути тронні владу, подивись тепер,-&lt;br /&gt;</w:t>
        <w:br/>
        <w:t>Якої муки зазнаю від нього я?&lt;br /&gt;</w:t>
        <w:br/>
        <w:t>ОКЕАН&lt;br /&gt;</w:t>
        <w:br/>
        <w:t>Все бачу, Прометею, і порадити&lt;br /&gt;</w:t>
        <w:br/>
        <w:t>Тебе хотів би якнайкраще, хоч ти й сам&lt;br /&gt;</w:t>
        <w:br/>
        <w:t>Тямущий. Вдачу виправ, сам себе пізнай&lt;br /&gt;</w:t>
        <w:br/>
        <w:t>310] Подивись — новий-бой над богами цар.&lt;br /&gt;</w:t>
        <w:br/>
        <w:t>А гострими словами будеш кидатись —&lt;br /&gt;</w:t>
        <w:br/>
        <w:t>Почує Зевс, хоч би й багато вище він&lt;br /&gt;</w:t>
        <w:br/>
        <w:t>Сидів, і знай — пекучий біль теперішніх&lt;br /&gt;</w:t>
        <w:br/>
        <w:t>Страждань цих лиш дитячою забавою&lt;br /&gt;</w:t>
        <w:br/>
        <w:t>315] Тоді здаватись буде. Погамуй себе,&lt;br /&gt;</w:t>
        <w:br/>
        <w:t>Нещасний, з мук цих пошукай визволення.&lt;br /&gt;</w:t>
        <w:br/>
        <w:t>Вже застаріли, може, ці слова мої,&lt;br /&gt;</w:t>
        <w:br/>
        <w:t>Проте ж відплату й сам високодумної&lt;br /&gt;</w:t>
        <w:br/>
        <w:t>Розмови, Прометею, розумієш ти,&lt;br /&gt;</w:t>
        <w:br/>
        <w:t>820] А все ж ти, й мук зазнавши, непокірливий,&lt;br /&gt;</w:t>
        <w:br/>
        <w:t>Не поступився, мовби ще бажаючи&lt;br /&gt;</w:t>
        <w:br/>
        <w:t>Нових собі накликати. Наукою&lt;br /&gt;</w:t>
        <w:br/>
        <w:t>Скористуйся моєю, на рожен не лізь&lt;br /&gt;</w:t>
        <w:br/>
        <w:t>І пам'ятай: суворий, самовладний цар&lt;br /&gt;</w:t>
        <w:br/>
        <w:t>825] Керує світом. Я ж піду та спробую,&lt;br /&gt;</w:t>
        <w:br/>
        <w:t>Як із цієї муки врятувать тебе.&lt;br /&gt;</w:t>
        <w:br/>
        <w:t>А ти — будь спокійніший, не зухваль отак,&lt;br /&gt;</w:t>
        <w:br/>
        <w:t>Хіба не знаєш, при твоєму розумі,&lt;br /&gt;</w:t>
        <w:br/>
        <w:t>Яка буває дяка марнословцеві?&lt;br /&gt;</w:t>
        <w:br/>
        <w:t>ПРОМЕТЕЙ&lt;br /&gt;</w:t>
        <w:br/>
        <w:t>830] Тобі я заздрю, бо тепер безвинний ти,&lt;br /&gt;</w:t>
        <w:br/>
        <w:t>Хоча й на все зі мною разом важився.&lt;br /&gt;</w:t>
        <w:br/>
        <w:t>Тож не турбуйся мною,— невблаганного&lt;br /&gt;</w:t>
        <w:br/>
        <w:t>Ти не переконаєш. Стережися-бо,&lt;br /&gt;</w:t>
        <w:br/>
        <w:t>Щоб і собі цим лиха не накоїти [37]&lt;br /&gt;</w:t>
        <w:br/>
        <w:t>ОКЕАН&lt;br /&gt;</w:t>
        <w:br/>
        <w:t>335] Умієш ближніх краще ти порадити,&lt;br /&gt;</w:t>
        <w:br/>
        <w:t>Аніж себе, — це знаю з дій, не з слів твоїх.&lt;br /&gt;</w:t>
        <w:br/>
        <w:t>Отож у путь не заважай іти мені.&lt;br /&gt;</w:t>
        <w:br/>
        <w:t>Я певен, певен, що твоє визволення&lt;br /&gt;</w:t>
        <w:br/>
        <w:t>Я в подарунок від Кроніда матиму.&lt;br /&gt;</w:t>
        <w:br/>
        <w:t>ПРОМЕТЕЙ&lt;br /&gt;</w:t>
        <w:br/>
        <w:t>340] Хвалю тебе і завжди буду дякувать&lt;br /&gt;</w:t>
        <w:br/>
        <w:t>Тобі за це я. Не ослаб ти запалом,&lt;br /&gt;</w:t>
        <w:br/>
        <w:t>Та не турбуйся,— хоч і як хотів би ти&lt;br /&gt;</w:t>
        <w:br/>
        <w:t>Мені в пригоді стати, без полегкості&lt;br /&gt;</w:t>
        <w:br/>
        <w:t>Для мене марно ти себе трудитимеш.&lt;br /&gt;</w:t>
        <w:br/>
        <w:t>345] Хай вже мені погано, та не хтів би я,&lt;br /&gt;</w:t>
        <w:br/>
        <w:t>Щоб іншим це до горя спричинилося.&lt;br /&gt;</w:t>
        <w:br/>
        <w:t>О ні, й без того тяжко вболіваю я&lt;br /&gt;</w:t>
        <w:br/>
        <w:t>Недолею Атланта, брата рідного,&lt;br /&gt;</w:t>
        <w:br/>
        <w:t>Що десь стоїть на Заході далекому,&lt;br /&gt;</w:t>
        <w:br/>
        <w:t>350] Стовпи землі і неба — нелегкий тягар —&lt;br /&gt;</w:t>
        <w:br/>
        <w:t>Могутніми плечима підпираючи.&lt;br /&gt;</w:t>
        <w:br/>
        <w:t>І жаль мені Тіфона стоголового,&lt;br /&gt;</w:t>
        <w:br/>
        <w:t>Печери Кілікійської осельника,&lt;br /&gt;</w:t>
        <w:br/>
        <w:t>Оту потвору, від Землі народжену,-&lt;br /&gt;</w:t>
        <w:br/>
        <w:t>355] Приборкану, безсилу; проти всіх богів&lt;br /&gt;</w:t>
        <w:br/>
        <w:t>Повстав він, і пашіла буйним полум'ям&lt;br /&gt;</w:t>
        <w:br/>
        <w:t>Із пащі смерть; вогнем Горгони блискало&lt;br /&gt;</w:t>
        <w:br/>
        <w:t>З очей, які загрожували Зевсові.&lt;br /&gt;</w:t>
        <w:br/>
        <w:t>Ллє метнув стрілою недріманною&lt;br /&gt;</w:t>
        <w:br/>
        <w:t>360] На нього Зевс; упавши з неба, блискавка&lt;br /&gt;</w:t>
        <w:br/>
        <w:t>Зухвалі нахваляння зупинила враз,&lt;br /&gt;</w:t>
        <w:br/>
        <w:t>І спопелів він, просто в серце вражений;&lt;br /&gt;</w:t>
        <w:br/>
        <w:t>Безтямним, розпростертим над протокою&lt;br /&gt;</w:t>
        <w:br/>
        <w:t>Морською тілом він лежить, пригнічений&lt;br /&gt;</w:t>
        <w:br/>
        <w:t>365] Корінням Етни: на вершині сидячи,&lt;br /&gt;</w:t>
        <w:br/>
        <w:t>Гефест кує залізо. Але вирвуться&lt;br /&gt;</w:t>
        <w:br/>
        <w:t>Колись із верхогір'їв ріки полум'я&lt;br /&gt;</w:t>
        <w:br/>
        <w:t>І язиками пожеруть неситими&lt;br /&gt;</w:t>
        <w:br/>
        <w:t>Рясні поля Сіцілії родючої,&lt;br /&gt;</w:t>
        <w:br/>
        <w:t>370] У громі-блисках бурі вогнедишної&lt;br /&gt;</w:t>
        <w:br/>
        <w:t>Тіфон всепожирущу лютість вивергне,&lt;br /&gt;</w:t>
        <w:br/>
        <w:t>Сам громом Зевса на вугілля спалений.&lt;br /&gt;</w:t>
        <w:br/>
        <w:t>Мене не потребуєш ти навчителем,&lt;br /&gt;</w:t>
        <w:br/>
        <w:t>Отож, як сам умієш, і рятуй себе. [38]&lt;br /&gt;</w:t>
        <w:br/>
        <w:t>375] Свою недолю до кінця я витерплю,&lt;br /&gt;</w:t>
        <w:br/>
        <w:t>Аж поки гнів у серці вщухне Зевсовім.&lt;br /&gt;</w:t>
        <w:br/>
        <w:t>ОКЕАН&lt;br /&gt;</w:t>
        <w:br/>
        <w:t>Чи й досі, Прометею, ти не відаєш,&lt;br /&gt;</w:t>
        <w:br/>
        <w:t>Що слово — лікар гніву найлютішого?&lt;br /&gt;</w:t>
        <w:br/>
        <w:t>ПРОМЕТЕЙ&lt;br /&gt;</w:t>
        <w:br/>
        <w:t>Коли завчасно стримувати в серці гнів,&lt;br /&gt;</w:t>
        <w:br/>
        <w:t>330] А не тоді гасити, як налає він.&lt;br /&gt;</w:t>
        <w:br/>
        <w:t>ОКЕАН&lt;br /&gt;</w:t>
        <w:br/>
        <w:t>Скажи мені, що бачиш небезпечного&lt;br /&gt;</w:t>
        <w:br/>
        <w:t>В моєму піклуванні та відважності?&lt;br /&gt;</w:t>
        <w:br/>
        <w:t>ПРОМЕТЕЙ&lt;br /&gt;</w:t>
        <w:br/>
        <w:t>І нерозважну простоту, і марний труд. "&lt;br /&gt;</w:t>
        <w:br/>
        <w:t>ОКЕАН&lt;br /&gt;</w:t>
        <w:br/>
        <w:t>На хворість цю послабувать дозволь мені, —&lt;br /&gt;</w:t>
        <w:br/>
        <w:t>385] Дурним здаватись — вигідно розумному.&lt;br /&gt;</w:t>
        <w:br/>
        <w:t>ПРОМЕТЕЙ&lt;br /&gt;</w:t>
        <w:br/>
        <w:t>І цю провину за мою вважатимуть.&lt;br /&gt;</w:t>
        <w:br/>
        <w:t>ОКЕАН&lt;br /&gt;</w:t>
        <w:br/>
        <w:t>То цим мене додому ти спроваджуєш?&lt;br /&gt;</w:t>
        <w:br/>
        <w:t>ПРОМЕТЕЙ&lt;br /&gt;</w:t>
        <w:br/>
        <w:t>Щоб не придбав ти ворога плачем оцим!&lt;br /&gt;</w:t>
        <w:br/>
        <w:t>ОКЕАН&lt;br /&gt;</w:t>
        <w:br/>
        <w:t>Того, що на престолі всемогутньому?&lt;br /&gt;</w:t>
        <w:br/>
        <w:t>ПРОМЕТЕЙ&lt;br /&gt;</w:t>
        <w:br/>
        <w:t>390] Остерігайся серце прогнівить йому:&lt;br /&gt;</w:t>
        <w:br/>
        <w:t>ОКЕАН&lt;br /&gt;</w:t>
        <w:br/>
        <w:t>Повчальна, Прометею, ця біда твоя&lt;br /&gt;</w:t>
        <w:br/>
        <w:t>ПРОМЕТЕЙ&lt;br /&gt;</w:t>
        <w:br/>
        <w:t>Рушай, іди — тримайся свого розуму.&lt;br /&gt;</w:t>
        <w:br/>
        <w:t>ОКЕАН&lt;br /&gt;</w:t>
        <w:br/>
        <w:t>Податись у дорогу вже і сам я мав.&lt;br /&gt;</w:t>
        <w:br/>
        <w:t>Уже-бо птах четвероногий крилами&lt;br /&gt;</w:t>
        <w:br/>
        <w:t>395] Розлогу потрясає путь повітряну,-&lt;br /&gt;</w:t>
        <w:br/>
        <w:t>Спочити дома, в стайні, поспішає він.&lt;br /&gt;</w:t>
        <w:br/>
        <w:t>Океан відлітає. [39]</w:t>
      </w:r>
    </w:p>
    <w:p>
      <w:r>
        <w:br/>
        <w:t>Стасим перший&lt;br /&gt;</w:t>
        <w:br/>
        <w:t>ХОР&lt;br /&gt;</w:t>
        <w:br/>
        <w:t>Строфа 1&lt;br /&gt;</w:t>
        <w:br/>
        <w:t>Плачемо ми, о Прометей,&lt;br /&gt;</w:t>
        <w:br/>
        <w:t>Смуток і жаль — доля твоя!..&lt;br /&gt;</w:t>
        <w:br/>
        <w:t>Лицями вам струмені сліз,&lt;br /&gt;</w:t>
        <w:br/>
        <w:t>400] Мов з джерела, в ніжних очей&lt;br /&gt;</w:t>
        <w:br/>
        <w:t>Буйно біжать... Нині-бо Зевс,&lt;br /&gt;</w:t>
        <w:br/>
        <w:t>Повен злоби, власну пиху&lt;br /&gt;</w:t>
        <w:br/>
        <w:t>За керівний взявши закон, богам прадавнім&lt;br /&gt;</w:t>
        <w:br/>
        <w:t>405] Згорда списом грозить могутнім.&lt;br /&gt;</w:t>
        <w:br/>
        <w:t>Антистрофа 1&lt;br /&gt;</w:t>
        <w:br/>
        <w:t>Стогін і зойк чути кругом —&lt;br /&gt;</w:t>
        <w:br/>
        <w:t>Повна ридань ціла земля:&lt;br /&gt;</w:t>
        <w:br/>
        <w:t>Давніх часів велич твою,&lt;br /&gt;</w:t>
        <w:br/>
        <w:t>Долю і честь кревних твоїх&lt;br /&gt;</w:t>
        <w:br/>
        <w:t>410] Славлять гірким смертні плачем,-&lt;br /&gt;</w:t>
        <w:br/>
        <w:t>Всі, що живуть на цілині&lt;br /&gt;</w:t>
        <w:br/>
        <w:t>Азійській, всі зойком в один злилися стогін —&lt;br /&gt;</w:t>
        <w:br/>
        <w:t>Жаль за твої страждання люті.&lt;br /&gt;</w:t>
        <w:br/>
        <w:t>Строфа 2&lt;br /&gt;</w:t>
        <w:br/>
        <w:t>415] Діви-верхівні з Колхіди,&lt;br /&gt;</w:t>
        <w:br/>
        <w:t>У боях неполохливі,&lt;br /&gt;</w:t>
        <w:br/>
        <w:t>Скіфів юрми, що далеко&lt;br /&gt;</w:t>
        <w:br/>
        <w:t>За болотом Меотіди&lt;br /&gt;</w:t>
        <w:br/>
        <w:t>Край посідають дикий;&lt;br /&gt;</w:t>
        <w:br/>
        <w:t>Антистрофа 2&lt;br /&gt;</w:t>
        <w:br/>
        <w:t>420] Арабійці — квіт Ареїв,&lt;br /&gt;</w:t>
        <w:br/>
        <w:t>Стрімковерхого краяни&lt;br /&gt;</w:t>
        <w:br/>
        <w:t>Города біля Кавказу,-&lt;br /&gt;</w:t>
        <w:br/>
        <w:t>Враже військо в брязкотінні&lt;br /&gt;</w:t>
        <w:br/>
        <w:t>Гострокінчастих ратищ. [40]</w:t>
      </w:r>
    </w:p>
    <w:p>
      <w:r>
        <w:br/>
        <w:t>Епод&lt;br /&gt;</w:t>
        <w:br/>
        <w:t>425] Тільки одного раніше ми знали&lt;br /&gt;</w:t>
        <w:br/>
        <w:t>Титана в сталевокайданових муках,-&lt;br /&gt;</w:t>
        <w:br/>
        <w:t>Бога Атланта, й понині —&lt;br /&gt;</w:t>
        <w:br/>
        <w:t>Сила і міць — він хребтом підпирає потужним&lt;br /&gt;</w:t>
        <w:br/>
        <w:t>Неба важке склепіння...&lt;br /&gt;</w:t>
        <w:br/>
        <w:t>430] Ревуть прибоєм, стогнуть буруни,&lt;br /&gt;</w:t>
        <w:br/>
        <w:t>Ридає моря глибочінь,&lt;br /&gt;</w:t>
        <w:br/>
        <w:t>Аїду чорна загула безодня,&lt;br /&gt;</w:t>
        <w:br/>
        <w:t>Журно журкочуть прозорі струмки,-&lt;br /&gt;</w:t>
        <w:br/>
        <w:t>435] Джерела рік жалем спливають.&lt;br /&gt;</w:t>
        <w:br/>
        <w:t>ПРОМЕТЕЙ&lt;br /&gt;</w:t>
        <w:br/>
        <w:t>Не думайте, що то з сваволі й гордощів&lt;br /&gt;</w:t>
        <w:br/>
        <w:t>Мовчу я,— в грудях серце розривається,&lt;br /&gt;</w:t>
        <w:br/>
        <w:t>Коли погляну на оцю ганьбу свою!&lt;br /&gt;</w:t>
        <w:br/>
        <w:t>Хто, як не я, новітнім божествам оцим&lt;br /&gt;</w:t>
        <w:br/>
        <w:t>440] Розподілив почесної судьби дари?&lt;br /&gt;</w:t>
        <w:br/>
        <w:t>Мовчу вже, ви-бо знаєте й самі про це,-&lt;br /&gt;</w:t>
        <w:br/>
        <w:t>Ось про недолю смертних ви послухайте:&lt;br /&gt;</w:t>
        <w:br/>
        <w:t>То я ж їм, дітям нетямущим, розум дав,&lt;br /&gt;</w:t>
        <w:br/>
        <w:t>Я наділив їх мудрою розважністю.&lt;br /&gt;</w:t>
        <w:br/>
        <w:t>445] Не для докору людям це розказую,-&lt;br /&gt;</w:t>
        <w:br/>
        <w:t>Лише щоб силу показать дарів моїх.&lt;br /&gt;</w:t>
        <w:br/>
        <w:t>Вони раніше й дивлячись не бачили&lt;br /&gt;</w:t>
        <w:br/>
        <w:t>І слухавши не чули, в соннім маренні&lt;br /&gt;</w:t>
        <w:br/>
        <w:t>Ціле життя без просвітку блукаючи.&lt;br /&gt;</w:t>
        <w:br/>
        <w:t>450] Не знали ні теслярства, ні підсонячних&lt;br /&gt;</w:t>
        <w:br/>
        <w:t>Домів із цегли, а в землі селилися,&lt;br /&gt;</w:t>
        <w:br/>
        <w:t>Мов комашня моторна, десь у темряві&lt;br /&gt;</w:t>
        <w:br/>
        <w:t>Печер глибоких, сонцем не осяяних.&lt;br /&gt;</w:t>
        <w:br/>
        <w:t>І певної ще не було прикмети в них&lt;br /&gt;</w:t>
        <w:br/>
        <w:t>455] Для зим холодних, і весни квітучої,&lt;br /&gt;</w:t>
        <w:br/>
        <w:t>І золотого літа плодоносного.&lt;br /&gt;</w:t>
        <w:br/>
        <w:t>Весь труд їх був без тями. Таємничий схід&lt;br /&gt;</w:t>
        <w:br/>
        <w:t>І захід зір небесних пояснив я їм.&lt;br /&gt;</w:t>
        <w:br/>
        <w:t>З усіх наук найвидатпішу винайшов&lt;br /&gt;</w:t>
        <w:br/>
        <w:t>460] Науку чисел, ще й письмен сполучення&lt;br /&gt;</w:t>
        <w:br/>
        <w:t>І творчу дав їм пам'ять — цю праматір муз.&lt;br /&gt;</w:t>
        <w:br/>
        <w:t>І в ярма перший уярмив тварини я,&lt;br /&gt;</w:t>
        <w:br/>
        <w:t>Щоб у важкій роботі, приневолені,&lt;br /&gt;</w:t>
        <w:br/>
        <w:t>Людей своїми заступили спинами. [41]&lt;br /&gt;</w:t>
        <w:br/>
        <w:t>465] Я віжколюбних коней в колісниці впріг —&lt;br /&gt;</w:t>
        <w:br/>
        <w:t>Забагатілих розкошів оздоблення.&lt;br /&gt;</w:t>
        <w:br/>
        <w:t>Хто, як не я, для мореплавців вигадав&lt;br /&gt;</w:t>
        <w:br/>
        <w:t>Між хвиль летючі льнянокрилі повози?&lt;br /&gt;</w:t>
        <w:br/>
        <w:t>Для смертних всі знаряддя ці я винайшов,&lt;br /&gt;</w:t>
        <w:br/>
        <w:t>470] Собі ж, бездольний, не знайду я способу,&lt;br /&gt;</w:t>
        <w:br/>
        <w:t>Як із біди своєї увільнитися.&lt;br /&gt;</w:t>
        <w:br/>
        <w:t>ХОР&lt;br /&gt;</w:t>
        <w:br/>
        <w:t>Вже й розум губиш у гапебних муках ти!&lt;br /&gt;</w:t>
        <w:br/>
        <w:t>Немов поганий лікар недосвідчений,&lt;br /&gt;</w:t>
        <w:br/>
        <w:t>Що сам захворів, блудиш і сумуєш ти,&lt;br /&gt;</w:t>
        <w:br/>
        <w:t>475] Собі самому ліків не знаходячи.&lt;br /&gt;</w:t>
        <w:br/>
        <w:t>ПРОМЕТЕЙ&lt;br /&gt;</w:t>
        <w:br/>
        <w:t>Та вислухайте далі, і здивуєтесь,&lt;br /&gt;</w:t>
        <w:br/>
        <w:t>Які я мудрі винайшов умілості&lt;br /&gt;</w:t>
        <w:br/>
        <w:t>Й мистецтва,— з них найважливіші ось які:&lt;br /&gt;</w:t>
        <w:br/>
        <w:t>Хто занедужав, ні пиття цілющого&lt;br /&gt;</w:t>
        <w:br/>
        <w:t>480] З трави-гойниці, ні мастей не знаючи,&lt;br /&gt;</w:t>
        <w:br/>
        <w:t>Без допомоги загибав лікарської,-&lt;br /&gt;</w:t>
        <w:br/>
        <w:t>Я їх навчив вигойні ліки змішувать,&lt;br /&gt;</w:t>
        <w:br/>
        <w:t>Щоб цим перемагати всякі хворості.&lt;br /&gt;</w:t>
        <w:br/>
        <w:t>Для них я різні віщування способи&lt;br /&gt;</w:t>
        <w:br/>
        <w:t>485] Установив, і перший сни я визначив,&lt;br /&gt;</w:t>
        <w:br/>
        <w:t>Що справджуються; роз'яснив я значення&lt;br /&gt;</w:t>
        <w:br/>
        <w:t>Прикмет дорожніх, і таємних висловів,&lt;br /&gt;</w:t>
        <w:br/>
        <w:t>І льоту хижих, кривопазуристих птиць —&lt;br /&gt;</w:t>
        <w:br/>
        <w:t>Яка на добре чи на зле провісниця;&lt;br /&gt;</w:t>
        <w:br/>
        <w:t>490] Усі пташині з'ясував я звичаї —&lt;br /&gt;</w:t>
        <w:br/>
        <w:t>І як живе з них кожна й чим годується,&lt;br /&gt;</w:t>
        <w:br/>
        <w:t>Яка в них ворожнеча і любов яка.&lt;br /&gt;</w:t>
        <w:br/>
        <w:t>Я показав, якими мають нутрощі&lt;br /&gt;</w:t>
        <w:br/>
        <w:t>У жертви бути, щоб богам подобатись,&lt;br /&gt;</w:t>
        <w:br/>
        <w:t>495] Якими — жовчі і печінок кольори.&lt;br /&gt;</w:t>
        <w:br/>
        <w:t>Товстенні стегна попаливши й тельбухи&lt;br /&gt;</w:t>
        <w:br/>
        <w:t>Тварин жертовних, викрив перед смертними&lt;br /&gt;</w:t>
        <w:br/>
        <w:t>Я потаємну вмілість передбачення&lt;br /&gt;</w:t>
        <w:br/>
        <w:t>В огнистих знаках, ще ніким не бачених.&lt;br /&gt;</w:t>
        <w:br/>
        <w:t>500] Це все — від мене. Хто посміє мовити,&lt;br /&gt;</w:t>
        <w:br/>
        <w:t>Що глибоко попід землею сховані&lt;br /&gt;</w:t>
        <w:br/>
        <w:t>Скарби — залізо, мідь, срібло і золото —&lt;br /&gt;</w:t>
        <w:br/>
        <w:t>Він па вигоду людям, а не я, знайшов?&lt;br /&gt;</w:t>
        <w:br/>
        <w:t>Ніхто, крім тих, хто безсоромно хвастає. [42]&lt;br /&gt;</w:t>
        <w:br/>
        <w:t>505] А коротко сказати, то довідайтесь:&lt;br /&gt;</w:t>
        <w:br/>
        <w:t>Від Прометея — всі в людей умілості.&lt;br /&gt;</w:t>
        <w:br/>
        <w:t>ХОР&lt;br /&gt;</w:t>
        <w:br/>
        <w:t>Про смертних не турбуйся понад міру ти.&lt;br /&gt;</w:t>
        <w:br/>
        <w:t>І не занедбуй у нещасті сам себе,-&lt;br /&gt;</w:t>
        <w:br/>
        <w:t>Ми певні, що, звільнившись із кайданів цих,&lt;br /&gt;</w:t>
        <w:br/>
        <w:t>510] Ти перед Зевсом міццю не поступишся.&lt;br /&gt;</w:t>
        <w:br/>
        <w:t>ПРОМЕТЕЙ&lt;br /&gt;</w:t>
        <w:br/>
        <w:t>Всевладна Доля вирок не такий дала,-&lt;br /&gt;</w:t>
        <w:br/>
        <w:t>Ще безліч муки й катувань ще тисячі&lt;br /&gt;</w:t>
        <w:br/>
        <w:t>Я перетерплю, поки з пут цих визволюсь:&lt;br /&gt;</w:t>
        <w:br/>
        <w:t>Безсила вмілість перед Неминучістю.&lt;br /&gt;</w:t>
        <w:br/>
        <w:t>ХОР&lt;br /&gt;</w:t>
        <w:br/>
        <w:t>515] А хто стерничий тої Неминучості?&lt;br /&gt;</w:t>
        <w:br/>
        <w:t>ПРОМЕТЕЙ&lt;br /&gt;</w:t>
        <w:br/>
        <w:t>Три Мойри і всепам'ятні Еріннії,&lt;br /&gt;</w:t>
        <w:br/>
        <w:t>ХОР&lt;br /&gt;</w:t>
        <w:br/>
        <w:t>Невже сам Зевс їм силою поступиться? —&lt;br /&gt;</w:t>
        <w:br/>
        <w:t>ПРОМЕТЕЙ&lt;br /&gt;</w:t>
        <w:br/>
        <w:t>Йому своєї долі не уникнути.&lt;br /&gt;</w:t>
        <w:br/>
        <w:t>ХОР&lt;br /&gt;</w:t>
        <w:br/>
        <w:t>Хіба Кронід не завжди царюватиме?&lt;br /&gt;</w:t>
        <w:br/>
        <w:t>ПРОМЕТЕЙ&lt;br /&gt;</w:t>
        <w:br/>
        <w:t>520] Про це вам не дізнатись — не випитуйте.&lt;br /&gt;</w:t>
        <w:br/>
        <w:t>ХОР&lt;br /&gt;</w:t>
        <w:br/>
        <w:t>Велику, видно, криєш таємницю ти.&lt;br /&gt;</w:t>
        <w:br/>
        <w:t>ПРОМЕТЕЙ&lt;br /&gt;</w:t>
        <w:br/>
        <w:t>Зверніть на інше мову, — розголошувать —&lt;br /&gt;</w:t>
        <w:br/>
        <w:t>Про це не час, це мушу якнайглибше я&lt;br /&gt;</w:t>
        <w:br/>
        <w:t>Ховати,— таємниці як дотримаю,&lt;br /&gt;</w:t>
        <w:br/>
        <w:t>525] То з мук ганебних і кайданів визволюсь. [43]</w:t>
      </w:r>
    </w:p>
    <w:p>
      <w:r>
        <w:br/>
        <w:t>Стасим другий&lt;br /&gt;</w:t>
        <w:br/>
        <w:t>ХОР&lt;br /&gt;</w:t>
        <w:br/>
        <w:t>Строфа 1&lt;br /&gt;</w:t>
        <w:br/>
        <w:t>Зевс можновладний на нас&lt;br /&gt;</w:t>
        <w:br/>
        <w:t>Хай свою міць не насилає ніколи!&lt;br /&gt;</w:t>
        <w:br/>
        <w:t>Хай богам ми в жертву благальну принести&lt;br /&gt;</w:t>
        <w:br/>
        <w:t>530] Не баримося биків&lt;br /&gt;</w:t>
        <w:br/>
        <w:t>Там, де хвиль Океана-отця невгавний шум!&lt;br /&gt;</w:t>
        <w:br/>
        <w:t>Й словом не схибити нам —&lt;br /&gt;</w:t>
        <w:br/>
        <w:t>535] Це бажання завжди плекаймо в серці своїм.&lt;br /&gt;</w:t>
        <w:br/>
        <w:t>Антистрофа 1&lt;br /&gt;</w:t>
        <w:br/>
        <w:t>Солодко бавити нам&lt;br /&gt;</w:t>
        <w:br/>
        <w:t>Довгий свій вік в радісно-буйних надіях,&lt;br /&gt;</w:t>
        <w:br/>
        <w:t>Світлих мрій мед серцю в поживу давати —&lt;br /&gt;</w:t>
        <w:br/>
        <w:t>Та. від жалю тремтимо,&lt;br /&gt;</w:t>
        <w:br/>
        <w:t>540] Зрячи в лютих без ліку муках тебе...&lt;br /&gt;</w:t>
        <w:br/>
        <w:t>Зевса-бо не боячись,&lt;br /&gt;</w:t>
        <w:br/>
        <w:t>Ти свавільно смертних шануєш, о Прометей!&lt;br /&gt;</w:t>
        <w:br/>
        <w:t>Строфа 2&lt;br /&gt;</w:t>
        <w:br/>
        <w:t>Сподівайся подяки невдячної,&lt;br /&gt;</w:t>
        <w:br/>
        <w:t>545] Друже! Поміч яка,&lt;br /&gt;</w:t>
        <w:br/>
        <w:t>Порятунок який — від тих недовгоденних!&lt;br /&gt;</w:t>
        <w:br/>
        <w:t>Чи не знав ти — безсиллям кволим, наче мрія,&lt;br /&gt;</w:t>
        <w:br/>
        <w:t>Рід сліпий людства бездольного спутано.&lt;br /&gt;</w:t>
        <w:br/>
        <w:t>550] Смертних водіння ніколи&lt;br /&gt;</w:t>
        <w:br/>
        <w:t>Вічного ладу не зрушить —&lt;br /&gt;</w:t>
        <w:br/>
        <w:t>Волі Зевса не здолає.&lt;br /&gt;</w:t>
        <w:br/>
        <w:t>Антистрофа 2&lt;br /&gt;</w:t>
        <w:br/>
        <w:t>Від недолі твоєї ми навчені&lt;br /&gt;</w:t>
        <w:br/>
        <w:t>Цього, о Прометей.&lt;br /&gt;</w:t>
        <w:br/>
        <w:t>555] Чи такими тебе піснями всі вітали&lt;br /&gt;</w:t>
        <w:br/>
        <w:t>Ми навколо купелі шлюбної і ложа&lt;br /&gt;</w:t>
        <w:br/>
        <w:t>В світлий час радості — втіхи весільної,&lt;br /&gt;</w:t>
        <w:br/>
        <w:t>В час, як, дарами схиливши, [44]&lt;br /&gt;</w:t>
        <w:br/>
        <w:t>Нашу сестру Гесіону&lt;br /&gt;</w:t>
        <w:br/>
        <w:t>За свою ти взяв дружину?&lt;br /&gt;</w:t>
        <w:br/>
        <w:t>Вбігає божевільна Іо, — в неї на лобі коров'ячі роги.&lt;br /&gt;</w:t>
        <w:br/>
        <w:t>ІО&lt;br /&gt;</w:t>
        <w:br/>
        <w:t>Що за край? Що за люди? І хто це стоїть,&lt;br /&gt;</w:t>
        <w:br/>
        <w:t>Обмаяний бурями; в Путах міцних&lt;br /&gt;</w:t>
        <w:br/>
        <w:t>На скелі стрімчастій? За злочин який&lt;br /&gt;</w:t>
        <w:br/>
        <w:t>Він терпить цю кару? Повідай, куди&lt;br /&gt;</w:t>
        <w:br/>
        <w:t>565] Я, нещасна, тепер заблукала?&lt;br /&gt;</w:t>
        <w:br/>
        <w:t>А-а-а!&lt;br /&gt;</w:t>
        <w:br/>
        <w:t>Знов овід цей жалить мене, бездольну,&lt;br /&gt;</w:t>
        <w:br/>
        <w:t>Жахає знов пастух тисячоокий —&lt;br /&gt;</w:t>
        <w:br/>
        <w:t>Аргоса привид, сина Землі!&lt;br /&gt;</w:t>
        <w:br/>
        <w:t>570] Зором лукавий — мчить по світах,&lt;br /&gt;</w:t>
        <w:br/>
        <w:t>Його земля й по смерті не приймає.&lt;br /&gt;</w:t>
        <w:br/>
        <w:t>І, знедолену, мене гонить він,&lt;br /&gt;</w:t>
        <w:br/>
        <w:t>Схудлу з голоду, понад рінь морську!&lt;br /&gt;</w:t>
        <w:br/>
        <w:t>Строфа&lt;br /&gt;</w:t>
        <w:br/>
        <w:t>575] Десь дуда гуде восколіплена,&lt;br /&gt;</w:t>
        <w:br/>
        <w:t>Смутен сон навіваючи...&lt;br /&gt;</w:t>
        <w:br/>
        <w:t>Ой куди, куди та й завів мене&lt;br /&gt;</w:t>
        <w:br/>
        <w:t>Блукань довгий шлях?&lt;br /&gt;</w:t>
        <w:br/>
        <w:t>І за що, Кроніде, за який гріх&lt;br /&gt;</w:t>
        <w:br/>
        <w:t>На мене наслав ти оцих мук гіркий біль?&lt;br /&gt;</w:t>
        <w:br/>
        <w:t>О-ой!..&lt;br /&gt;</w:t>
        <w:br/>
        <w:t>580] І, оводом жахаючи,&lt;br /&gt;</w:t>
        <w:br/>
        <w:t>Нещасну діву мучиш божевільну?..&lt;br /&gt;</w:t>
        <w:br/>
        <w:t>Попали вогнем, під землею скрий,&lt;br /&gt;</w:t>
        <w:br/>
        <w:t>Морським звірам дай&lt;br /&gt;</w:t>
        <w:br/>
        <w:t>Мене в поживу, о царю, благань&lt;br /&gt;</w:t>
        <w:br/>
        <w:t>Не зневаж моїх!&lt;br /&gt;</w:t>
        <w:br/>
        <w:t>Доволі я блуканнями&lt;br /&gt;</w:t>
        <w:br/>
        <w:t>Намучилась, а як із муки вимкнути —&lt;br /&gt;</w:t>
        <w:br/>
        <w:t>І досі я не знаю.&lt;br /&gt;</w:t>
        <w:br/>
        <w:t>Почуй діви-телиці жальний зойк!&lt;br /&gt;</w:t>
        <w:br/>
        <w:t>ПРОМЕТЕЙ&lt;br /&gt;</w:t>
        <w:br/>
        <w:t>Як не почути гнаної злим оводом&lt;br /&gt;</w:t>
        <w:br/>
        <w:t>590] Іпаха доньки, що, опікши Зевсові&lt;br /&gt;</w:t>
        <w:br/>
        <w:t>Коханням серце, Гери гнів накликала&lt;br /&gt;</w:t>
        <w:br/>
        <w:t>І от — блукає гонами безкраїми. [45]&lt;br /&gt;</w:t>
        <w:br/>
        <w:t>ІО&lt;br /&gt;</w:t>
        <w:br/>
        <w:t>Антистрофа&lt;br /&gt;</w:t>
        <w:br/>
        <w:t>Звідки батькове ім'я знаєш ти?&lt;br /&gt;</w:t>
        <w:br/>
        <w:t>Хто ж ти сам, безталаннику,&lt;br /&gt;</w:t>
        <w:br/>
        <w:t>595] Що біду мою оповів мені,&lt;br /&gt;</w:t>
        <w:br/>
        <w:t>Безталанниці?&lt;br /&gt;</w:t>
        <w:br/>
        <w:t>Назвав ти недугу, що велінням&lt;br /&gt;</w:t>
        <w:br/>
        <w:t>Богівським жалить-сушить мій мозок весь час.&lt;br /&gt;</w:t>
        <w:br/>
        <w:t>О-ой!..&lt;br /&gt;</w:t>
        <w:br/>
        <w:t>600] І скоками шаленими&lt;br /&gt;</w:t>
        <w:br/>
        <w:t>Сюди я в муках голоду примчала,&lt;br /&gt;</w:t>
        <w:br/>
        <w:t>Гнана ревністю Гери гнівної.&lt;br /&gt;</w:t>
        <w:br/>
        <w:t>Чи страждає хто,&lt;br /&gt;</w:t>
        <w:br/>
        <w:t>О нещасливий, так, як мучусь я?&lt;br /&gt;</w:t>
        <w:br/>
        <w:t>Та скажи мені,&lt;br /&gt;</w:t>
        <w:br/>
        <w:t>605] Що далі перетерпіти&lt;br /&gt;</w:t>
        <w:br/>
        <w:t>Я ще повинна,— ліками цілющими&lt;br /&gt;</w:t>
        <w:br/>
        <w:t>Порадь мене, як знаєш.&lt;br /&gt;</w:t>
        <w:br/>
        <w:t>Озвись! Діві блуденній скажи все,&lt;br /&gt;</w:t>
        <w:br/>
        <w:t>ПРОМЕТЕЙ&lt;br /&gt;</w:t>
        <w:br/>
        <w:t>Все розповім я, що почути хочеш ти,&lt;br /&gt;</w:t>
        <w:br/>
        <w:t>610] В прості слова загадок не вплітаючи,&lt;br /&gt;</w:t>
        <w:br/>
        <w:t>Як личить перед другом відкривать уста,-&lt;br /&gt;</w:t>
        <w:br/>
        <w:t>Вогнеподавця Прометея бачиш ти.&lt;br /&gt;</w:t>
        <w:br/>
        <w:t>О ти, що смертним спільну користь виявив,&lt;br /&gt;</w:t>
        <w:br/>
        <w:t>Бездольний Прометею, за що терпиш так?&lt;br /&gt;</w:t>
        <w:br/>
        <w:t>ПРОМЕТЕЙ&lt;br /&gt;</w:t>
        <w:br/>
        <w:t>916 Над муками своїми щойно плакав я.&lt;br /&gt;</w:t>
        <w:br/>
        <w:t>ІО&lt;br /&gt;</w:t>
        <w:br/>
        <w:t>Тож і для мене ласки не відмовиш ти?&lt;br /&gt;</w:t>
        <w:br/>
        <w:t>ПРОМЕТЕЙ&lt;br /&gt;</w:t>
        <w:br/>
        <w:t>Спитай — якої, і про все дізнаєшся.&lt;br /&gt;</w:t>
        <w:br/>
        <w:t>ІО&lt;br /&gt;</w:t>
        <w:br/>
        <w:t>Скажи, хто до бескету прикував тебе?&lt;br /&gt;</w:t>
        <w:br/>
        <w:t>ПРОМЕТЕЙ&lt;br /&gt;</w:t>
        <w:br/>
        <w:t>Веління Зевса, а рука Гефестова. [46]&lt;br /&gt;</w:t>
        <w:br/>
        <w:t>ІО&lt;br /&gt;</w:t>
        <w:br/>
        <w:t>620] А за який ти злочин терпиш кару цю?&lt;br /&gt;</w:t>
        <w:br/>
        <w:t>ПРОМЕТЕЙ&lt;br /&gt;</w:t>
        <w:br/>
        <w:t>І того досить, що тобі вже мовив я.&lt;br /&gt;</w:t>
        <w:br/>
        <w:t>ІО&lt;br /&gt;</w:t>
        <w:br/>
        <w:t>Скажи одно лиш: чи коли настане край&lt;br /&gt;</w:t>
        <w:br/>
        <w:t>. Блукань оцих для мене, нещасливої?&lt;br /&gt;</w:t>
        <w:br/>
        <w:t>ПРОМЕТЕЙ&lt;br /&gt;</w:t>
        <w:br/>
        <w:t>Не знати цього краще, ніж довідатись.&lt;br /&gt;</w:t>
        <w:br/>
        <w:t>ІО&lt;br /&gt;</w:t>
        <w:br/>
        <w:t>625] О, не ховай, що маю-перетерпіти!&lt;br /&gt;</w:t>
        <w:br/>
        <w:t>ПРОМЕТЕЙ&lt;br /&gt;</w:t>
        <w:br/>
        <w:t>Тобі цієї не відмовлю послуги.&lt;br /&gt;</w:t>
        <w:br/>
        <w:t>ІО&lt;br /&gt;</w:t>
        <w:br/>
        <w:t>Чому ж із відповіддю ти загаявся?&lt;br /&gt;</w:t>
        <w:br/>
        <w:t>ПРОМЕТЕЙ&lt;br /&gt;</w:t>
        <w:br/>
        <w:t>Я б рад, та дух боюся твій стривожити.&lt;br /&gt;</w:t>
        <w:br/>
        <w:t>ІО&lt;br /&gt;</w:t>
        <w:br/>
        <w:t>Не дбай про мене більше, аніж я сама.&lt;br /&gt;</w:t>
        <w:br/>
        <w:t>ПРОМЕТЕЙ&lt;br /&gt;</w:t>
        <w:br/>
        <w:t>630] Сама ти побажала — ну, то вислухай.&lt;br /&gt;</w:t>
        <w:br/>
        <w:t>ХОР&lt;br /&gt;</w:t>
        <w:br/>
        <w:t>Стривай! Частина втіхи хай дістанеться&lt;br /&gt;</w:t>
        <w:br/>
        <w:t>. І нам. Раніш довідаймось од неї ми,&lt;br /&gt;</w:t>
        <w:br/>
        <w:t>Як саме ця недуга з нею сталася,&lt;br /&gt;</w:t>
        <w:br/>
        <w:t>Від тебе ж хай почує про кінець біди.&lt;br /&gt;</w:t>
        <w:br/>
        <w:t>ПРОМЕТЕЙ&lt;br /&gt;</w:t>
        <w:br/>
        <w:t>635] Іо, вчинити ласку їм повинна ти,&lt;br /&gt;</w:t>
        <w:br/>
        <w:t>Вони ж до того й сестри твому батькові.&lt;br /&gt;</w:t>
        <w:br/>
        <w:t>Тож радісно і плакать, і жалітися&lt;br /&gt;</w:t>
        <w:br/>
        <w:t>На долю перед тими, хто, вчуваючи&lt;br /&gt;</w:t>
        <w:br/>
        <w:t>Жалі твої, сльозами й сам умиється.&lt;br /&gt;</w:t>
        <w:br/>
        <w:t>ІО&lt;br /&gt;</w:t>
        <w:br/>
        <w:t>640] Не знаю, як вас можна не послухати, —&lt;br /&gt;</w:t>
        <w:br/>
        <w:t>Про все ви в простій повісті почуєте,&lt;br /&gt;</w:t>
        <w:br/>
        <w:t>Дарма що я крізь сльози повідатиму&lt;br /&gt;</w:t>
        <w:br/>
        <w:t>Про бурю богонаслану й спотворення [47]&lt;br /&gt;</w:t>
        <w:br/>
        <w:t>Мені, нещасній, і людського образу.&lt;br /&gt;</w:t>
        <w:br/>
        <w:t>645] Не раз у пітьмі ночі сонні видива,&lt;br /&gt;</w:t>
        <w:br/>
        <w:t>Світлицею витаючи дівочою,&lt;br /&gt;</w:t>
        <w:br/>
        <w:t>Мені шептали: "О щаслива дівчино,&lt;br /&gt;</w:t>
        <w:br/>
        <w:t>Пощо дівуєш довго? Шлюб величний ти&lt;br /&gt;</w:t>
        <w:br/>
        <w:t>Могла б узяти, сам-бо Зевс — опалений&lt;br /&gt;</w:t>
        <w:br/>
        <w:t>680] Жаги стрілою і Кіпріди радощі&lt;br /&gt;</w:t>
        <w:br/>
        <w:t>З тобою хтів би розділить. Божистого&lt;br /&gt;</w:t>
        <w:br/>
        <w:t>Не відкидайся ложа,— до Лернейських лук,&lt;br /&gt;</w:t>
        <w:br/>
        <w:t>Де батькові кошари і стада, приходь&lt;br /&gt;</w:t>
        <w:br/>
        <w:t>Очей жадобу вдовольнити Зевсові".&lt;br /&gt;</w:t>
        <w:br/>
        <w:t>655] Щоночі цими снами опанована,&lt;br /&gt;</w:t>
        <w:br/>
        <w:t>Я мучилась, нещасна, доки батькові-&lt;br /&gt;</w:t>
        <w:br/>
        <w:t>Розповіла я про вночішні видива.&lt;br /&gt;</w:t>
        <w:br/>
        <w:t>Провісників в Додону і до Піфії&lt;br /&gt;</w:t>
        <w:br/>
        <w:t>Він посилав численних, щоб довідались,&lt;br /&gt;</w:t>
        <w:br/>
        <w:t>660] Як словом чи ділами догодить богам.&lt;br /&gt;</w:t>
        <w:br/>
        <w:t>Вони вертались і в неясних висловах&lt;br /&gt;</w:t>
        <w:br/>
        <w:t>Двозначну, темну відповідь приносили.&lt;br /&gt;</w:t>
        <w:br/>
        <w:t>Діждав Інах ясної врешті провісті:&lt;br /&gt;</w:t>
        <w:br/>
        <w:t>Було йому виразно оповіщено —&lt;br /&gt;</w:t>
        <w:br/>
        <w:t>665] Мене із дому і з вітчизни вигнати,&lt;br /&gt;</w:t>
        <w:br/>
        <w:t>Щоб безнастанно по світах блукала я,&lt;br /&gt;</w:t>
        <w:br/>
        <w:t>А не схотів би, то вогниста блискавка&lt;br /&gt;</w:t>
        <w:br/>
        <w:t>Спаде від Зевса і попалить рід увесь.&lt;br /&gt;</w:t>
        <w:br/>
        <w:t>Провіщенню Локсієвому вірячи,&lt;br /&gt;</w:t>
        <w:br/>
        <w:t>670] Отець мій з хати рідної прогнав мене.&lt;br /&gt;</w:t>
        <w:br/>
        <w:t>Обом було нам важко, але Зевсова&lt;br /&gt;</w:t>
        <w:br/>
        <w:t>Узда його до того приневолила.&lt;br /&gt;</w:t>
        <w:br/>
        <w:t>І враз я розум і подобу втратила&lt;br /&gt;</w:t>
        <w:br/>
        <w:t>Й, жалистим гнана оводом, як бачите —&lt;br /&gt;</w:t>
        <w:br/>
        <w:t>675] Рогата — мчала скоками шаленими&lt;br /&gt;</w:t>
        <w:br/>
        <w:t>До джерела Керхнеї добропитної,&lt;br /&gt;</w:t>
        <w:br/>
        <w:t>До пагір Лернських, і землепароджений&lt;br /&gt;</w:t>
        <w:br/>
        <w:t>Пастух, гнівоневтомний Аргос гнав мене&lt;br /&gt;</w:t>
        <w:br/>
        <w:t>І скрізь очима стежив незліченними.&lt;br /&gt;</w:t>
        <w:br/>
        <w:t>680] Життя від нього нагла відібрала смерть,&lt;br /&gt;</w:t>
        <w:br/>
        <w:t>Мене, ж і далі, жалену злим оводом,&lt;br /&gt;</w:t>
        <w:br/>
        <w:t>Цей з краю в край ганяє божественний бич.&lt;br /&gt;</w:t>
        <w:br/>
        <w:t>Ти чув усе. Скажи, як можеш, чим моє&lt;br /&gt;</w:t>
        <w:br/>
        <w:t>Скінчиться лихо. Та, в біді жаліючи,&lt;br /&gt;</w:t>
        <w:br/>
        <w:t>685] Мене словами не втішай облудними,-&lt;br /&gt;</w:t>
        <w:br/>
        <w:t>Нещиру мову слухать — то найгірший біль. [43]</w:t>
      </w:r>
    </w:p>
    <w:p>
      <w:r>
        <w:br/>
        <w:t>Тренос&lt;br /&gt;</w:t>
        <w:br/>
        <w:t>ХОР&lt;br /&gt;</w:t>
        <w:br/>
        <w:t>Ой годі, годі, зупинись!&lt;br /&gt;</w:t>
        <w:br/>
        <w:t>Та ніколи-бо й не гадали ми,&lt;br /&gt;</w:t>
        <w:br/>
        <w:t>Що нам слух торкне дивна мова ця&lt;br /&gt;</w:t>
        <w:br/>
        <w:t>690] І нестерпучих, непосильних мук оцих&lt;br /&gt;</w:t>
        <w:br/>
        <w:t>Жахний глум-ганьба&lt;br /&gt;</w:t>
        <w:br/>
        <w:t>Дволезим вістрям пройме душу нам!&lt;br /&gt;</w:t>
        <w:br/>
        <w:t>Ой доле, доленько...&lt;br /&gt;</w:t>
        <w:br/>
        <w:t>695] Іо нещастя трепетом поймає нас!&lt;br /&gt;</w:t>
        <w:br/>
        <w:t>ПРОМЕТЕЙ&lt;br /&gt;</w:t>
        <w:br/>
        <w:t>Зарано, повні страху, ви ридаєте,-&lt;br /&gt;</w:t>
        <w:br/>
        <w:t>Заждіть, і до останку все почуєте.&lt;br /&gt;</w:t>
        <w:br/>
        <w:t>ХОР&lt;br /&gt;</w:t>
        <w:br/>
        <w:t>То говори,— стражденникам так радісно&lt;br /&gt;</w:t>
        <w:br/>
        <w:t>Кінця скорботи наперед дізнатися.&lt;br /&gt;</w:t>
        <w:br/>
        <w:t>ПРОМЕТЕЙ&lt;br /&gt;</w:t>
        <w:br/>
        <w:t>700] Вас вдовольнив я радо в попередньому&lt;br /&gt;</w:t>
        <w:br/>
        <w:t>Бажанні — пожадали-бо довідатись&lt;br /&gt;</w:t>
        <w:br/>
        <w:t>Від неї ви самої про біду її.&lt;br /&gt;</w:t>
        <w:br/>
        <w:t>Послухайте ж, які Страждання дівчина&lt;br /&gt;</w:t>
        <w:br/>
        <w:t>Бід гніву Гери має перетерпіти.&lt;br /&gt;</w:t>
        <w:br/>
        <w:t>705] А ти, дитя Інахове, слова мої&lt;br /&gt;</w:t>
        <w:br/>
        <w:t>Складай у серці, щоб блуканням знати край.&lt;br /&gt;</w:t>
        <w:br/>
        <w:t>Йди на схід сонця крізь поля неорані&lt;br /&gt;</w:t>
        <w:br/>
        <w:t>І дійдеш до кочів'я Скіфів. В плетених&lt;br /&gt;</w:t>
        <w:br/>
        <w:t>Наметах, на колесах вік живуть вони&lt;br /&gt;</w:t>
        <w:br/>
        <w:t>710] На вольній волі, всі далекосяглими&lt;br /&gt;</w:t>
        <w:br/>
        <w:t>Озброєні стрілами. Не підходь до них,&lt;br /&gt;</w:t>
        <w:br/>
        <w:t>Але направ над берегом ступні свої,&lt;br /&gt;</w:t>
        <w:br/>
        <w:t>Де стогне море під стрімкими скелями.&lt;br /&gt;</w:t>
        <w:br/>
        <w:t>Ліворуч там Халіби-ковалі живуть,&lt;br /&gt;</w:t>
        <w:br/>
        <w:t>715] їх стережися,— дикі, негостинливі&lt;br /&gt;</w:t>
        <w:br/>
        <w:t>Вони. Йди далі до ріки Напасниці,&lt;br /&gt;</w:t>
        <w:br/>
        <w:t>Непомилково названої так,— її&lt;br /&gt;</w:t>
        <w:br/>
        <w:t>Не переходь, неперехідну, поки аж&lt;br /&gt;</w:t>
        <w:br/>
        <w:t>Хребта Кавказу дійдеш височенного,-&lt;br /&gt;</w:t>
        <w:br/>
        <w:t>720] 3 його вершин бурхливий рине струмінь цей.&lt;br /&gt;</w:t>
        <w:br/>
        <w:t>Сусідні зорям перейшовши бескети, [49]&lt;br /&gt;</w:t>
        <w:br/>
        <w:t>Іди на південь і ватаги здибаєш&lt;br /&gt;</w:t>
        <w:br/>
        <w:t>Дів-амазонок, що мужів ненавидять,-&lt;br /&gt;</w:t>
        <w:br/>
        <w:t>При Термодонті й Теміскірі їх житло, —&lt;br /&gt;</w:t>
        <w:br/>
        <w:t>725] Де кораблі жахає Салмідеської&lt;br /&gt;</w:t>
        <w:br/>
        <w:t>Затоки паща — мореплавців мачуха.&lt;br /&gt;</w:t>
        <w:br/>
        <w:t>Ті амазонки радо проведуть тебе,&lt;br /&gt;</w:t>
        <w:br/>
        <w:t>І дійдеш ти до Істму Кімерійського —&lt;br /&gt;</w:t>
        <w:br/>
        <w:t>Тісних воріт приморських. Далі сміливо&lt;br /&gt;</w:t>
        <w:br/>
        <w:t>730] Протоку Меотійську перепливеш ти,&lt;br /&gt;</w:t>
        <w:br/>
        <w:t>І славна в людях пам'ять переправі цій&lt;br /&gt;</w:t>
        <w:br/>
        <w:t>Зостанеться,— в честь тебе називатимуть&lt;br /&gt;</w:t>
        <w:br/>
        <w:t>її — Боспор. Європи ґрунт покинувши,&lt;br /&gt;</w:t>
        <w:br/>
        <w:t>На суходіл Азійський ти дістанешся.&lt;br /&gt;</w:t>
        <w:br/>
        <w:t>735] Що ж, цар богів — чи не до всіх однаково&lt;br /&gt;</w:t>
        <w:br/>
        <w:t>Жорстокий? Зажадавши бог із смертною&lt;br /&gt;</w:t>
        <w:br/>
        <w:t>, З'єднати ложе, на блукання сам її&lt;br /&gt;</w:t>
        <w:br/>
        <w:t>Прирік він. І гіркого ж ти, о дівчино,&lt;br /&gt;</w:t>
        <w:br/>
        <w:t>На шлюб собі спіткала нареченого!&lt;br /&gt;</w:t>
        <w:br/>
        <w:t>740] Все, що від мене чула ти сьогодні тут,&lt;br /&gt;</w:t>
        <w:br/>
        <w:t>Я не назвав би навіть передмовою.&lt;br /&gt;</w:t>
        <w:br/>
        <w:t>ІО&lt;br /&gt;</w:t>
        <w:br/>
        <w:t>Ой леле, леле...&lt;br /&gt;</w:t>
        <w:br/>
        <w:t>ПРОМЕТЕЙ&lt;br /&gt;</w:t>
        <w:br/>
        <w:t>З болючим зойком знову застогнала ти!&lt;br /&gt;</w:t>
        <w:br/>
        <w:t>Що ж буде, як і дальші лиха знатимеш?&lt;br /&gt;</w:t>
        <w:br/>
        <w:t>ХОР&lt;br /&gt;</w:t>
        <w:br/>
        <w:t>745] Які ж їй далі муки, чи розкажеш ти?&lt;br /&gt;</w:t>
        <w:br/>
        <w:t>ПРОМЕТЕЙ&lt;br /&gt;</w:t>
        <w:br/>
        <w:t>Бурхливе море згуби нещасливої.&lt;br /&gt;</w:t>
        <w:br/>
        <w:t>ІО&lt;br /&gt;</w:t>
        <w:br/>
        <w:t>То нащо й жити! Чи не краще з дикої&lt;br /&gt;</w:t>
        <w:br/>
        <w:t>Верховини сторч головою кинутись,&lt;br /&gt;</w:t>
        <w:br/>
        <w:t>Об землю вщент розбитись і звільнитися&lt;br /&gt;</w:t>
        <w:br/>
        <w:t>750] 3 цієї муки! Раз умерти легше-бо,&lt;br /&gt;</w:t>
        <w:br/>
        <w:t>Ніж день у день так тяжко-гірко мучитись. [50]&lt;br /&gt;</w:t>
        <w:br/>
        <w:t>ПРОМЕТЕЙ&lt;br /&gt;</w:t>
        <w:br/>
        <w:t>А як би ти мої страждання стерпіла!&lt;br /&gt;</w:t>
        <w:br/>
        <w:t>Адже ж мені і вмерти не присуджено,-&lt;br /&gt;</w:t>
        <w:br/>
        <w:t>Була б та смерть увільненням од мук моїх,&lt;br /&gt;</w:t>
        <w:br/>
        <w:t>755] А так — моїм стражданням і кінця нема,&lt;br /&gt;</w:t>
        <w:br/>
        <w:t>Аж поки Зевс не упаде з державності.&lt;br /&gt;</w:t>
        <w:br/>
        <w:t>ІО&lt;br /&gt;</w:t>
        <w:br/>
        <w:t>Невже владання Зевсове повалиться?&lt;br /&gt;</w:t>
        <w:br/>
        <w:t>ПРОМЕТЕЙ&lt;br /&gt;</w:t>
        <w:br/>
        <w:t>Раділа б ти, гадаю, це побачивши?&lt;br /&gt;</w:t>
        <w:br/>
        <w:t>ІО&lt;br /&gt;</w:t>
        <w:br/>
        <w:t>Чому ж би й ні, як мучусь через нього я!&lt;br /&gt;</w:t>
        <w:br/>
        <w:t>ПРОМЕТЕЙ&lt;br /&gt;</w:t>
        <w:br/>
        <w:t>760] Отож дізнайся — це направду станеться.&lt;br /&gt;</w:t>
        <w:br/>
        <w:t>ІО&lt;br /&gt;</w:t>
        <w:br/>
        <w:t>Хто ж самовладці берло відбере йому?&lt;br /&gt;</w:t>
        <w:br/>
        <w:t>ПРОМЕТЕЙ&lt;br /&gt;</w:t>
        <w:br/>
        <w:t>Він сам — через бажання нерозсудливі.&lt;br /&gt;</w:t>
        <w:br/>
        <w:t>ІО&lt;br /&gt;</w:t>
        <w:br/>
        <w:t>А як? Скажи, як не пошкодить мова ця.&lt;br /&gt;</w:t>
        <w:br/>
        <w:t>ПРОМЕТЕЙ&lt;br /&gt;</w:t>
        <w:br/>
        <w:t>До шлюбу ставши, потім жалкуватиме.&lt;br /&gt;</w:t>
        <w:br/>
        <w:t>ІО&lt;br /&gt;</w:t>
        <w:br/>
        <w:t>765] 3 богинею чи смертною — скажи мені?&lt;br /&gt;</w:t>
        <w:br/>
        <w:t>ПРОМЕТЕЙ&lt;br /&gt;</w:t>
        <w:br/>
        <w:t>Нащо тобі? Невільно говорити це.&lt;br /&gt;</w:t>
        <w:br/>
        <w:t>ІО&lt;br /&gt;</w:t>
        <w:br/>
        <w:t>Невже дружина відбере від нього трон?&lt;br /&gt;</w:t>
        <w:br/>
        <w:t>ПРОМЕТЕЙ&lt;br /&gt;</w:t>
        <w:br/>
        <w:t>Дитя родивши, від отця могутніше.&lt;br /&gt;</w:t>
        <w:br/>
        <w:t>ІО&lt;br /&gt;</w:t>
        <w:br/>
        <w:t>І неспроможний долі він уникнути? [51]&lt;br /&gt;</w:t>
        <w:br/>
        <w:t>ПРОМЕТЕЙ&lt;br /&gt;</w:t>
        <w:br/>
        <w:t>770] Ні, як не буду вільний від кайданів я.&lt;br /&gt;</w:t>
        <w:br/>
        <w:t>ІО&lt;br /&gt;</w:t>
        <w:br/>
        <w:t>Хто б проти волі Зевса міг звільнить тебе?&lt;br /&gt;</w:t>
        <w:br/>
        <w:t>ПРОМЕТЕЙ&lt;br /&gt;</w:t>
        <w:br/>
        <w:t>Йому з твоїх потомків бути суджено.&lt;br /&gt;</w:t>
        <w:br/>
        <w:t>ІО&lt;br /&gt;</w:t>
        <w:br/>
        <w:t>Як кажеш? Син мій із біди звільнить тебе?&lt;br /&gt;</w:t>
        <w:br/>
        <w:t>ПРОМЕТЕЙ&lt;br /&gt;</w:t>
        <w:br/>
        <w:t>Так, третій по десятому народженні.&lt;br /&gt;</w:t>
        <w:br/>
        <w:t>ІО&lt;br /&gt;</w:t>
        <w:br/>
        <w:t>775] Нелегко зрозуміти це провіщення.&lt;br /&gt;</w:t>
        <w:br/>
        <w:t>ПРОМЕТЕЙ&lt;br /&gt;</w:t>
        <w:br/>
        <w:t>Ти й про свої нещастя не допитуйся.&lt;br /&gt;</w:t>
        <w:br/>
        <w:t>ІО&lt;br /&gt;</w:t>
        <w:br/>
        <w:t>Обіцяної ласки не відмов мені.&lt;br /&gt;</w:t>
        <w:br/>
        <w:t>ПРОМЕТЕЙ&lt;br /&gt;</w:t>
        <w:br/>
        <w:t>Із двох я подарую щось одне тобі.&lt;br /&gt;</w:t>
        <w:br/>
        <w:t>ІО&lt;br /&gt;</w:t>
        <w:br/>
        <w:t>Із чого саме — поясни, хай виберу.&lt;br /&gt;</w:t>
        <w:br/>
        <w:t>ПРОМЕТЕЙ&lt;br /&gt;</w:t>
        <w:br/>
        <w:t>780] Що ж, вибирай — чи про останок мук твоїх&lt;br /&gt;</w:t>
        <w:br/>
        <w:t>Розповісти, чи про мов визволення?&lt;br /&gt;</w:t>
        <w:br/>
        <w:t>ХОР&lt;br /&gt;</w:t>
        <w:br/>
        <w:t>Яви одну ти ласку їй, а другу — нам,&lt;br /&gt;</w:t>
        <w:br/>
        <w:t>Прохання не занедбуючи нашого:&lt;br /&gt;</w:t>
        <w:br/>
        <w:t>їй сповісти подальшого блукання шлях,&lt;br /&gt;</w:t>
        <w:br/>
        <w:t>785] А нам скажи про твого визволителя.&lt;br /&gt;</w:t>
        <w:br/>
        <w:t>ПРОМЕТЕЙ&lt;br /&gt;</w:t>
        <w:br/>
        <w:t>Як хочете, не буду сперечатися,-&lt;br /&gt;</w:t>
        <w:br/>
        <w:t>Про все, що ви бажали, розкажу я вам.&lt;br /&gt;</w:t>
        <w:br/>
        <w:t>По-перше, про твою, Іо, блуденну путь —&lt;br /&gt;</w:t>
        <w:br/>
        <w:t>, Ти ;к запиши це на таблицях пам'яті.&lt;br /&gt;</w:t>
        <w:br/>
        <w:t>790] Потік той перейшовши, суходолів грань,&lt;br /&gt;</w:t>
        <w:br/>
        <w:t>Прямуй на пломенистий, сонцесяйний Схід. [52]&lt;br /&gt;</w:t>
        <w:br/>
        <w:t>Минувши моря гомін, ти добудешся&lt;br /&gt;</w:t>
        <w:br/>
        <w:t>До передгір Кісфени — піль Горгонових,&lt;br /&gt;</w:t>
        <w:br/>
        <w:t>Форкіди там домують, з видом лебедів&lt;br /&gt;</w:t>
        <w:br/>
        <w:t>795] Три діви староденні,— спільне око в них&lt;br /&gt;</w:t>
        <w:br/>
        <w:t>І зуб один, ні сонце їм не сяє вдень,&lt;br /&gt;</w:t>
        <w:br/>
        <w:t>Ні місяць — серед ночі. Недалеко там&lt;br /&gt;</w:t>
        <w:br/>
        <w:t>Є три Горгони — людоненависниці,&lt;br /&gt;</w:t>
        <w:br/>
        <w:t>Крилаті сестри змієкосі,— глянувши&lt;br /&gt;</w:t>
        <w:br/>
        <w:t>800] На них, людина без дихання падає;&lt;br /&gt;</w:t>
        <w:br/>
        <w:t>От їх, кажу, і треба стерегтись тобі;&lt;br /&gt;</w:t>
        <w:br/>
        <w:t>Послухай далі про нові страховища:&lt;br /&gt;</w:t>
        <w:br/>
        <w:t>Не йди до грифів гостродзьобих, Зевсових&lt;br /&gt;</w:t>
        <w:br/>
        <w:t>Псів негавкущих; бійся й раті кінної .&lt;br /&gt;</w:t>
        <w:br/>
        <w:t>803 Тих арімаспів однооких,— житла їх&lt;br /&gt;</w:t>
        <w:br/>
        <w:t>Вздовж берегів Плутона злотохвильного.&lt;br /&gt;</w:t>
        <w:br/>
        <w:t>Від них тікай і прийдеш у далекий край&lt;br /&gt;</w:t>
        <w:br/>
        <w:t>До чорного народу, що при сонячних&lt;br /&gt;</w:t>
        <w:br/>
        <w:t>Живе джерелах, там, де Ефіоп-ріка.&lt;br /&gt;</w:t>
        <w:br/>
        <w:t>810] Йди берегом до водоспадів, де з висот&lt;br /&gt;</w:t>
        <w:br/>
        <w:t>Біблоських добропитні хвилі котить Ніл&lt;br /&gt;</w:t>
        <w:br/>
        <w:t>Священний. На трикутну землю виведе&lt;br /&gt;</w:t>
        <w:br/>
        <w:t>Тебе він в гирло нільське, де тобі, Іо,&lt;br /&gt;</w:t>
        <w:br/>
        <w:t>Й синам твоїм побудувати висілок&lt;br /&gt;</w:t>
        <w:br/>
        <w:t>815] Дано далекий. Що ж для тебе в мові цій&lt;br /&gt;</w:t>
        <w:br/>
        <w:t>Незрозуміле, темне, то про все мене&lt;br /&gt;</w:t>
        <w:br/>
        <w:t>Перепитай і знатимеш докладно все,-&lt;br /&gt;</w:t>
        <w:br/>
        <w:t>Дозвілля в мене більше, ніж хотів би я.&lt;br /&gt;</w:t>
        <w:br/>
        <w:t>ХОР&lt;br /&gt;</w:t>
        <w:br/>
        <w:t>Як далі ще розповідати маєш їй,&lt;br /&gt;</w:t>
        <w:br/>
        <w:t>820] Щось проминувши, про гіркий блукання шлях,&lt;br /&gt;</w:t>
        <w:br/>
        <w:t>То говори, — а все сказав, то вияви&lt;br /&gt;</w:t>
        <w:br/>
        <w:t>До нас ти ласку — пригадай, що просимо.&lt;br /&gt;</w:t>
        <w:br/>
        <w:t>ПРОМЕТЕЙ&lt;br /&gt;</w:t>
        <w:br/>
        <w:t>Про шлях мандрівний чула до кінця вона.&lt;br /&gt;</w:t>
        <w:br/>
        <w:t>Але щоб знала, що не марно слухала,&lt;br /&gt;</w:t>
        <w:br/>
        <w:t>825. Скажу їй, що раніше перетерпіла,-&lt;br /&gt;</w:t>
        <w:br/>
        <w:t>Хай доказом це буде на слова мої.&lt;br /&gt;</w:t>
        <w:br/>
        <w:t>Тож оповідань промину багато я&lt;br /&gt;</w:t>
        <w:br/>
        <w:t>І до останніх перейду блукань твоїх.&lt;br /&gt;</w:t>
        <w:br/>
        <w:t>Коли прийшла ти до землі Молоської,&lt;br /&gt;</w:t>
        <w:br/>
        <w:t>830] Додони недалеко крутогорої,&lt;br /&gt;</w:t>
        <w:br/>
        <w:t>Де храм пророчий Зевса Феспротійського, [53]&lt;br /&gt;</w:t>
        <w:br/>
        <w:t>Там — диво невимовне! — віщим шелестом&lt;br /&gt;</w:t>
        <w:br/>
        <w:t>Дуби пророчі мовили без загадок,&lt;br /&gt;</w:t>
        <w:br/>
        <w:t>Що ти дружина славна будеш Зевсові.&lt;br /&gt;</w:t>
        <w:br/>
        <w:t>835] Чи ще й тепер ця мова не лестить тебе?&lt;br /&gt;</w:t>
        <w:br/>
        <w:t>Відтіль, безумством жалена, помчала ти&lt;br /&gt;</w:t>
        <w:br/>
        <w:t>Шляхом приморським до затоки Рейської&lt;br /&gt;</w:t>
        <w:br/>
        <w:t>І знов верталась гонами шаленими.&lt;br /&gt;</w:t>
        <w:br/>
        <w:t>В часи прийдешні — знай це — Іонійською&lt;br /&gt;</w:t>
        <w:br/>
        <w:t>840] Оту морську затоку називатимуть&lt;br /&gt;</w:t>
        <w:br/>
        <w:t>На спогад людям про твою блуденну путь.&lt;br /&gt;</w:t>
        <w:br/>
        <w:t>Тобі ознака буде це, що розум мій&lt;br /&gt;</w:t>
        <w:br/>
        <w:t>Далеко більше бачить, ніж одкрито всім.&lt;br /&gt;</w:t>
        <w:br/>
        <w:t>І їй, і вам я разом далі все скажу,&lt;br /&gt;</w:t>
        <w:br/>
        <w:t>845] На слід вернувшись мови попередньої,&lt;br /&gt;</w:t>
        <w:br/>
        <w:t>В самому гирлі нільськім, на краю землі,&lt;br /&gt;</w:t>
        <w:br/>
        <w:t>В розлогих плавнях місто Каноб найдеш ти.&lt;br /&gt;</w:t>
        <w:br/>
        <w:t>Там Зевс тобі поверне розум дотиком&lt;br /&gt;</w:t>
        <w:br/>
        <w:t>Руки пестливим, і породиш чорного&lt;br /&gt;</w:t>
        <w:br/>
        <w:t>850] Епафа, соіменного зародженню&lt;br /&gt;</w:t>
        <w:br/>
        <w:t>Від Зевса. Урожаї він збиратиме&lt;br /&gt;</w:t>
        <w:br/>
        <w:t>З землі, що Ніл широководий зрошує.&lt;br /&gt;</w:t>
        <w:br/>
        <w:t>У поколінні п'ятім п'ятдесят сестер&lt;br /&gt;</w:t>
        <w:br/>
        <w:t>Вернеться в Аргос, не з бажання власного —&lt;br /&gt;</w:t>
        <w:br/>
        <w:t>855] 3 братителями шлюбу уникаючи&lt;br /&gt;</w:t>
        <w:br/>
        <w:t>Покревного.. Ті ж у пориві хтивості,&lt;br /&gt;</w:t>
        <w:br/>
        <w:t>Мов яструби, голубок полюватимуть,&lt;br /&gt;</w:t>
        <w:br/>
        <w:t>На ловах шлюбу гонячись невловного.&lt;br /&gt;</w:t>
        <w:br/>
        <w:t>Але не дасть їм заздрий бог дівочих тіл.&lt;br /&gt;</w:t>
        <w:br/>
        <w:t>860] Земля Пелазга прийме... вбитих Аресом&lt;br /&gt;</w:t>
        <w:br/>
        <w:t>Через жіночі руки, що вночі разять;&lt;br /&gt;</w:t>
        <w:br/>
        <w:t>Дружина кожна віку збавить мужеві,&lt;br /&gt;</w:t>
        <w:br/>
        <w:t>Мечі дволезі в їх крові купаючи,&lt;br /&gt;</w:t>
        <w:br/>
        <w:t>Хай втішить так Кіпріда й ворогів моїх!&lt;br /&gt;</w:t>
        <w:br/>
        <w:t>865] Одна лиш, любощами зачарована,&lt;br /&gt;</w:t>
        <w:br/>
        <w:t>Ослабне духом і не вб'є заснулого,&lt;br /&gt;</w:t>
        <w:br/>
        <w:t>Воліючи вже краще слабодухою,&lt;br /&gt;</w:t>
        <w:br/>
        <w:t>Аніж смертоубивцею уславитись.&lt;br /&gt;</w:t>
        <w:br/>
        <w:t>Царів Аргоських з неї розпочнеться рід.&lt;br /&gt;</w:t>
        <w:br/>
        <w:t>870] Багато слів потрібно, щоб сказати все.&lt;br /&gt;</w:t>
        <w:br/>
        <w:t>Із цього роду вийде славний стрілами&lt;br /&gt;</w:t>
        <w:br/>
        <w:t>Герой,— мене він визволить із мук тяжких.&lt;br /&gt;</w:t>
        <w:br/>
        <w:t>Від титаніди-матері, прадавньої&lt;br /&gt;</w:t>
        <w:br/>
        <w:t>Феміди, це провіщення було мені. [54]&lt;br /&gt;</w:t>
        <w:br/>
        <w:t>875] Коли і як то буде — надто довго це&lt;br /&gt;</w:t>
        <w:br/>
        <w:t>Розказувать, та й користі — ніякої.&lt;br /&gt;</w:t>
        <w:br/>
        <w:t>ІО&lt;br /&gt;</w:t>
        <w:br/>
        <w:t>Ой леле, ой леле...&lt;br /&gt;</w:t>
        <w:br/>
        <w:t>Запалало в мені божевілля знов,&lt;br /&gt;</w:t>
        <w:br/>
        <w:t>Безжального овода гостре жало&lt;br /&gt;</w:t>
        <w:br/>
        <w:t>880] Пече без вогню!&lt;br /&gt;</w:t>
        <w:br/>
        <w:t>І жахається серце, і груди рве,&lt;br /&gt;</w:t>
        <w:br/>
        <w:t>І обертом очі кружляють мені,&lt;br /&gt;</w:t>
        <w:br/>
        <w:t>Кудись пориває безумний шал,&lt;br /&gt;</w:t>
        <w:br/>
        <w:t>І язик мій у спраглих німіє устах,-&lt;br /&gt;</w:t>
        <w:br/>
        <w:t>885] Каламутним годі здолати словам&lt;br /&gt;</w:t>
        <w:br/>
        <w:t>Божевілля навальну хвилю.&lt;br /&gt;</w:t>
        <w:br/>
        <w:t>(Охоплена божевіллям, Іо втікає).</w:t>
      </w:r>
    </w:p>
    <w:p>
      <w:r>
        <w:br/>
        <w:t>Стасим третій&lt;br /&gt;</w:t>
        <w:br/>
        <w:t>ХОР&lt;br /&gt;</w:t>
        <w:br/>
        <w:t>Строфа&lt;br /&gt;</w:t>
        <w:br/>
        <w:t>Мудрий, о мудрий був той,&lt;br /&gt;</w:t>
        <w:br/>
        <w:t>В думці хто мав перший, а потім уголос&lt;br /&gt;</w:t>
        <w:br/>
        <w:t>Нам провістив, що належить&lt;br /&gt;</w:t>
        <w:br/>
        <w:t>890] 3 рівними шлюб нам брати, далеко-бо&lt;br /&gt;</w:t>
        <w:br/>
        <w:t>Краще це, ніж, бувши голотою,&lt;br /&gt;</w:t>
        <w:br/>
        <w:t>Прагнути шлюбу з тією, що в розкошах&lt;br /&gt;</w:t>
        <w:br/>
        <w:t>Мліє, своїм пишаючись родом.&lt;br /&gt;</w:t>
        <w:br/>
        <w:t>Антистрофа&lt;br /&gt;</w:t>
        <w:br/>
        <w:t>Мойри, о мойри, хай з нас&lt;br /&gt;</w:t>
        <w:br/>
        <w:t>895] Жодну вам трьом не випадав ніколи&lt;br /&gt;</w:t>
        <w:br/>
        <w:t>Зріти на Зевсовім ложі!&lt;br /&gt;</w:t>
        <w:br/>
        <w:t>Хай із небес нам мужа не-відати!&lt;br /&gt;</w:t>
        <w:br/>
        <w:t>Горне жах нас, немужелюбною&lt;br /&gt;</w:t>
        <w:br/>
        <w:t>Зрячи дівочість Іо, в гірких блуканнях&lt;br /&gt;</w:t>
        <w:br/>
        <w:t>900] Пещену Гери карою злою! [55]</w:t>
      </w:r>
    </w:p>
    <w:p>
      <w:r>
        <w:br/>
        <w:t>Епод&lt;br /&gt;</w:t>
        <w:br/>
        <w:t>Ми рівного яе боїмося шлюбу —&lt;br /&gt;</w:t>
        <w:br/>
        <w:t>Коли б лише любов богів могутніх&lt;br /&gt;</w:t>
        <w:br/>
        <w:t>Нас не нагляділа ненатлим оком?&lt;br /&gt;</w:t>
        <w:br/>
        <w:t>Борня то незборенна, невихідна путь.&lt;br /&gt;</w:t>
        <w:br/>
        <w:t>905] Що буде а нами? Як нам і куди&lt;br /&gt;</w:t>
        <w:br/>
        <w:t>Від Зевса, від жаги його тікати?</w:t>
      </w:r>
    </w:p>
    <w:p>
      <w:r>
        <w:br/>
        <w:t>Ексод&lt;br /&gt;</w:t>
        <w:br/>
        <w:t>ПРОМЕТЕЙ&lt;br /&gt;</w:t>
        <w:br/>
        <w:t>Хоч Зевс і гордий серцем — злагіднішає,&lt;br /&gt;</w:t>
        <w:br/>
        <w:t>До шлюбу він такого-бо ладнається,&lt;br /&gt;</w:t>
        <w:br/>
        <w:t>Який його із трону скине й царської&lt;br /&gt;</w:t>
        <w:br/>
        <w:t>910] Позбавить влади. Отоді-то батькове&lt;br /&gt;</w:t>
        <w:br/>
        <w:t>Кляття справдиться, що наклав на кривдника,&lt;br /&gt;</w:t>
        <w:br/>
        <w:t>З престолу Крон упавши стародавнього.&lt;br /&gt;</w:t>
        <w:br/>
        <w:t>А як з біди такої Зевсу вимкнути —&lt;br /&gt;</w:t>
        <w:br/>
        <w:t>З богів нікому не добрати способу.&lt;br /&gt;</w:t>
        <w:br/>
        <w:t>915] Лиш я це знаю. Хай, на троні сидячи,&lt;br /&gt;</w:t>
        <w:br/>
        <w:t>Він тішиться громами піднебесними,&lt;br /&gt;</w:t>
        <w:br/>
        <w:t>Хай сипле з рук вогнями-блискавицями.&lt;br /&gt;</w:t>
        <w:br/>
        <w:t>Та вже не допоможе це ніяк йому —&lt;br /&gt;</w:t>
        <w:br/>
        <w:t>Впаде безславно і не підведеться вій, ,&lt;br /&gt;</w:t>
        <w:br/>
        <w:t>920] Такого-бо на себе нездоланного&lt;br /&gt;</w:t>
        <w:br/>
        <w:t>Тепер противоборника готує він,&lt;br /&gt;</w:t>
        <w:br/>
        <w:t>Що той палкіше блискавиці полум'я&lt;br /&gt;</w:t>
        <w:br/>
        <w:t>Знайде і грім грімкіший від небесного;&lt;br /&gt;</w:t>
        <w:br/>
        <w:t>Морям грозу і землям потрясателя —&lt;br /&gt;</w:t>
        <w:br/>
        <w:t>925] Тризубця він розтрощить Посейдонові,-&lt;br /&gt;</w:t>
        <w:br/>
        <w:t>Тоді довідається Зевс повалений,&lt;br /&gt;</w:t>
        <w:br/>
        <w:t>Що рабство — це щось інше, аніж влади трон.&lt;br /&gt;</w:t>
        <w:br/>
        <w:t>ХОР.&lt;br /&gt;</w:t>
        <w:br/>
        <w:t>Чого бажаєш, те й пророчиш Зевсові.&lt;br /&gt;</w:t>
        <w:br/>
        <w:t>ПРОМЕТЕЙ&lt;br /&gt;</w:t>
        <w:br/>
        <w:t>Не тільки я бажаю, але й буде так.&lt;br /&gt;</w:t>
        <w:br/>
        <w:t>ХОР&lt;br /&gt;</w:t>
        <w:br/>
        <w:t>930] Хтось, видно, і над Зевсом пануватиме? [56]&lt;br /&gt;</w:t>
        <w:br/>
        <w:t>ПРОМЕТЕЙ&lt;br /&gt;</w:t>
        <w:br/>
        <w:t>Він кару тяжчу, аніж я, терпітиме.&lt;br /&gt;</w:t>
        <w:br/>
        <w:t>ХОР&lt;br /&gt;</w:t>
        <w:br/>
        <w:t>Як слів цих вимовляти не боїшся тиі&lt;br /&gt;</w:t>
        <w:br/>
        <w:t>ПРОМЕТЕЙ&lt;br /&gt;</w:t>
        <w:br/>
        <w:t>Чого ж боятись? Смерті непідлеглий я.&lt;br /&gt;</w:t>
        <w:br/>
        <w:t>ХОР&lt;br /&gt;</w:t>
        <w:br/>
        <w:t>Наслати муки ще лютіші може він.&lt;br /&gt;</w:t>
        <w:br/>
        <w:t>ПРОМЕТЕЙ&lt;br /&gt;</w:t>
        <w:br/>
        <w:t>935] Хай шле — нема для мене несподіванок.&lt;br /&gt;</w:t>
        <w:br/>
        <w:t>ХОР&lt;br /&gt;</w:t>
        <w:br/>
        <w:t>Той мудрий, Адрастеї хто вклоняється.&lt;br /&gt;</w:t>
        <w:br/>
        <w:t>ПРОМЕТЕЙ&lt;br /&gt;</w:t>
        <w:br/>
        <w:t>Шануйте ви владущих і улещуйте,&lt;br /&gt;</w:t>
        <w:br/>
        <w:t>Для мене ж менше від нічого важить Зевс,-&lt;br /&gt;</w:t>
        <w:br/>
        <w:t>Хай робить що захоче цей короткий час,&lt;br /&gt;</w:t>
        <w:br/>
        <w:t>940] Недовго він богами керуватиме.&lt;br /&gt;</w:t>
        <w:br/>
        <w:t>Та он від Зевса, бачу, посланець біжить —&lt;br /&gt;</w:t>
        <w:br/>
        <w:t>Прийшов він, певно, із повою звісткою,&lt;br /&gt;</w:t>
        <w:br/>
        <w:t>Оцей служник тирана новочасного.&lt;br /&gt;</w:t>
        <w:br/>
        <w:t>З'являється Гермес.&lt;br /&gt;</w:t>
        <w:br/>
        <w:t>ГЕРМЕС&lt;br /&gt;</w:t>
        <w:br/>
        <w:t>До тебе, мудрія гостроязикого,&lt;br /&gt;</w:t>
        <w:br/>
        <w:t>945] Богів зрадливця, а людей шановника,&lt;br /&gt;</w:t>
        <w:br/>
        <w:t>До тебе, вогнекрадця, промовляю я!&lt;br /&gt;</w:t>
        <w:br/>
        <w:t>Звелів отець все розказать про шлюб отой,&lt;br /&gt;</w:t>
        <w:br/>
        <w:t>Що через нього, похвалявсь ти, влади він&lt;br /&gt;</w:t>
        <w:br/>
        <w:t>Позбудеться. Докладно і виразно все&lt;br /&gt;</w:t>
        <w:br/>
        <w:t>950] Ти, Прометею, розкажи без загадок!&lt;br /&gt;</w:t>
        <w:br/>
        <w:t>Цю путь удруге не примушуй міряти,-&lt;br /&gt;</w:t>
        <w:br/>
        <w:t>Сам знаєш-бо, цим Зевса не власкавити.&lt;br /&gt;</w:t>
        <w:br/>
        <w:t>ПРОМЕТЕЙ&lt;br /&gt;</w:t>
        <w:br/>
        <w:t>Яка зарозуміла й гордовита вся&lt;br /&gt;</w:t>
        <w:br/>
        <w:t>Розмова ця прислужника богівського!&lt;br /&gt;</w:t>
        <w:br/>
        <w:t>955] Недавно ви при владі стали й мислите.&lt;br /&gt;</w:t>
        <w:br/>
        <w:t>У замках безпечальних домувать повік?&lt;br /&gt;</w:t>
        <w:br/>
        <w:t>Падіння двох тиранів чи не бачив я? [57]&lt;br /&gt;</w:t>
        <w:br/>
        <w:t>Побачу, як і третій, що при владі є,&lt;br /&gt;</w:t>
        <w:br/>
        <w:t>Впаде ганебно й скоро. Сподівався ти,&lt;br /&gt;</w:t>
        <w:br/>
        <w:t>860] Що цих богів новітніх я злякаюся?&lt;br /&gt;</w:t>
        <w:br/>
        <w:t>Далеко ще до цього. Поспішай назад&lt;br /&gt;</w:t>
        <w:br/>
        <w:t>Дорогою, якою і прийшов сюди,-&lt;br /&gt;</w:t>
        <w:br/>
        <w:t>Нічого ти від мене не дізнаєшся.&lt;br /&gt;</w:t>
        <w:br/>
        <w:t>ГЕРМЕС&lt;br /&gt;</w:t>
        <w:br/>
        <w:t>Отож-бо цим зухвальством і сваволею&lt;br /&gt;</w:t>
        <w:br/>
        <w:t>965] Себе й завів ти в безвихідь страждань оцих.&lt;br /&gt;</w:t>
        <w:br/>
        <w:t>ПРОМЕТЕЙ&lt;br /&gt;</w:t>
        <w:br/>
        <w:t>Свого нещастя на негідне рабство я&lt;br /&gt;</w:t>
        <w:br/>
        <w:t>Не проміняю,— це запам'ятай собі.&lt;br /&gt;</w:t>
        <w:br/>
        <w:t>ГЕРМЕС&lt;br /&gt;</w:t>
        <w:br/>
        <w:t>Мабуть, у рабстві краще бути в скель оцих,&lt;br /&gt;</w:t>
        <w:br/>
        <w:t>Ніж Зевса-батька вісником довіреним?&lt;br /&gt;</w:t>
        <w:br/>
        <w:t>ПРОМЕТЕЙ&lt;br /&gt;</w:t>
        <w:br/>
        <w:t>970] Отак і треба зневажать зневажників.&lt;br /&gt;</w:t>
        <w:br/>
        <w:t>ГЕРМЕС&lt;br /&gt;</w:t>
        <w:br/>
        <w:t>Ти муками своїми мовби тішишся?&lt;br /&gt;</w:t>
        <w:br/>
        <w:t>ПРОМЕТЕЙ&lt;br /&gt;</w:t>
        <w:br/>
        <w:t>Я тішуся? Такої ворогам моїм&lt;br /&gt;</w:t>
        <w:br/>
        <w:t>Жадав би я утіхи, й серед них — тобі.&lt;br /&gt;</w:t>
        <w:br/>
        <w:t>ГЕРМЕС&lt;br /&gt;</w:t>
        <w:br/>
        <w:t>За ці нещастя і мене винуєш ти?&lt;br /&gt;</w:t>
        <w:br/>
        <w:t>ПРОМЕТЕЙ&lt;br /&gt;</w:t>
        <w:br/>
        <w:t>875] Скажу одверто,— всіх богів ненавиджу,&lt;br /&gt;</w:t>
        <w:br/>
        <w:t>За добре злим мені вони віддячили.&lt;br /&gt;</w:t>
        <w:br/>
        <w:t>ГЕРМЕС&lt;br /&gt;</w:t>
        <w:br/>
        <w:t>Як подивлюсь я — справді тяжко хворий ти.&lt;br /&gt;</w:t>
        <w:br/>
        <w:t>ПРОМЕТЕЙ&lt;br /&gt;</w:t>
        <w:br/>
        <w:t>Як хворість то — ненавидіти ворога.&lt;br /&gt;</w:t>
        <w:br/>
        <w:t>ГЕРМЕС&lt;br /&gt;</w:t>
        <w:br/>
        <w:t>Але ти в щасті був би ще нестерпніший!&lt;br /&gt;</w:t>
        <w:br/>
        <w:t>ПРОМЕТЕЙ&lt;br /&gt;</w:t>
        <w:br/>
        <w:t>Ой-ой!&lt;br /&gt;</w:t>
        <w:br/>
        <w:t>ГЕРМЕС&lt;br /&gt;</w:t>
        <w:br/>
        <w:t>980] Ой-ой? Це слово невідоме Зевсові. [58]&lt;br /&gt;</w:t>
        <w:br/>
        <w:t>ПРОМЕТЕЙ&lt;br /&gt;</w:t>
        <w:br/>
        <w:t>Старіючи, усього час навчить його.&lt;br /&gt;</w:t>
        <w:br/>
        <w:t>ГЕРМЕС&lt;br /&gt;</w:t>
        <w:br/>
        <w:t>А ти ще й досі не навчився розуму.&lt;br /&gt;</w:t>
        <w:br/>
        <w:t>ПРОМЕТЕЙ&lt;br /&gt;</w:t>
        <w:br/>
        <w:t>Ба ні,— не розмовляв би я з прислужником.&lt;br /&gt;</w:t>
        <w:br/>
        <w:t>ГЕРМЕС&lt;br /&gt;</w:t>
        <w:br/>
        <w:t>Нічого, видно, батькові не скажеш ти?&lt;br /&gt;</w:t>
        <w:br/>
        <w:t>ПРОМЕТЕЙ&lt;br /&gt;</w:t>
        <w:br/>
        <w:t>985] Не дякувать чи можу, власкавлений!&lt;br /&gt;</w:t>
        <w:br/>
        <w:t>ГЕРМЕС&lt;br /&gt;</w:t>
        <w:br/>
        <w:t>Глузуєш ти із мене, ніби з хлопчика.&lt;br /&gt;</w:t>
        <w:br/>
        <w:t>ПРОМЕТЕЙ&lt;br /&gt;</w:t>
        <w:br/>
        <w:t>Чи ти ж не хлопчик? Навіть ще дурніший ти,&lt;br /&gt;</w:t>
        <w:br/>
        <w:t>Якщо від мене сподівавсь довідатись.&lt;br /&gt;</w:t>
        <w:br/>
        <w:t>Ні мук таких немає, ані хитрощів,&lt;br /&gt;</w:t>
        <w:br/>
        <w:t>990] Щоб ними Зевс присилував сказати це,&lt;br /&gt;</w:t>
        <w:br/>
        <w:t>Аж поки пут ганебних не розв'яже він.&lt;br /&gt;</w:t>
        <w:br/>
        <w:t>Нехай палючим кидав він полум'ям,&lt;br /&gt;</w:t>
        <w:br/>
        <w:t>Завіє все снігами білоперими, .&lt;br /&gt;</w:t>
        <w:br/>
        <w:t>Громами хай загрожує підземними,-&lt;br /&gt;</w:t>
        <w:br/>
        <w:t>995] Нічим мене сказати не присилує,&lt;br /&gt;</w:t>
        <w:br/>
        <w:t>Кому його належить з трону скинути.&lt;br /&gt;</w:t>
        <w:br/>
        <w:t>ГЕРМЕС&lt;br /&gt;</w:t>
        <w:br/>
        <w:t>Побачиш сам, чи допоможе це тобі..'&lt;br /&gt;</w:t>
        <w:br/>
        <w:t>ПРОМЕТЕЙ&lt;br /&gt;</w:t>
        <w:br/>
        <w:t>Все передбачив і давно вже зважив я.&lt;br /&gt;</w:t>
        <w:br/>
        <w:t>ГЕРМЕС&lt;br /&gt;</w:t>
        <w:br/>
        <w:t>Наважся, о наважся, нерозсудливий,&lt;br /&gt;</w:t>
        <w:br/>
        <w:t>1000] Хоч задля мук цих розумніше мислити.&lt;br /&gt;</w:t>
        <w:br/>
        <w:t>ПРОМЕТЕЙ&lt;br /&gt;</w:t>
        <w:br/>
        <w:t>Дарма, мов хвиль прибоєм докучаєш ти&lt;br /&gt;</w:t>
        <w:br/>
        <w:t>. Вмовлянням. Не думай, що, лякаючись&lt;br /&gt;</w:t>
        <w:br/>
        <w:t>Погрози Зевса, стану я, мов женщина,&lt;br /&gt;</w:t>
        <w:br/>
        <w:t>Благать, кого ненавиджу, й ламатиму&lt;br /&gt;</w:t>
        <w:br/>
        <w:t>1005] я руки по-жіночому, щоб змилувавсь&lt;br /&gt;</w:t>
        <w:br/>
        <w:t>І увільнив з кайданів,— ні, не буде так. [59]&lt;br /&gt;</w:t>
        <w:br/>
        <w:t>ГЕРМЕС&lt;br /&gt;</w:t>
        <w:br/>
        <w:t>Багато, але марно розмовляв я тут.&lt;br /&gt;</w:t>
        <w:br/>
        <w:t>Ні, цього серця не зм'якшить благаннями.&lt;br /&gt;</w:t>
        <w:br/>
        <w:t>Мов огир неїжджалий, він узду гризе,&lt;br /&gt;</w:t>
        <w:br/>
        <w:t>1010] Пручається і з віжками змагається.&lt;br /&gt;</w:t>
        <w:br/>
        <w:t>Та кволі, недоречні хитрування ці,-&lt;br /&gt;</w:t>
        <w:br/>
        <w:t>Сама лиш самопевність нерозумного&lt;br /&gt;</w:t>
        <w:br/>
        <w:t>Не варта аж нічого. Як словам моїм&lt;br /&gt;</w:t>
        <w:br/>
        <w:t>Ти не скоришся — глянь, якою бурею ,-&lt;br /&gt;</w:t>
        <w:br/>
        <w:t>1015] Хвилешна хвиля муки неминучої&lt;br /&gt;</w:t>
        <w:br/>
        <w:t>Тебе настигне. Скелі стрімковерхі ці&lt;br /&gt;</w:t>
        <w:br/>
        <w:t>Розтрощить батько громом-блискавицею&lt;br /&gt;</w:t>
        <w:br/>
        <w:t>Полум'яною, і обійми каменю&lt;br /&gt;</w:t>
        <w:br/>
        <w:t>Твоє сховають тіло. Довгі сповняться&lt;br /&gt;</w:t>
        <w:br/>
        <w:t>1020] Віки, аж поки вийдеш знов на світло ти&lt;br /&gt;</w:t>
        <w:br/>
        <w:t>Й орел кривавий, цей крилатий Зевсів пес,&lt;br /&gt;</w:t>
        <w:br/>
        <w:t>Шматки великі рватиме пожадливо&lt;br /&gt;</w:t>
        <w:br/>
        <w:t>Від твого тіла, і щодня приходити&lt;br /&gt;</w:t>
        <w:br/>
        <w:t>Цей буде гість незваний і печінкою&lt;br /&gt;</w:t>
        <w:br/>
        <w:t>1025] Живитися твоєю почорнілою.&lt;br /&gt;</w:t>
        <w:br/>
        <w:t>Стражданням цим не дожидай закінчення,&lt;br /&gt;</w:t>
        <w:br/>
        <w:t>Покіль з богів котрий у тяжких муках цих&lt;br /&gt;</w:t>
        <w:br/>
        <w:t>Тебе заступить і в Аїд безпремінний&lt;br /&gt;</w:t>
        <w:br/>
        <w:t>За тебе зійде, в глиб сумного Тартару.&lt;br /&gt;</w:t>
        <w:br/>
        <w:t>1030] Над цим подумай. Не хвальба порожня то,&lt;br /&gt;</w:t>
        <w:br/>
        <w:t>А вирок найсуворіший, бо в Зевсових&lt;br /&gt;</w:t>
        <w:br/>
        <w:t>Устах нема неправди, свого слова він&lt;br /&gt;</w:t>
        <w:br/>
        <w:t>Додержує. Тож роздивись, роздумайся&lt;br /&gt;</w:t>
        <w:br/>
        <w:t>І не вважай зарозумілих гордощів&lt;br /&gt;</w:t>
        <w:br/>
        <w:t>1035] За кращі від звичайної розважності.&lt;br /&gt;</w:t>
        <w:br/>
        <w:t>ХОР&lt;br /&gt;</w:t>
        <w:br/>
        <w:t>Здається, все до речі говорив Гермес:&lt;br /&gt;</w:t>
        <w:br/>
        <w:t>Пихи позбутись радить він і мудрої&lt;br /&gt;</w:t>
        <w:br/>
        <w:t>Розважності шукати. Тож послухайся,&lt;br /&gt;</w:t>
        <w:br/>
        <w:t>Ганьба для мудрих — помилки триматися.&lt;br /&gt;</w:t>
        <w:br/>
        <w:t>ПРОМЕТЕЙ&lt;br /&gt;</w:t>
        <w:br/>
        <w:t>1040] Все я знав наперед, що звістив він мені.&lt;br /&gt;</w:t>
        <w:br/>
        <w:t>Мук зазнати ворогу від ворогів —&lt;br /&gt;</w:t>
        <w:br/>
        <w:t>Не ганьба. Хай же ринуть на мене вогню&lt;br /&gt;</w:t>
        <w:br/>
        <w:t>Дволезого кучері, неба ефір&lt;br /&gt;</w:t>
        <w:br/>
        <w:t>Хай від грому, від натиску буйних вітрів&lt;br /&gt;</w:t>
        <w:br/>
        <w:t>1045] Розірветься на частки: землю важку [60]&lt;br /&gt;</w:t>
        <w:br/>
        <w:t>Аж до самих основ, до коріння її,&lt;br /&gt;</w:t>
        <w:br/>
        <w:t>Переможний хай похитне буревій;&lt;br /&gt;</w:t>
        <w:br/>
        <w:t>В шумуванні шаленім хвилі морські&lt;br /&gt;</w:t>
        <w:br/>
        <w:t>Хай сплетуться з шляхами небесних світил.&lt;br /&gt;</w:t>
        <w:br/>
        <w:t>1050] В вировому коловертні долі нехай&lt;br /&gt;</w:t>
        <w:br/>
        <w:t>Закинуть в Тартару чорну глибінь&lt;br /&gt;</w:t>
        <w:br/>
        <w:t>Моє знесилене тіло — на смерть&lt;br /&gt;</w:t>
        <w:br/>
        <w:t>Ніколи мене не вбити!&lt;br /&gt;</w:t>
        <w:br/>
        <w:t>ГЕРМЕС&lt;br /&gt;</w:t>
        <w:br/>
        <w:t>Такі розмови, такий рішенець&lt;br /&gt;</w:t>
        <w:br/>
        <w:t>1055] Лише від безумця можна почути!&lt;br /&gt;</w:t>
        <w:br/>
        <w:t>Та й чи довго йому збожеволіти в цій&lt;br /&gt;</w:t>
        <w:br/>
        <w:t>Недолі й шаленість послабити чим?&lt;br /&gt;</w:t>
        <w:br/>
        <w:t>(До Океанід).&lt;br /&gt;</w:t>
        <w:br/>
        <w:t>Але ви, що стражденним горем його&lt;br /&gt;</w:t>
        <w:br/>
        <w:t>Вболіваєте тужно,— швидше біжіть&lt;br /&gt;</w:t>
        <w:br/>
        <w:t>1060] Якнайдалі від цих непривітних місць.&lt;br /&gt;</w:t>
        <w:br/>
        <w:t>Щоб розум ясний не змутило вам&lt;br /&gt;</w:t>
        <w:br/>
        <w:t>Неослабне грому рикання.&lt;br /&gt;</w:t>
        <w:br/>
        <w:t>ХОР&lt;br /&gt;</w:t>
        <w:br/>
        <w:t>Говори щось інше, такої порадь,&lt;br /&gt;</w:t>
        <w:br/>
        <w:t>Щоб послухали ми, не до мислі-бо нам&lt;br /&gt;</w:t>
        <w:br/>
        <w:t>1065] Своє ти промовив нестерпне слово.&lt;br /&gt;</w:t>
        <w:br/>
        <w:t>На негідний учинок підбурюєш нащо?&lt;br /&gt;</w:t>
        <w:br/>
        <w:t>Ми готові все перетерпіти з ним,&lt;br /&gt;</w:t>
        <w:br/>
        <w:t>А до зрадників вчились ненависті ми,&lt;br /&gt;</w:t>
        <w:br/>
        <w:t>І з пороків усіх&lt;br /&gt;</w:t>
        <w:br/>
        <w:t>1070] Для нас найогидніша зрада.&lt;br /&gt;</w:t>
        <w:br/>
        <w:t>ГЕРМЕС&lt;br /&gt;</w:t>
        <w:br/>
        <w:t>Отож пам'ятайте, вам мовив я все&lt;br /&gt;</w:t>
        <w:br/>
        <w:t>Наперед,— як надійде нещастя, тоді&lt;br /&gt;</w:t>
        <w:br/>
        <w:t>Вже на долю не ремствуйте і не кажіть,&lt;br /&gt;</w:t>
        <w:br/>
        <w:t>Що вас кинув в біду несподівану Зевс.&lt;br /&gt;</w:t>
        <w:br/>
        <w:t>1075] Ні, не він, а самі себе губите ви.&lt;br /&gt;</w:t>
        <w:br/>
        <w:t>Бо, знаючи все, не нагло, як стій,&lt;br /&gt;</w:t>
        <w:br/>
        <w:t>Не таємним опинитесь відступом ви&lt;br /&gt;</w:t>
        <w:br/>
        <w:t>В невихідних тенетах Ати-біди,-&lt;br /&gt;</w:t>
        <w:br/>
        <w:t>Заплутає вас недоумство.&lt;br /&gt;</w:t>
        <w:br/>
        <w:t>ПРОМЕТЕЙ&lt;br /&gt;</w:t>
        <w:br/>
        <w:t>1080] де в розмовах нікчемних, а справді земля&lt;br /&gt;</w:t>
        <w:br/>
        <w:t>Захиталась, і грому лупи глухі [61]&lt;br /&gt;</w:t>
        <w:br/>
        <w:t>Вже ревуть недалеко, грізних блискавиць&lt;br /&gt;</w:t>
        <w:br/>
        <w:t>Вже спалахують завитні полум'яні,&lt;br /&gt;</w:t>
        <w:br/>
        <w:t>1085] І куряву вихри крутять, женуть.&lt;br /&gt;</w:t>
        <w:br/>
        <w:t>Супротивні вітри летять звідусіль&lt;br /&gt;</w:t>
        <w:br/>
        <w:t>В незрименному герці,— заколот, бій,&lt;br /&gt;</w:t>
        <w:br/>
        <w:t>Вітрове повстання! В страшній боротьбі&lt;br /&gt;</w:t>
        <w:br/>
        <w:t>Все змішалось — повітря і хвилі морські!&lt;br /&gt;</w:t>
        <w:br/>
        <w:t>1090] Всю цю бурю наслав розлючений Зевс,&lt;br /&gt;</w:t>
        <w:br/>
        <w:t>Щоб мене вжахнути.&lt;br /&gt;</w:t>
        <w:br/>
        <w:t>О пречесна мати моя, о ефіре,&lt;br /&gt;</w:t>
        <w:br/>
        <w:t>Що світлом усіх обіймаєш, поглянь —&lt;br /&gt;</w:t>
        <w:br/>
        <w:t>Я страждаю безвинно.&lt;br /&gt;</w:t>
        <w:br/>
        <w:t>При громі й блискавицях скеля з Прометеєм провалюється в безодню.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Прометей закутий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