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Прометей</w:t>
      </w:r>
    </w:p>
    <w:p>
      <w:r>
        <w:br/>
        <w:t xml:space="preserve"> Переклад: Дмитро Паламарчук</w:t>
      </w:r>
    </w:p>
    <w:p>
      <w:r>
        <w:br/>
        <w:t>Титане! Ув очах твоїх&lt;br /&gt;</w:t>
        <w:br/>
        <w:t>Відбилось горе і тривоги&lt;br /&gt;</w:t>
        <w:br/>
        <w:t>Земних житців, що гнівні боги&lt;br /&gt;</w:t>
        <w:br/>
        <w:t>Погордно зневажали їх.&lt;br /&gt;</w:t>
        <w:br/>
        <w:t>А що дістав за те, Титане?&lt;br /&gt;</w:t>
        <w:br/>
        <w:t>Лиш скелю, коршака й кайдани,&lt;br /&gt;</w:t>
        <w:br/>
        <w:t>Німе страждання, вічний бран,&lt;br /&gt;</w:t>
        <w:br/>
        <w:t>Нестерпний біль роздертих ран,&lt;br /&gt;</w:t>
        <w:br/>
        <w:t>Що духа гордому уймає...&lt;br /&gt;</w:t>
        <w:br/>
        <w:t>Ти стогін, роджений одчаєм,&lt;br /&gt;</w:t>
        <w:br/>
        <w:t>Душив у грудях, щоб той звук&lt;br /&gt;</w:t>
        <w:br/>
        <w:t>Не виказав таємних мук,&lt;br /&gt;</w:t>
        <w:br/>
        <w:t>Знімівши на устах, аж доки&lt;br /&gt;</w:t>
        <w:br/>
        <w:t>Наглядач неба відлетить,&lt;br /&gt;</w:t>
        <w:br/>
        <w:t>Щоб мук агонії й на мить&lt;br /&gt;</w:t>
        <w:br/>
        <w:t>Боги не вгледіли жорстокі.</w:t>
      </w:r>
    </w:p>
    <w:p>
      <w:r>
        <w:br/>
        <w:t>Ти боротьбу обрав, Титане,&lt;br /&gt;</w:t>
        <w:br/>
        <w:t>В двобої волі і страждань,&lt;br /&gt;</w:t>
        <w:br/>
        <w:t>Прийняв ти муки без вагань;&lt;br /&gt;</w:t>
        <w:br/>
        <w:t>А небо мстиве, невблаганне,&lt;br /&gt;</w:t>
        <w:br/>
        <w:t>І доля зла,— тиран глухий,—&lt;br /&gt;</w:t>
        <w:br/>
        <w:t>І дух ненависті, який&lt;br /&gt;</w:t>
        <w:br/>
        <w:t>Істот собі на втіху творить,&lt;br /&gt;</w:t>
        <w:br/>
        <w:t>І сам їх нищить, сам їх морить,&lt;br /&gt;</w:t>
        <w:br/>
        <w:t>Дали тобі безсмертя в дар,&lt;br /&gt;</w:t>
        <w:br/>
        <w:t>Та навіть ця, найважча з кар,&lt;br /&gt;</w:t>
        <w:br/>
        <w:t>Твоєї волі не зламала.&lt;br /&gt;</w:t>
        <w:br/>
        <w:t>Змогла добитись лиш проклять&lt;br /&gt;</w:t>
        <w:br/>
        <w:t>Лють Громовержцева од тебе,&lt;br /&gt;</w:t>
        <w:br/>
        <w:t>Та що йому готує небо,&lt;br /&gt;</w:t>
        <w:br/>
        <w:t>Ти, віщий, не хотів сказать,&lt;br /&gt;</w:t>
        <w:br/>
        <w:t>Хоч погляд твій сказав немало:&lt;br /&gt;</w:t>
        <w:br/>
        <w:t>В нім вирок прозвучав, як грім,&lt;br /&gt;</w:t>
        <w:br/>
        <w:t>І каяттям палив гірким,&lt;br /&gt;</w:t>
        <w:br/>
        <w:t>Гнітив страхом, аж у правиці&lt;br /&gt;</w:t>
        <w:br/>
        <w:t>Тремтіли в гніві блискавиці.&lt;br /&gt;</w:t>
        <w:br/>
        <w:t>У тому твій небесний гріх,&lt;br /&gt;</w:t>
        <w:br/>
        <w:t>Що людям зменшив ти страждання,&lt;br /&gt;</w:t>
        <w:br/>
        <w:t>Що світлом розуму й пізнання&lt;br /&gt;</w:t>
        <w:br/>
        <w:t>На боротьбу озброїв їх.&lt;br /&gt;</w:t>
        <w:br/>
        <w:t>Хай доля зла тебе скувала,&lt;br /&gt;</w:t>
        <w:br/>
        <w:t>Та виклик твій, борня зухвала,&lt;br /&gt;</w:t>
        <w:br/>
        <w:t>Завзяття вогнене твоє,&lt;br /&gt;</w:t>
        <w:br/>
        <w:t>Твій гордий дух і непокора,&lt;br /&gt;</w:t>
        <w:br/>
        <w:t>Що їх і небо не поборе,&lt;br /&gt;</w:t>
        <w:br/>
        <w:t>Для смертних прикладом стає.&lt;br /&gt;</w:t>
        <w:br/>
        <w:t>Ти людству освітив дороги,&lt;br /&gt;</w:t>
        <w:br/>
        <w:t>Ти — символ віри і тепла.&lt;br /&gt;</w:t>
        <w:br/>
        <w:t>Як ти — сини людські півбоги,&lt;br /&gt;</w:t>
        <w:br/>
        <w:t>Струмок ясного джерела.&lt;br /&gt;</w:t>
        <w:br/>
        <w:t>Хай і провидить люд достоту&lt;br /&gt;</w:t>
        <w:br/>
        <w:t>Нужденний пай свій: і скорботу,&lt;br /&gt;</w:t>
        <w:br/>
        <w:t>І горе, і борні тягар,&lt;br /&gt;</w:t>
        <w:br/>
        <w:t>І долю невідкличних мар,—&lt;br /&gt;</w:t>
        <w:br/>
        <w:t>Та дух бунтарства — не покути —&lt;br /&gt;</w:t>
        <w:br/>
        <w:t>Найважчі розбиває пута,&lt;br /&gt;</w:t>
        <w:br/>
        <w:t>І волі людської снага,&lt;br /&gt;</w:t>
        <w:br/>
        <w:t>У муках зрощена, в одчаї,&lt;br /&gt;</w:t>
        <w:br/>
        <w:t>Надії й віри не втрачає,&lt;br /&gt;</w:t>
        <w:br/>
        <w:t>Зухвало виклик зустрічає&lt;br /&gt;</w:t>
        <w:br/>
        <w:t>І владно смерть перемага!</w:t>
      </w:r>
    </w:p>
    <w:p>
      <w:r>
        <w:br/>
        <w:t>Діодаті, липень 1816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