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Проливний дощ скоро вдарить</w:t>
      </w:r>
    </w:p>
    <w:p>
      <w:r>
        <w:br/>
        <w:t xml:space="preserve"> А де ж ти бував, мій синку малий?&lt;br /&gt;</w:t>
        <w:br/>
        <w:t>А де ж ти бував, улюблений мій?&lt;br /&gt;</w:t>
        <w:br/>
        <w:t>Я лазив на двадцять імлистих верхів'їв,&lt;br /&gt;</w:t>
        <w:br/>
        <w:t>Я брів шістьома кривими дорогами,&lt;br /&gt;</w:t>
        <w:br/>
        <w:t>Я дерся крізь нетрі семи темних пралісів,&lt;br /&gt;</w:t>
        <w:br/>
        <w:t>Я був біля мертвих п'ятьох океанів,&lt;br /&gt;</w:t>
        <w:br/>
        <w:t>Я виходив тисячі миль в пащі цвинтаря,&lt;br /&gt;</w:t>
        <w:br/>
        <w:t>І проливний, і проливний, і проливний, і проливний,&lt;br /&gt;</w:t>
        <w:br/>
        <w:t>І проливний дощ скоро вдарить.</w:t>
      </w:r>
    </w:p>
    <w:p>
      <w:r>
        <w:br/>
        <w:t>А що ж ти бачив, мій синку малий?&lt;br /&gt;</w:t>
        <w:br/>
        <w:t>А що ж ти бачив, улюблений мій?&lt;br /&gt;</w:t>
        <w:br/>
        <w:t>Бачив я немовля і вовків кругом нього,&lt;br /&gt;</w:t>
        <w:br/>
        <w:t>Бачив шлях із алмазів і нікого на ньому.&lt;br /&gt;</w:t>
        <w:br/>
        <w:t>Бачив гілку суху, із якої кров капала,&lt;br /&gt;</w:t>
        <w:br/>
        <w:t>Бачив зали, де кров з молотків цебеніла,&lt;br /&gt;</w:t>
        <w:br/>
        <w:t>Бачив білу драбину, затоплену хвилями,&lt;br /&gt;</w:t>
        <w:br/>
        <w:t>Бачив безліч промовців, язики в них поламані,&lt;br /&gt;</w:t>
        <w:br/>
        <w:t>Бачив зброю і леза в руках малих підлітків,&lt;br /&gt;</w:t>
        <w:br/>
        <w:t>І проливний, і проливний, і проливний, і проливний,&lt;br /&gt;</w:t>
        <w:br/>
        <w:t>І проливний дощ скоро вдарить.</w:t>
      </w:r>
    </w:p>
    <w:p>
      <w:r>
        <w:br/>
        <w:t>А що ж ти чув, мій синку малий?&lt;br /&gt;</w:t>
        <w:br/>
        <w:t>А що ж ти чув, улюблений мій?&lt;br /&gt;</w:t>
        <w:br/>
        <w:t>Я чув, як грім гуркотів застережливо,&lt;br /&gt;</w:t>
        <w:br/>
        <w:t>Я чув гуркіт хвилі, що може втопити світ,&lt;br /&gt;</w:t>
        <w:br/>
        <w:t>Я чув сто барабанщиків, їхні руки мигтіли,&lt;br /&gt;</w:t>
        <w:br/>
        <w:t>Я чув шепіт мільйонів, ніхто їх не слухав,&lt;br /&gt;</w:t>
        <w:br/>
        <w:t>Я чув стогін голодного й сміх надовкола,&lt;br /&gt;</w:t>
        <w:br/>
        <w:t>Я чув пісню поета, що вмер у канаві,&lt;br /&gt;</w:t>
        <w:br/>
        <w:t>Я чув плач, то був клоун на темній алеї,&lt;br /&gt;</w:t>
        <w:br/>
        <w:t>І проливний, і проливний, і проливний, і проливний,&lt;br /&gt;</w:t>
        <w:br/>
        <w:t>І проливний дощ скоро вдарить.</w:t>
      </w:r>
    </w:p>
    <w:p>
      <w:r>
        <w:br/>
        <w:t>А що ж ти зустрів, мій синку малий?&lt;br /&gt;</w:t>
        <w:br/>
        <w:t>Кого ж ти зустрів, улюблений мій?&lt;br /&gt;</w:t>
        <w:br/>
        <w:t>Я зустрів малюка біля мертвого поні,&lt;br /&gt;</w:t>
        <w:br/>
        <w:t>Я стрів білого пана, що гуляв з чорним псом,&lt;br /&gt;</w:t>
        <w:br/>
        <w:t>Я зустрів юну жінку, її тіло палало,&lt;br /&gt;</w:t>
        <w:br/>
        <w:t>Я зустрів одну дівчину, вона дала мені райдугу,&lt;br /&gt;</w:t>
        <w:br/>
        <w:t>Я зустрів чоловіка, зраненого любов'ю,&lt;br /&gt;</w:t>
        <w:br/>
        <w:t>Я зустрів чоловіка, зраненого ненавистю,&lt;br /&gt;</w:t>
        <w:br/>
        <w:t>І проливний, і проливний, і проливний, і проливний,&lt;br /&gt;</w:t>
        <w:br/>
        <w:t>І проливний дощ скоро вдарить.</w:t>
      </w:r>
    </w:p>
    <w:p>
      <w:r>
        <w:br/>
        <w:t>А що ти робитимеш, синку малий?&lt;br /&gt;</w:t>
        <w:br/>
        <w:t>А що ти робитимеш, улюблений мій?&lt;br /&gt;</w:t>
        <w:br/>
        <w:t>Я збираюся йти, поки дощ не ударив,&lt;br /&gt;</w:t>
        <w:br/>
        <w:t>Я піду у найглибші, найдрімучіші нетрі,&lt;br /&gt;</w:t>
        <w:br/>
        <w:t>Де людей так багато, а їх руки порожні,&lt;br /&gt;</w:t>
        <w:br/>
        <w:t>Де частинки отрути наповнюють води,&lt;br /&gt;</w:t>
        <w:br/>
        <w:t>Де хатинка в долині зустрічає в'язницю,&lt;br /&gt;</w:t>
        <w:br/>
        <w:t>А обличчя катів завжди добре приховані;&lt;br /&gt;</w:t>
        <w:br/>
        <w:t>Там де голод бридкий, а про душі забули,&lt;br /&gt;</w:t>
        <w:br/>
        <w:t>Там де чорний це колір, а нуль це твій номер,&lt;br /&gt;</w:t>
        <w:br/>
        <w:t>І я це розкажу, я цим буду жити і дихати,&lt;br /&gt;</w:t>
        <w:br/>
        <w:t>І відлунням від гір увійду в кожну душу,&lt;br /&gt;</w:t>
        <w:br/>
        <w:t>І я буду пливти, аж прийдеться тонути,&lt;br /&gt;</w:t>
        <w:br/>
        <w:t>Та я чутиму пісню іще й не почавши співати —&lt;br /&gt;</w:t>
        <w:br/>
        <w:t>І проливний, і проливний, і проливний, і проливний,&lt;br /&gt;</w:t>
        <w:br/>
        <w:t>І проливний дощ скоро вдарить.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Проливний дощ скоро вдарить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