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Прокляті роки</w:t>
      </w:r>
    </w:p>
    <w:p>
      <w:r>
        <w:br/>
        <w:t xml:space="preserve"> &lt;blockquote&gt;Недаром многих лет&lt;br /&gt;</w:t>
        <w:br/>
        <w:t>Свидетелем Господь меня поставил.&lt;br /&gt;</w:t>
        <w:br/>
        <w:t>О. Пушкін &lt;/blockquote&gt;</w:t>
      </w:r>
    </w:p>
    <w:p>
      <w:r>
        <w:br/>
        <w:t>Поема</w:t>
      </w:r>
    </w:p>
    <w:p>
      <w:r>
        <w:br/>
        <w:t>Частина І</w:t>
      </w:r>
    </w:p>
    <w:p>
      <w:r>
        <w:br/>
        <w:t>Якась смутна і невесела осінь&lt;br /&gt;</w:t>
        <w:br/>
        <w:t>Зійшла, мов помаранча золота,&lt;br /&gt;</w:t>
        <w:br/>
        <w:t>Над Києвом, і олив'яні оси&lt;br /&gt;</w:t>
        <w:br/>
        <w:t>Дзижчали і співали з-за моста,&lt;br /&gt;</w:t>
        <w:br/>
        <w:t>Де вітер заплітав березам коси&lt;br /&gt;</w:t>
        <w:br/>
        <w:t>І цілував в розтулені уста&lt;br /&gt;</w:t>
        <w:br/>
        <w:t>(О спогади терпкі і непотрібні&lt;br /&gt;</w:t>
        <w:br/>
        <w:t>Про ті роки жорстокі і безхлібні!).</w:t>
      </w:r>
    </w:p>
    <w:p>
      <w:r>
        <w:br/>
        <w:t>Як прикрашали чорні грона дір&lt;br /&gt;</w:t>
        <w:br/>
        <w:t>Оту струнку червону колонаду,&lt;br /&gt;</w:t>
        <w:br/>
        <w:t>Той almae matris царствений ампір!&lt;br /&gt;</w:t>
        <w:br/>
        <w:t>І в пустку Миколаївського саду&lt;br /&gt;</w:t>
        <w:br/>
        <w:t>Збирались слухати музику зір&lt;br /&gt;</w:t>
        <w:br/>
        <w:t>Між сивих хмар махорочного чаду&lt;br /&gt;</w:t>
        <w:br/>
        <w:t>Стрункий убивця, злодій та естет,&lt;br /&gt;</w:t>
        <w:br/>
        <w:t>І вірш модерний там читав поет.</w:t>
      </w:r>
    </w:p>
    <w:p>
      <w:r>
        <w:br/>
        <w:t>Високий цар в застібнутім мундирі,&lt;br /&gt;</w:t>
        <w:br/>
        <w:t>Чиїм ім'ям наречено бульвар&lt;br /&gt;</w:t>
        <w:br/>
        <w:t>(Що декабристам виніс грізний вирік)&lt;br /&gt;</w:t>
        <w:br/>
        <w:t>Зслизнув з підніжжя вниз, і бруду шар&lt;br /&gt;</w:t>
        <w:br/>
        <w:t>Укрив його: вже місяців з чотири&lt;br /&gt;</w:t>
        <w:br/>
        <w:t>Валявся там і лічив кроки пар.&lt;br /&gt;</w:t>
        <w:br/>
        <w:t>Відбиту голову котили діти&lt;br /&gt;</w:t>
        <w:br/>
        <w:t>І в царський тулуб лазили смітити.</w:t>
      </w:r>
    </w:p>
    <w:p>
      <w:r>
        <w:br/>
        <w:t>Ночами заграва тривожних днів&lt;br /&gt;</w:t>
        <w:br/>
        <w:t>Лягала злотим відблиском на бані.&lt;br /&gt;</w:t>
        <w:br/>
        <w:t>Шалений велетень в лісах ревів&lt;br /&gt;</w:t>
        <w:br/>
        <w:t>І рвав повітря на шматки багряні.&lt;br /&gt;</w:t>
        <w:br/>
        <w:t>Вже й полюбивсь мені джмелиний спів,&lt;br /&gt;</w:t>
        <w:br/>
        <w:t>Що в небесах вирощував герані,&lt;br /&gt;</w:t>
        <w:br/>
        <w:t>Та маму ніжно зводив я в підвал,&lt;br /&gt;</w:t>
        <w:br/>
        <w:t>Ховаючи від тих вогненних жал.</w:t>
      </w:r>
    </w:p>
    <w:p>
      <w:r>
        <w:br/>
        <w:t>О златоглавий мій! Не раз голота&lt;br /&gt;</w:t>
        <w:br/>
        <w:t>Татарська пила твою чисту кров,&lt;br /&gt;</w:t>
        <w:br/>
        <w:t>Не раз знущалася з твоєї плоті,&lt;br /&gt;</w:t>
        <w:br/>
        <w:t>Та духу твого варвар не зборов.&lt;br /&gt;</w:t>
        <w:br/>
        <w:t>Невже ж навік зчорніла позолота&lt;br /&gt;</w:t>
        <w:br/>
        <w:t>Тепер ніким не пещених церков,&lt;br /&gt;</w:t>
        <w:br/>
        <w:t>Що викохані мудрістю варяга,&lt;br /&gt;</w:t>
        <w:br/>
        <w:t>І висушила горло вовча спрага?</w:t>
      </w:r>
    </w:p>
    <w:p>
      <w:r>
        <w:br/>
        <w:t>Та чи ж не кращими були ті дні&lt;br /&gt;</w:t>
        <w:br/>
        <w:t>Без дров, і без електрики, й без хліба,&lt;br /&gt;</w:t>
        <w:br/>
        <w:t>Коли ввижались марева ясні,&lt;br /&gt;</w:t>
        <w:br/>
        <w:t>Аніж тепер, коли душа в нас ніби&lt;br /&gt;</w:t>
        <w:br/>
        <w:t>Тріпоче й б'ється на безводнім дні!&lt;br /&gt;</w:t>
        <w:br/>
        <w:t>Так піймана гачком нехитра риба&lt;br /&gt;</w:t>
        <w:br/>
        <w:t>На мотузку, протягнутім між жабр,&lt;br /&gt;</w:t>
        <w:br/>
        <w:t>Танцює те, що зветься danse macabre[1].</w:t>
      </w:r>
    </w:p>
    <w:p>
      <w:r>
        <w:br/>
        <w:t>Тоді ж поет не звався ще "холуєм"&lt;br /&gt;</w:t>
        <w:br/>
        <w:t>І за пайок не продавав свій хист,&lt;br /&gt;</w:t>
        <w:br/>
        <w:t>Як той альфонс, якого ми вшануєм,&lt;br /&gt;</w:t>
        <w:br/>
        <w:t>Петлю йому скрутивши із намист.&lt;br /&gt;</w:t>
        <w:br/>
        <w:t>Так ми минуле ідеалізуєм.&lt;br /&gt;</w:t>
        <w:br/>
        <w:t>Хай світиться воно, як аметист!&lt;br /&gt;</w:t>
        <w:br/>
        <w:t>Тоді в кларнети ще трубив Тичина,&lt;br /&gt;</w:t>
        <w:br/>
        <w:t>І кликав Рильський в сині далечини.</w:t>
      </w:r>
    </w:p>
    <w:p>
      <w:r>
        <w:br/>
        <w:t>Блажен, хто гордо кинув рідний край&lt;br /&gt;</w:t>
        <w:br/>
        <w:t>І з посохом в руці пішов шукати&lt;br /&gt;</w:t>
        <w:br/>
        <w:t>На чужині незнаній дальній край,&lt;br /&gt;</w:t>
        <w:br/>
        <w:t>Куди веде його весна крилата.&lt;br /&gt;</w:t>
        <w:br/>
        <w:t>Та тричі той блажен, який за чай&lt;br /&gt;</w:t>
        <w:br/>
        <w:t>І хліб теж не схотів себе продати,&lt;br /&gt;</w:t>
        <w:br/>
        <w:t>Але, минаючи тропу розлук,&lt;br /&gt;</w:t>
        <w:br/>
        <w:t>Зостався, щоб зазнати хресних мук...</w:t>
      </w:r>
    </w:p>
    <w:p>
      <w:r>
        <w:br/>
        <w:t>Пригадую підвал чеки в Полтаві,&lt;br /&gt;</w:t>
        <w:br/>
        <w:t>Де я колись години три чекав.&lt;br /&gt;</w:t>
        <w:br/>
        <w:t>Лилось крізь шиби світло золотаве,&lt;br /&gt;</w:t>
        <w:br/>
        <w:t>І я затерті написи читав&lt;br /&gt;</w:t>
        <w:br/>
        <w:t>На вапні стін... Ніхто у книгу слави&lt;br /&gt;</w:t>
        <w:br/>
        <w:t>Тих смертників імена не вписав,&lt;br /&gt;</w:t>
        <w:br/>
        <w:t>Що звідси тим, які живуть на світі,&lt;br /&gt;</w:t>
        <w:br/>
        <w:t>Свої останні креслили привіти:</w:t>
      </w:r>
    </w:p>
    <w:p>
      <w:r>
        <w:br/>
        <w:t>"Чекаю розстрілу. Петро Палій". —&lt;br /&gt;</w:t>
        <w:br/>
        <w:t>"Сьогодні вмру за тебе, мій народе.&lt;br /&gt;</w:t>
        <w:br/>
        <w:t>Іван Мазнюк". — "Кінець. Нема надій.&lt;br /&gt;</w:t>
        <w:br/>
        <w:t>Прокляття шлю катам. Василь Макода". —&lt;br /&gt;</w:t>
        <w:br/>
        <w:t>"Живіть і не зрікайтесь гордих Мрій,&lt;br /&gt;</w:t>
        <w:br/>
        <w:t>О ви, кому ще світить сонце вроди.&lt;br /&gt;</w:t>
        <w:br/>
        <w:t>Михайло В'юн". — "Марусі мій уклін.&lt;br /&gt;</w:t>
        <w:br/>
        <w:t>Іду на смерть. Манюра Валентин".</w:t>
      </w:r>
    </w:p>
    <w:p>
      <w:r>
        <w:br/>
        <w:t>Високий мур чекістської в'язниці&lt;br /&gt;</w:t>
        <w:br/>
        <w:t>Тоді мене на місяць поріднив&lt;br /&gt;</w:t>
        <w:br/>
        <w:t>З гуртком людей, що в них серця, як птиці,&lt;br /&gt;</w:t>
        <w:br/>
        <w:t>Летіли до невиданих раїв,&lt;br /&gt;</w:t>
        <w:br/>
        <w:t>Дарма що смертний холод Їм в зіниці&lt;br /&gt;</w:t>
        <w:br/>
        <w:t>Уже блакитну вологість улив.&lt;br /&gt;</w:t>
        <w:br/>
        <w:t>Було нас шістдесят, і наші співи&lt;br /&gt;</w:t>
        <w:br/>
        <w:t>Цвіли... як у саду куркульськім сливи.</w:t>
      </w:r>
    </w:p>
    <w:p>
      <w:r>
        <w:br/>
        <w:t>Здавалось, що спадала з душ кора&lt;br /&gt;</w:t>
        <w:br/>
        <w:t>І сріблилася біла древесина,&lt;br /&gt;</w:t>
        <w:br/>
        <w:t>Коли, мов грім, лунало "Не пора"&lt;br /&gt;</w:t>
        <w:br/>
        <w:t>І в такт здригалися в'язничні стіни:&lt;br /&gt;</w:t>
        <w:br/>
        <w:t>Веселий бог виплескував з відра&lt;br /&gt;</w:t>
        <w:br/>
        <w:t>Злотавий плин, чистіший від бурштину.&lt;br /&gt;</w:t>
        <w:br/>
        <w:t>Та завжди вправи ті, мов чорний квіт,&lt;br /&gt;</w:t>
        <w:br/>
        <w:t>Урочисто вінчав нам "Заповіт".</w:t>
      </w:r>
    </w:p>
    <w:p>
      <w:r>
        <w:br/>
        <w:t>О, чи ж не всякий з нас усе, що схоче,&lt;br /&gt;</w:t>
        <w:br/>
        <w:t>Сповиє в найліричніший туман&lt;br /&gt;</w:t>
        <w:br/>
        <w:t>І в найбридкішому знайде уроче?&lt;br /&gt;</w:t>
        <w:br/>
        <w:t>Тож на обід нам ставили казан,&lt;br /&gt;</w:t>
        <w:br/>
        <w:t>В якому плавали волові очі,&lt;br /&gt;</w:t>
        <w:br/>
        <w:t>І кожне відбивало, як екран,&lt;br /&gt;</w:t>
        <w:br/>
        <w:t>Веселі вікна камери, й, мов спомин,&lt;br /&gt;</w:t>
        <w:br/>
        <w:t>Блищав у кожнім сонця літній промінь...</w:t>
      </w:r>
    </w:p>
    <w:p>
      <w:r>
        <w:br/>
        <w:t>Де, де тепер завзятий Венгереш,&lt;br /&gt;</w:t>
        <w:br/>
        <w:t>І де розстріляний Іван Фещенко?&lt;br /&gt;</w:t>
        <w:br/>
        <w:t>В чиїх серцях ти спогадом цвітеш?&lt;br /&gt;</w:t>
        <w:br/>
        <w:t>І ти, що каламутні пив оденки,&lt;br /&gt;</w:t>
        <w:br/>
        <w:t>Аж поки згодом не загинув теж,&lt;br /&gt;</w:t>
        <w:br/>
        <w:t>О приятелю мій, Грицько Кульженко,&lt;br /&gt;</w:t>
        <w:br/>
        <w:t>Що в захваті з вагону свій кашкет&lt;br /&gt;</w:t>
        <w:br/>
        <w:t>Шпурнув в поля, де пах липневий мед?</w:t>
      </w:r>
    </w:p>
    <w:p>
      <w:r>
        <w:br/>
        <w:t>Коли забрязкав конвоїр ключами&lt;br /&gt;</w:t>
        <w:br/>
        <w:t>І перед нами двері розчахнув:&lt;br /&gt;</w:t>
        <w:br/>
        <w:t>"Не на допрос, а выходи с вещами!"&lt;br /&gt;</w:t>
        <w:br/>
        <w:t>Це ти нам застережливо гукнув:&lt;br /&gt;</w:t>
        <w:br/>
        <w:t>"Гей, хлопці, без речей виходьте, самі,&lt;br /&gt;</w:t>
        <w:br/>
        <w:t>Щоб їх проклятий кат не потягнув"!&lt;br /&gt;</w:t>
        <w:br/>
        <w:t>Бо думав, що нас поведуть на страту,&lt;br /&gt;</w:t>
        <w:br/>
        <w:t>(Або "на коцку", звикли ми казати).</w:t>
      </w:r>
    </w:p>
    <w:p>
      <w:r>
        <w:br/>
        <w:t>Ми добре знали смертницький звичай...&lt;br /&gt;</w:t>
        <w:br/>
        <w:t>Задушна ніч у мрячному підвалі.&lt;br /&gt;</w:t>
        <w:br/>
        <w:t>Зненацька крик: "Виходь і все скидай!"&lt;br /&gt;</w:t>
        <w:br/>
        <w:t>За подорож у край, де "ність печалі",&lt;br /&gt;</w:t>
        <w:br/>
        <w:t>Ти одяг катові лишав "на чай".&lt;br /&gt;</w:t>
        <w:br/>
        <w:t>В потилицю, мов грім. А потім клали,&lt;br /&gt;</w:t>
        <w:br/>
        <w:t>Поважно, всіх шикуючи до куп,&lt;br /&gt;</w:t>
        <w:br/>
        <w:t>З мистецьким хистом труп на мокрий труп,</w:t>
      </w:r>
    </w:p>
    <w:p>
      <w:r>
        <w:br/>
        <w:t>Я не забув той натовп навіжений,&lt;br /&gt;</w:t>
        <w:br/>
        <w:t>Що смертників чекав біля воріт...&lt;br /&gt;</w:t>
        <w:br/>
        <w:t>Ті матері, жінки і наречені...&lt;br /&gt;</w:t>
        <w:br/>
        <w:t>Вгорі, мов розпачу кривавий квіт,&lt;br /&gt;</w:t>
        <w:br/>
        <w:t>Гойдало сонце райдуги скажені.&lt;br /&gt;</w:t>
        <w:br/>
        <w:t>А нам, щасливцям, у широкий світ&lt;br /&gt;</w:t>
        <w:br/>
        <w:t>Воно, пульсуючи життям, жагою,&lt;br /&gt;</w:t>
        <w:br/>
        <w:t>Прослало злоту стягу над водою.</w:t>
      </w:r>
    </w:p>
    <w:p>
      <w:r>
        <w:br/>
        <w:t>Нас виглядали і зорили шлях&lt;br /&gt;</w:t>
        <w:br/>
        <w:t>Старі жінки, спираючися о тин,&lt;br /&gt;</w:t>
        <w:br/>
        <w:t>І нам, щоб ми пройшли по килимах,&lt;br /&gt;</w:t>
        <w:br/>
        <w:t>Під ноги кидали шматки полотен.&lt;br /&gt;</w:t>
        <w:br/>
        <w:t>А під селом, назустріч, у житах&lt;br /&gt;</w:t>
        <w:br/>
        <w:t>Йшов на чолі сім'ї отець Суботін&lt;br /&gt;</w:t>
        <w:br/>
        <w:t>І у руках, піднятих догори,&lt;br /&gt;</w:t>
        <w:br/>
        <w:t>Нам серце ніс, немов святі дари.</w:t>
      </w:r>
    </w:p>
    <w:p>
      <w:r>
        <w:br/>
        <w:t>Але в тюрмі я, мов дитя у школі,&lt;br /&gt;</w:t>
        <w:br/>
        <w:t>Навчивсь кохати сонце і життя.&lt;br /&gt;</w:t>
        <w:br/>
        <w:t>Який чудовий перший день на волі,&lt;br /&gt;</w:t>
        <w:br/>
        <w:t>Коли, черкнувшись грані небуття,&lt;br /&gt;</w:t>
        <w:br/>
        <w:t>Ти знову чуєш спів женця у полі,&lt;br /&gt;</w:t>
        <w:br/>
        <w:t>Мов він твоє вславляє вороття!&lt;br /&gt;</w:t>
        <w:br/>
        <w:t>Десь у садках п'янкіше пахнуть квіти,&lt;br /&gt;</w:t>
        <w:br/>
        <w:t>І самі хиляться до тебе віти.</w:t>
      </w:r>
    </w:p>
    <w:p>
      <w:r>
        <w:br/>
        <w:t>Стрункіші стали постаті дівчат,&lt;br /&gt;</w:t>
        <w:br/>
        <w:t>І по-новому світяться їм очі.&lt;br /&gt;</w:t>
        <w:br/>
        <w:t>А в небесах, де тиша й вічний лад,&lt;br /&gt;</w:t>
        <w:br/>
        <w:t>Застигло все в прозорості урочій,&lt;br /&gt;</w:t>
        <w:br/>
        <w:t>Мов грає відблиском господніх шат...&lt;br /&gt;</w:t>
        <w:br/>
        <w:t>Хіба ж не кожен славити охочий,&lt;br /&gt;</w:t>
        <w:br/>
        <w:t>Коли від катової втік руки,&lt;br /&gt;</w:t>
        <w:br/>
        <w:t>Романтику кривавої чеки?</w:t>
      </w:r>
    </w:p>
    <w:p>
      <w:r>
        <w:br/>
        <w:t>Частина II</w:t>
      </w:r>
    </w:p>
    <w:p>
      <w:r>
        <w:br/>
        <w:t>Тепер кати не ходять у китайці,&lt;br /&gt;</w:t>
        <w:br/>
        <w:t>Ні Лаціса, ні Петерса нема,&lt;br /&gt;</w:t>
        <w:br/>
        <w:t>Бо з моди вийшли латиші й китайці.&lt;br /&gt;</w:t>
        <w:br/>
        <w:t>Тепер організована чума&lt;br /&gt;</w:t>
        <w:br/>
        <w:t>Нас винищить, як білогузих зайців:&lt;br /&gt;</w:t>
        <w:br/>
        <w:t>Скоривсь нам пес та тварі всяка тьма,&lt;br /&gt;</w:t>
        <w:br/>
        <w:t>Але страшні ще комарі й мікроби,&lt;br /&gt;</w:t>
        <w:br/>
        <w:t>Ті носії всілякої хвороби.</w:t>
      </w:r>
    </w:p>
    <w:p>
      <w:r>
        <w:br/>
        <w:t>Ми все вперед ідем, і скрізь прогрес.&lt;br /&gt;</w:t>
        <w:br/>
        <w:t>Давно не правлять нами вже монархи,&lt;br /&gt;</w:t>
        <w:br/>
        <w:t>І є жерці криваві чорних мес,&lt;br /&gt;</w:t>
        <w:br/>
        <w:t>Але попів позбавлено єпархій,&lt;br /&gt;</w:t>
        <w:br/>
        <w:t>І в наркоматах, як звелів Зевес,&lt;br /&gt;</w:t>
        <w:br/>
        <w:t>Вже креслять дерево нових єрархій,&lt;br /&gt;</w:t>
        <w:br/>
        <w:t>Яке пригорне під гіллясту тінь&lt;br /&gt;</w:t>
        <w:br/>
        <w:t>Пролетар'ят майбутніх поколінь.</w:t>
      </w:r>
    </w:p>
    <w:p>
      <w:r>
        <w:br/>
        <w:t>Що успадковано від давніх-давен,&lt;br /&gt;</w:t>
        <w:br/>
        <w:t>Тепер за димом-попелом пішло.&lt;br /&gt;</w:t>
        <w:br/>
        <w:t>В житті, позбавленім легенд і слави,&lt;br /&gt;</w:t>
        <w:br/>
        <w:t>Жарким залізом випекли дупло,&lt;br /&gt;</w:t>
        <w:br/>
        <w:t>Щоб нам Сучасне, нищачи наш травень,&lt;br /&gt;</w:t>
        <w:br/>
        <w:t>Тисячогромим вихором ревло.&lt;br /&gt;</w:t>
        <w:br/>
        <w:t>У порожнечі тій — кубло дракона,&lt;br /&gt;</w:t>
        <w:br/>
        <w:t>Що із людей майструє грамофони.</w:t>
      </w:r>
    </w:p>
    <w:p>
      <w:r>
        <w:br/>
        <w:t>Він оком пильно стежить кожний крок.&lt;br /&gt;</w:t>
        <w:br/>
        <w:t>Він по ночах за Лисою Горою&lt;br /&gt;</w:t>
        <w:br/>
        <w:t>На сороміцький скликує танок.&lt;br /&gt;</w:t>
        <w:br/>
        <w:t>Сповивши ката пурпуром героя,&lt;br /&gt;</w:t>
        <w:br/>
        <w:t>Звелів він, щоб не мали ми думок,&lt;br /&gt;</w:t>
        <w:br/>
        <w:t>Які не є стандартного покрою:&lt;br /&gt;</w:t>
        <w:br/>
        <w:t>Замісто нас хай мислить колектив,&lt;br /&gt;</w:t>
        <w:br/>
        <w:t>Що нам у черепах все уложив.</w:t>
      </w:r>
    </w:p>
    <w:p>
      <w:r>
        <w:br/>
        <w:t>Він — стоголовий звір, ні в чім не винний.&lt;br /&gt;</w:t>
        <w:br/>
        <w:t>Він скрізь понаставляв своїх ікон.&lt;br /&gt;</w:t>
        <w:br/>
        <w:t>Він правду нам дає, для всіх єдину,&lt;br /&gt;</w:t>
        <w:br/>
        <w:t>Нехибну й непомильну, як закон;&lt;br /&gt;</w:t>
        <w:br/>
        <w:t>І ми її шануєм аж до згину.&lt;br /&gt;</w:t>
        <w:br/>
        <w:t>Склепляє очі нам червоний сон,&lt;br /&gt;</w:t>
        <w:br/>
        <w:t>І крутяться невпинно каруселі,&lt;br /&gt;</w:t>
        <w:br/>
        <w:t>Де ми —страшні фігури в грі веселій...</w:t>
      </w:r>
    </w:p>
    <w:p>
      <w:r>
        <w:br/>
        <w:t>Йому на кабель мало наших жил.&lt;br /&gt;</w:t>
        <w:br/>
        <w:t>Ні слово, ані чин його не зрушать,&lt;br /&gt;</w:t>
        <w:br/>
        <w:t>Йому не досить наших утлих тіл:&lt;br /&gt;</w:t>
        <w:br/>
        <w:t>Йому до дна віддати треба душу,&lt;br /&gt;</w:t>
        <w:br/>
        <w:t>Щоб він пообтинав їй рештки крил&lt;br /&gt;</w:t>
        <w:br/>
        <w:t>І "древо мислено" трусив, як грушу,&lt;br /&gt;</w:t>
        <w:br/>
        <w:t>Щоб, розкроївши скальпелем нам лоб,&lt;br /&gt;</w:t>
        <w:br/>
        <w:t>Він кожну думку брав під мікроскоп.</w:t>
      </w:r>
    </w:p>
    <w:p>
      <w:r>
        <w:br/>
        <w:t>І, охоронник юдиних традицій,&lt;br /&gt;</w:t>
        <w:br/>
        <w:t>На батька він нацьковує дітей.&lt;br /&gt;</w:t>
        <w:br/>
        <w:t>Засліплюють нам мозок блискавиці&lt;br /&gt;</w:t>
        <w:br/>
        <w:t>Його у пітьмі зроджених ідей.&lt;br /&gt;</w:t>
        <w:br/>
        <w:t>Мовчати ти не смій: співай, як птиці,&lt;br /&gt;</w:t>
        <w:br/>
        <w:t>Хвалу йому труби і в бубон бий,&lt;br /&gt;</w:t>
        <w:br/>
        <w:t>Бо, суючи до рук блюзнірську ліру,&lt;br /&gt;</w:t>
        <w:br/>
        <w:t>Він роздере губу і рот Шекспіру...</w:t>
      </w:r>
    </w:p>
    <w:p>
      <w:r>
        <w:br/>
        <w:t>З казок ми знаємо, що тільки гад&lt;br /&gt;</w:t>
        <w:br/>
        <w:t>Завжди бував столикий і сторукий,&lt;br /&gt;</w:t>
        <w:br/>
        <w:t>Бо сам не мав лиця; і смрадний чад&lt;br /&gt;</w:t>
        <w:br/>
        <w:t>Від нього йшов. Він брав людей на муки,&lt;br /&gt;</w:t>
        <w:br/>
        <w:t>В тіла і душі їм впускав свій яд...&lt;br /&gt;</w:t>
        <w:br/>
        <w:t>Але являвся витязь срібнолукий,&lt;br /&gt;</w:t>
        <w:br/>
        <w:t>І враз — межи очі, в казан чола&lt;br /&gt;</w:t>
        <w:br/>
        <w:t>Влучала змія пущена стріла.</w:t>
      </w:r>
    </w:p>
    <w:p>
      <w:r>
        <w:br/>
        <w:t>Так діти дивляться, як ви: безслівно,&lt;br /&gt;</w:t>
        <w:br/>
        <w:t>Та з запитом настирливим в очах:&lt;br /&gt;</w:t>
        <w:br/>
        <w:t>"А чи ж прийде він, ясний, богорівний,&lt;br /&gt;</w:t>
        <w:br/>
        <w:t>Який не знав ніколи, що є жах?&lt;br /&gt;</w:t>
        <w:br/>
        <w:t>Чи прийде він, щоб визволить царівну?"&lt;br /&gt;</w:t>
        <w:br/>
        <w:t>Життя і смерть у казкаря в руках...&lt;br /&gt;</w:t>
        <w:br/>
        <w:t>О діти, пізно вже, а вам не спиться;&lt;br /&gt;</w:t>
        <w:br/>
        <w:t>Нехай вві сні ця казка вам досниться...</w:t>
      </w:r>
    </w:p>
    <w:p>
      <w:r>
        <w:br/>
        <w:t>Я не хотів вас байкою втішать,&lt;br /&gt;</w:t>
        <w:br/>
        <w:t>Якою тішимося на дозвіллі:&lt;br /&gt;</w:t>
        <w:br/>
        <w:t>У саме серце думав я влучать&lt;br /&gt;</w:t>
        <w:br/>
        <w:t>Рядком, напоєним огнем і біллю,&lt;br /&gt;</w:t>
        <w:br/>
        <w:t>Чи враз стривожити спокійну гладь&lt;br /&gt;</w:t>
        <w:br/>
        <w:t>Скаженим феєрверком божевілля...&lt;br /&gt;</w:t>
        <w:br/>
        <w:t>Та часто казка правдою стає:&lt;br /&gt;</w:t>
        <w:br/>
        <w:t>Що не було, існує, квітне, є.</w:t>
      </w:r>
    </w:p>
    <w:p>
      <w:r>
        <w:br/>
        <w:t>Нехай же древнє полум'я не гасне,&lt;br /&gt;</w:t>
        <w:br/>
        <w:t>В якому я, згоряючи, горю,&lt;br /&gt;</w:t>
        <w:br/>
        <w:t>Бо воля здійснює той сон прекрасний,&lt;br /&gt;</w:t>
        <w:br/>
        <w:t>Що людству снивсь під досвітню зорю.&lt;br /&gt;</w:t>
        <w:br/>
        <w:t>Суворим зором дивиться Сучасне,&lt;br /&gt;</w:t>
        <w:br/>
        <w:t>Коли йому я ладан свій курю.&lt;br /&gt;</w:t>
        <w:br/>
        <w:t>Нехай же знов воно в права вступає,&lt;br /&gt;</w:t>
        <w:br/>
        <w:t>Нехай ножами серце тне і крає.</w:t>
      </w:r>
    </w:p>
    <w:p>
      <w:r>
        <w:br/>
        <w:t>Хто знав, хто вів смертям і стратам лік?&lt;br /&gt;</w:t>
        <w:br/>
        <w:t>Де фільм, який вам показав би голод,&lt;br /&gt;</w:t>
        <w:br/>
        <w:t>Отой проклятий 33-й рік?&lt;br /&gt;</w:t>
        <w:br/>
        <w:t>Який співець поему склав про холод,&lt;br /&gt;</w:t>
        <w:br/>
        <w:t>Чи розповів, як то людей в наш вік&lt;br /&gt;</w:t>
        <w:br/>
        <w:t>Крушив і чавив пролетарський молот?&lt;br /&gt;</w:t>
        <w:br/>
        <w:t>В скількох кровях купаючи той герб,&lt;br /&gt;</w:t>
        <w:br/>
        <w:t>Жнива справляв на людській ниві серп?</w:t>
      </w:r>
    </w:p>
    <w:p>
      <w:r>
        <w:br/>
        <w:t>О, скільки раз по місту "чорний ворон"&lt;br /&gt;</w:t>
        <w:br/>
        <w:t>Шугав, зі сну хапаючи людей,&lt;br /&gt;</w:t>
        <w:br/>
        <w:t>Коли вставала пітьма чорним бором,&lt;br /&gt;</w:t>
        <w:br/>
        <w:t>Зітхаючи пащеками ночей!&lt;br /&gt;</w:t>
        <w:br/>
        <w:t>І падав присуд, скорий чи нескорий,&lt;br /&gt;</w:t>
        <w:br/>
        <w:t>Во славу ще не здійснених ідей,&lt;br /&gt;</w:t>
        <w:br/>
        <w:t>Що їхні гасла вкрили двері храмів,&lt;br /&gt;</w:t>
        <w:br/>
        <w:t>Що їхній намул світ роками плямив.</w:t>
      </w:r>
    </w:p>
    <w:p>
      <w:r>
        <w:br/>
        <w:t>Але нехай в нерадісній добі&lt;br /&gt;</w:t>
        <w:br/>
        <w:t>Вогняним квітом квітне давній спомин —&lt;br /&gt;</w:t>
        <w:br/>
        <w:t>Слова, співцем проказані в журбі:&lt;br /&gt;</w:t>
        <w:br/>
        <w:t>"Ні соколу, ні кречету лихому&lt;br /&gt;</w:t>
        <w:br/>
        <w:t>Не ляжем на поталу, й не тобі,&lt;br /&gt;</w:t>
        <w:br/>
        <w:t>О чорний вороне!" В багрянім громі&lt;br /&gt;</w:t>
        <w:br/>
        <w:t>Ревла небесна твердь. Як і тоді,&lt;br /&gt;</w:t>
        <w:br/>
        <w:t>Ряхтіли гриви ржаві і руді.</w:t>
      </w:r>
    </w:p>
    <w:p>
      <w:r>
        <w:br/>
        <w:t>У ті роки великої руїни&lt;br /&gt;</w:t>
        <w:br/>
        <w:t>Такий рясний, нечуваний врожай&lt;br /&gt;</w:t>
        <w:br/>
        <w:t>Послав Господь нещасній Україні,&lt;br /&gt;</w:t>
        <w:br/>
        <w:t>Якого доти ще не бачив край.&lt;br /&gt;</w:t>
        <w:br/>
        <w:t>І знову доля в грі мінливо-змінній&lt;br /&gt;</w:t>
        <w:br/>
        <w:t>Ненатлі орд, ненажерові зграй&lt;br /&gt;</w:t>
        <w:br/>
        <w:t>Все кинула на пожру і поталу&lt;br /&gt;</w:t>
        <w:br/>
        <w:t>Та реготом безгучним реготала.</w:t>
      </w:r>
    </w:p>
    <w:p>
      <w:r>
        <w:br/>
        <w:t>Зерно у купах пріло під дощем.&lt;br /&gt;</w:t>
        <w:br/>
        <w:t>Кудись у море, в безвість, за границю,&lt;br /&gt;</w:t>
        <w:br/>
        <w:t>Щоб насадити скрізь цей наш едем,&lt;br /&gt;</w:t>
        <w:br/>
        <w:t>Немов витріскуючи із криниці,&lt;br /&gt;</w:t>
        <w:br/>
        <w:t>Переливаючись рідким вогнем,&lt;br /&gt;</w:t>
        <w:br/>
        <w:t>Текло струмками золото пшениці.&lt;br /&gt;</w:t>
        <w:br/>
        <w:t>Ми тільки бачили той тьмяний блиск,&lt;br /&gt;</w:t>
        <w:br/>
        <w:t>На горлі ж ми відчули пальців стиск.</w:t>
      </w:r>
    </w:p>
    <w:p>
      <w:r>
        <w:br/>
        <w:t>Тоді дурні Грицьки і Опанаси&lt;br /&gt;</w:t>
        <w:br/>
        <w:t>Вмирали, як у зливу комарі.&lt;br /&gt;</w:t>
        <w:br/>
        <w:t>Тоді по селах їлось людське м'ясо,&lt;br /&gt;</w:t>
        <w:br/>
        <w:t>І хліб пекли з розтертої кори.&lt;br /&gt;</w:t>
        <w:br/>
        <w:t>Дивилися голодні діти ласо&lt;br /&gt;</w:t>
        <w:br/>
        <w:t>На спухле тіло вмерлої сестри.&lt;br /&gt;</w:t>
        <w:br/>
        <w:t>Так ми, хоч і покинули печери,&lt;br /&gt;</w:t>
        <w:br/>
        <w:t>В двадцятім віці стали людожери.</w:t>
      </w:r>
    </w:p>
    <w:p>
      <w:r>
        <w:br/>
        <w:t>Натуживши охлялі рештки сил,&lt;br /&gt;</w:t>
        <w:br/>
        <w:t>Ті трупи, що недавно поховали,&lt;br /&gt;</w:t>
        <w:br/>
        <w:t>Викопували потай із могил.&lt;br /&gt;</w:t>
        <w:br/>
        <w:t>Одежу з них, грабуючи, здирали.&lt;br /&gt;</w:t>
        <w:br/>
        <w:t>Чи ж не складали падло до барил&lt;br /&gt;</w:t>
        <w:br/>
        <w:t>І не витоплювали з мертвих сало?&lt;br /&gt;</w:t>
        <w:br/>
        <w:t>Тоді по хліб до міста йшов селюк&lt;br /&gt;</w:t>
        <w:br/>
        <w:t>І там лягав, вмираючи, на брук.</w:t>
      </w:r>
    </w:p>
    <w:p>
      <w:r>
        <w:br/>
        <w:t>В той рік познищувано всі собаки&lt;br /&gt;</w:t>
        <w:br/>
        <w:t>І повиловлювано всіх котів.&lt;br /&gt;</w:t>
        <w:br/>
        <w:t>Та це пусте... це тільки шум і накип&lt;br /&gt;</w:t>
        <w:br/>
        <w:t>На поверхні схвильованих часів.&lt;br /&gt;</w:t>
        <w:br/>
        <w:t>Не слало небо нам тривожних знаків,&lt;br /&gt;</w:t>
        <w:br/>
        <w:t>Нам хвіст комети жаром не пашів.&lt;br /&gt;</w:t>
        <w:br/>
        <w:t>Ні, ні, у мертвій тиші летаргічній&lt;br /&gt;</w:t>
        <w:br/>
        <w:t>Спливали ночі нам, як сни магічні.</w:t>
      </w:r>
    </w:p>
    <w:p>
      <w:r>
        <w:br/>
        <w:t>Клекоче нам розпечене нутро.&lt;br /&gt;</w:t>
        <w:br/>
        <w:t>Хто вичерпає нам шоломом горе?&lt;br /&gt;</w:t>
        <w:br/>
        <w:t>Хто в душу нам плесне дощу відро?&lt;br /&gt;</w:t>
        <w:br/>
        <w:t>Або який архангел винозорий&lt;br /&gt;</w:t>
        <w:br/>
        <w:t>З свого крила позичить нам перо,&lt;br /&gt;</w:t>
        <w:br/>
        <w:t>Щоб ту скажену гру фантасмагорій&lt;br /&gt;</w:t>
        <w:br/>
        <w:t>Ми записали на блакитнім тлі,&lt;br /&gt;</w:t>
        <w:br/>
        <w:t>Де літери горіли б нам у млі?</w:t>
      </w:r>
    </w:p>
    <w:p>
      <w:r>
        <w:br/>
        <w:t>Які багряні й грізні епопеї&lt;br /&gt;</w:t>
        <w:br/>
        <w:t>Нащадкам міг би геній розгорнуть,&lt;br /&gt;</w:t>
        <w:br/>
        <w:t>Якби писав він кровію своєю,&lt;br /&gt;</w:t>
        <w:br/>
        <w:t>Плеснувши нам в лице ту каламуть,&lt;br /&gt;</w:t>
        <w:br/>
        <w:t>І змалював нового фарисея&lt;br /&gt;</w:t>
        <w:br/>
        <w:t>І до Голготи страдницької путь!&lt;br /&gt;</w:t>
        <w:br/>
        <w:t>Але всі казні, гибелі і втрати&lt;br /&gt;</w:t>
        <w:br/>
        <w:t>Не перечислити й не зрахувати.</w:t>
      </w:r>
    </w:p>
    <w:p>
      <w:r>
        <w:br/>
        <w:t>Та, щоб не потомитися украй,&lt;br /&gt;</w:t>
        <w:br/>
        <w:t>Нехай читач перепочине трошки.&lt;br /&gt;</w:t>
        <w:br/>
        <w:t>І, щоб забути пролетарський май,&lt;br /&gt;</w:t>
        <w:br/>
        <w:t>Хай меду рідного скуштує ложку:&lt;br /&gt;</w:t>
        <w:br/>
        <w:t>Йому на очі я зведу той рай,&lt;br /&gt;</w:t>
        <w:br/>
        <w:t>Де усміхаються в житах волошки&lt;br /&gt;</w:t>
        <w:br/>
        <w:t>І понад степом сонце золоте&lt;br /&gt;</w:t>
        <w:br/>
        <w:t>Завжди старою барвою цвіте.</w:t>
      </w:r>
    </w:p>
    <w:p>
      <w:r>
        <w:br/>
        <w:t>Там кетяги рожевої калини&lt;br /&gt;</w:t>
        <w:br/>
        <w:t>Цяткують їй коралями сувій,&lt;br /&gt;</w:t>
        <w:br/>
        <w:t>І дише в ніздрі духом полонини&lt;br /&gt;</w:t>
        <w:br/>
        <w:t>Між пальцями розтертий деревій.&lt;br /&gt;</w:t>
        <w:br/>
        <w:t>Там вранішня зоря й світанки сині&lt;br /&gt;</w:t>
        <w:br/>
        <w:t>Щоранку сходять у красі новій.&lt;br /&gt;</w:t>
        <w:br/>
        <w:t>І десь на дзеркалі німої тиші&lt;br /&gt;</w:t>
        <w:br/>
        <w:t>Дзвінке весло свої узори пище.</w:t>
      </w:r>
    </w:p>
    <w:p>
      <w:r>
        <w:br/>
        <w:t>Там, перепрівши у гарячих снах,&lt;br /&gt;</w:t>
        <w:br/>
        <w:t>Посеред вод безмовних і широких&lt;br /&gt;</w:t>
        <w:br/>
        <w:t>Татарське зілля пахне у ставках.&lt;br /&gt;</w:t>
        <w:br/>
        <w:t>Там дні шумлять і плещуть у потоках.&lt;br /&gt;</w:t>
        <w:br/>
        <w:t>Там золотом соломи світить дах.&lt;br /&gt;</w:t>
        <w:br/>
        <w:t>Там жаби мирно кумкають в осоках,&lt;br /&gt;</w:t>
        <w:br/>
        <w:t>І, не підпавши під нічний декрет,&lt;br /&gt;</w:t>
        <w:br/>
        <w:t>Росте собі на волі очерет.</w:t>
      </w:r>
    </w:p>
    <w:p>
      <w:r>
        <w:br/>
        <w:t>Там віє вітер у просторах диких&lt;br /&gt;</w:t>
        <w:br/>
        <w:t>І пахощі терпкі несе нам з круч.&lt;br /&gt;</w:t>
        <w:br/>
        <w:t>В рівнинах неосяжних і великих&lt;br /&gt;</w:t>
        <w:br/>
        <w:t>Там віщий місяць сходить ліворуч...&lt;br /&gt;</w:t>
        <w:br/>
        <w:t>І чисте срібло ллється в чистих ріках,&lt;br /&gt;</w:t>
        <w:br/>
        <w:t>І тане в небі журавлиний ключ...&lt;br /&gt;</w:t>
        <w:br/>
        <w:t>Про це ще по-російськи скільки мога&lt;br /&gt;</w:t>
        <w:br/>
        <w:t>Писали Олексій Толстой і Гоголь.</w:t>
      </w:r>
    </w:p>
    <w:p>
      <w:r>
        <w:br/>
        <w:t>А про красу заквітчаних долин,&lt;br /&gt;</w:t>
        <w:br/>
        <w:t>Про любі серцю комиші і хащі,&lt;br /&gt;</w:t>
        <w:br/>
        <w:t>Про те, як пахне на межі полин,&lt;br /&gt;</w:t>
        <w:br/>
        <w:t>І про вигнанця долю злу й пропащу,&lt;br /&gt;</w:t>
        <w:br/>
        <w:t>Який не бачить рідних луговин, —&lt;br /&gt;</w:t>
        <w:br/>
        <w:t>За мене ще майстерніше і краще&lt;br /&gt;</w:t>
        <w:br/>
        <w:t>Вам оповів би половецький хан,&lt;br /&gt;</w:t>
        <w:br/>
        <w:t>Якому хтось дав нюхати євшан.</w:t>
      </w:r>
    </w:p>
    <w:p>
      <w:r>
        <w:br/>
        <w:t>Частина III</w:t>
      </w:r>
    </w:p>
    <w:p>
      <w:r>
        <w:br/>
        <w:t>Початку ви не ждіть у цій поемі.&lt;br /&gt;</w:t>
        <w:br/>
        <w:t>Це тільки вступ. За звуком ллється звук.&lt;br /&gt;</w:t>
        <w:br/>
        <w:t>Мов рибки золоті, іскряться теми&lt;br /&gt;</w:t>
        <w:br/>
        <w:t>І брижами сковзять мені між рук.&lt;br /&gt;</w:t>
        <w:br/>
        <w:t>Не я ж уславив квіт філософеми й&lt;br /&gt;</w:t>
        <w:br/>
        <w:t>Нап'яв тятивою співучий лук:&lt;br /&gt;</w:t>
        <w:br/>
        <w:t>В пекучий день, коли пахтять ясмини,&lt;br /&gt;</w:t>
        <w:br/>
        <w:t>Читайте, друзі, "Чумаків" і "Сіно".</w:t>
      </w:r>
    </w:p>
    <w:p>
      <w:r>
        <w:br/>
        <w:t>Не я, а мій далекий побратим...&lt;br /&gt;</w:t>
        <w:br/>
        <w:t>Це він горазд октавами співати.&lt;br /&gt;</w:t>
        <w:br/>
        <w:t>"Poetae maximo" (я згоден з тим!)&lt;br /&gt;</w:t>
        <w:br/>
        <w:t>Раз Зеров написав йому в присвяті.&lt;br /&gt;</w:t>
        <w:br/>
        <w:t>Чи ж означало Maximus[2] — "Максим"?&lt;br /&gt;</w:t>
        <w:br/>
        <w:t>Чи, може, мало слово те віддати&lt;br /&gt;</w:t>
        <w:br/>
        <w:t>Ту найприкметнішу з усіх прикмет,&lt;br /&gt;</w:t>
        <w:br/>
        <w:t>Якою визначався наш поет?</w:t>
      </w:r>
    </w:p>
    <w:p>
      <w:r>
        <w:br/>
        <w:t>Це ж він запалював гарячі квіти,&lt;br /&gt;</w:t>
        <w:br/>
        <w:t>Які кресали іскри в нашу кров.&lt;br /&gt;</w:t>
        <w:br/>
        <w:t>Це я б про нього мусив говорити,&lt;br /&gt;</w:t>
        <w:br/>
        <w:t>Що у змаганні лебедя зборов:&lt;br /&gt;</w:t>
        <w:br/>
        <w:t>"Аще кому хотяше піснь творити,&lt;br /&gt;</w:t>
        <w:br/>
        <w:t>Тогда пущашеть десять соколов".&lt;br /&gt;</w:t>
        <w:br/>
        <w:t>Чия ж рука здушила спів у горлі,&lt;br /&gt;</w:t>
        <w:br/>
        <w:t>Що він забув і лет, і клекіт орлій?</w:t>
      </w:r>
    </w:p>
    <w:p>
      <w:r>
        <w:br/>
        <w:t>Це ж доля всіх: віддати божий дар,&lt;br /&gt;</w:t>
        <w:br/>
        <w:t>Що ранками кропили чисті роси,&lt;br /&gt;</w:t>
        <w:br/>
        <w:t>Вовчиці на поталу, й срібний чар&lt;br /&gt;</w:t>
        <w:br/>
        <w:t>Розвіяти... З нас зайди горбоносі&lt;br /&gt;</w:t>
        <w:br/>
        <w:t>Ще виховають добрих яничар,&lt;br /&gt;</w:t>
        <w:br/>
        <w:t>І час прийде, що вірні малороси&lt;br /&gt;</w:t>
        <w:br/>
        <w:t>За хліб і цукор, жир і дрібний крам&lt;br /&gt;</w:t>
        <w:br/>
        <w:t>Ще голови стинатимуть братам.</w:t>
      </w:r>
    </w:p>
    <w:p>
      <w:r>
        <w:br/>
        <w:t>Вогнем я в серці випік люті вчинки:&lt;br /&gt;</w:t>
        <w:br/>
        <w:t>З убивць водою цілого ставка&lt;br /&gt;</w:t>
        <w:br/>
        <w:t>Не змити кров невинного Косинки,&lt;br /&gt;</w:t>
        <w:br/>
        <w:t>Не воскресити мертвого Близька.&lt;br /&gt;</w:t>
        <w:br/>
        <w:t>На нашій ниві справили дожинки,&lt;br /&gt;</w:t>
        <w:br/>
        <w:t>Щоб не лишилось нам ні колоска.&lt;br /&gt;</w:t>
        <w:br/>
        <w:t>Хай ложем буде нам стерня колюча,&lt;br /&gt;</w:t>
        <w:br/>
        <w:t>Коли нам ордер на життя усучать.</w:t>
      </w:r>
    </w:p>
    <w:p>
      <w:r>
        <w:br/>
        <w:t>А де ж, де ж ви, кому в діжки без ден&lt;br /&gt;</w:t>
        <w:br/>
        <w:t>Струмлять і котяться роки в неволі,&lt;br /&gt;</w:t>
        <w:br/>
        <w:t>Що не згадаю й ваших я імен,&lt;br /&gt;</w:t>
        <w:br/>
        <w:t>Щоб не згіршити вам страшної долі,&lt;br /&gt;</w:t>
        <w:br/>
        <w:t>Що зникли вже за овидом ген-ген&lt;br /&gt;</w:t>
        <w:br/>
        <w:t>І крутитесь у божевільнім колі&lt;br /&gt;</w:t>
        <w:br/>
        <w:t>По руднях, і болотах, і лісах,&lt;br /&gt;</w:t>
        <w:br/>
        <w:t>Де гаврами гасає голий жах!..</w:t>
      </w:r>
    </w:p>
    <w:p>
      <w:r>
        <w:br/>
        <w:t>У вік наш лагідний спочатку кості&lt;br /&gt;</w:t>
        <w:br/>
        <w:t>Нам переб'ють осиковим ціпком,&lt;br /&gt;</w:t>
        <w:br/>
        <w:t>А потім, зжалившись, позичать костур.&lt;br /&gt;</w:t>
        <w:br/>
        <w:t>Десь під заметами, окутий льдом,&lt;br /&gt;</w:t>
        <w:br/>
        <w:t>У морі бурянім є дикий острів,&lt;br /&gt;</w:t>
        <w:br/>
        <w:t>Де ще святі, спасавшись, їли жом,&lt;br /&gt;</w:t>
        <w:br/>
        <w:t>Де й ми, в гріхах покаявшися самі,&lt;br /&gt;</w:t>
        <w:br/>
        <w:t>Загаєм час молитвами й постами.</w:t>
      </w:r>
    </w:p>
    <w:p>
      <w:r>
        <w:br/>
        <w:t>Шумить, шумить тайгою чорний бір,&lt;br /&gt;</w:t>
        <w:br/>
        <w:t>Як і шумів колись за Миколая.&lt;br /&gt;</w:t>
        <w:br/>
        <w:t>Очами ще не міряний Сибір&lt;br /&gt;</w:t>
        <w:br/>
        <w:t>Тепер я криком радісно вітаю.&lt;br /&gt;</w:t>
        <w:br/>
        <w:t>Усіх, хто йшов шляхами ясних зір,&lt;br /&gt;</w:t>
        <w:br/>
        <w:t>В дрімуче лоно радо він приймає:&lt;br /&gt;</w:t>
        <w:br/>
        <w:t>Тут нації краса і гордий квіт&lt;br /&gt;</w:t>
        <w:br/>
        <w:t>З уламків корабельних творить міт.</w:t>
      </w:r>
    </w:p>
    <w:p>
      <w:r>
        <w:br/>
        <w:t>Брати мої в далекому вигнанню,&lt;br /&gt;</w:t>
        <w:br/>
        <w:t>Що ваших голосів давно не чуть,&lt;br /&gt;</w:t>
        <w:br/>
        <w:t>Яким прийдеться, може, до сконання&lt;br /&gt;</w:t>
        <w:br/>
        <w:t>В душі коняти гнів, важкий, як ртуть!&lt;br /&gt;</w:t>
        <w:br/>
        <w:t>Мужайтеся, блукаючи за гранню,&lt;br /&gt;</w:t>
        <w:br/>
        <w:t>Якщо не дано вам рушати в путь.&lt;br /&gt;</w:t>
        <w:br/>
        <w:t>Якби ж то вам, серця одягши в кригу,&lt;br /&gt;</w:t>
        <w:br/>
        <w:t>Згадати шлях, яким помчався Ігор!</w:t>
      </w:r>
    </w:p>
    <w:p>
      <w:r>
        <w:br/>
        <w:t>Якби ж я Овлуром для вас міг стать&lt;br /&gt;</w:t>
        <w:br/>
        <w:t>І вам коня підвести за рікою!&lt;br /&gt;</w:t>
        <w:br/>
        <w:t>Якби ж я свистом гасло міг подать,&lt;br /&gt;</w:t>
        <w:br/>
        <w:t>Чекаючи за темною тайгою!&lt;br /&gt;</w:t>
        <w:br/>
        <w:t>Щасливий сон: сурма, мечі і рать,&lt;br /&gt;</w:t>
        <w:br/>
        <w:t>Степ шелестить високою травою&lt;br /&gt;</w:t>
        <w:br/>
        <w:t>І вже під радісний весінній дзвін&lt;br /&gt;</w:t>
        <w:br/>
        <w:t>Веселим шумом нас стрічає Дін...</w:t>
      </w:r>
    </w:p>
    <w:p>
      <w:r>
        <w:br/>
        <w:t>З рясного рогу я вам сиплю перли,&lt;br /&gt;</w:t>
        <w:br/>
        <w:t>Мов буйні ягоди із повних фон.&lt;br /&gt;</w:t>
        <w:br/>
        <w:t>Пождіть, ще з'являться корони, берла...&lt;br /&gt;</w:t>
        <w:br/>
        <w:t>Хіба ж поету писаний закон,&lt;br /&gt;</w:t>
        <w:br/>
        <w:t>Коли стара романтика не вмерла&lt;br /&gt;</w:t>
        <w:br/>
        <w:t>І прибирає героїчний тон!&lt;br /&gt;</w:t>
        <w:br/>
        <w:t>То ж раз у раз я без аеростата&lt;br /&gt;</w:t>
        <w:br/>
        <w:t>Із хмар на землю мушу повертати.</w:t>
      </w:r>
    </w:p>
    <w:p>
      <w:r>
        <w:br/>
        <w:t>Хай вславлю ж вам тепер мандрівний шлях&lt;br /&gt;</w:t>
        <w:br/>
        <w:t>Тих безпритульних хлопців, що до Криму&lt;br /&gt;</w:t>
        <w:br/>
        <w:t>З Москви зайцями котять в поїздах,&lt;br /&gt;</w:t>
        <w:br/>
        <w:t>Які в морозяну, холодну зиму&lt;br /&gt;</w:t>
        <w:br/>
        <w:t>В асфальтових ночують казанах.&lt;br /&gt;</w:t>
        <w:br/>
        <w:t>Куди, півголі, під плащами диму&lt;br /&gt;</w:t>
        <w:br/>
        <w:t>Простуєте ви, армії дітей,&lt;br /&gt;</w:t>
        <w:br/>
        <w:t>Дорогою незнаних одіссей?</w:t>
      </w:r>
    </w:p>
    <w:p>
      <w:r>
        <w:br/>
        <w:t>Хай ще уславлю вам ті хлібні черги,&lt;br /&gt;</w:t>
        <w:br/>
        <w:t>Куди щодня включав нас автомат,&lt;br /&gt;</w:t>
        <w:br/>
        <w:t>Що з нас викачував ставки енергій&lt;br /&gt;</w:t>
        <w:br/>
        <w:t>І кидав нам не випечений шмат.&lt;br /&gt;</w:t>
        <w:br/>
        <w:t>Ми не дістанем на пальто і дерги,&lt;br /&gt;</w:t>
        <w:br/>
        <w:t>Та вибір є рясний губних помад,&lt;br /&gt;</w:t>
        <w:br/>
        <w:t>І, може, ще для "ран душевних" мазі&lt;br /&gt;</w:t>
        <w:br/>
        <w:t>Ви купите у дами на Євбазі.</w:t>
      </w:r>
    </w:p>
    <w:p>
      <w:r>
        <w:br/>
        <w:t>А хочете, візьму ще нижчий тон,&lt;br /&gt;</w:t>
        <w:br/>
        <w:t>Щоб віршем вам уславити — калоші.&lt;br /&gt;</w:t>
        <w:br/>
        <w:t>Хоч глянець їх не той, що у корон,&lt;br /&gt;</w:t>
        <w:br/>
        <w:t>Але ж вони, звичайно, річ хороша,&lt;br /&gt;</w:t>
        <w:br/>
        <w:t>Бо як без них з солом'янських багон,&lt;br /&gt;</w:t>
        <w:br/>
        <w:t>Коли на візника немає грошей&lt;br /&gt;</w:t>
        <w:br/>
        <w:t>(Та й рисаків скасовано давно!)&lt;br /&gt;</w:t>
        <w:br/>
        <w:t>Приплисти на Хрещатик у кіно?</w:t>
      </w:r>
    </w:p>
    <w:p>
      <w:r>
        <w:br/>
        <w:t>То б пак... я помиливсь, нові ж бо назви&lt;br /&gt;</w:t>
        <w:br/>
        <w:t>Тим вулицям надавано. Слова ж&lt;br /&gt;</w:t>
        <w:br/>
        <w:t>Старі на язиці сидять, мов язви.&lt;br /&gt;</w:t>
        <w:br/>
        <w:t>"Хрещатик" не кажіть: це саботаж.&lt;br /&gt;</w:t>
        <w:br/>
        <w:t>То ж вулиця Воровського. Наказ ви&lt;br /&gt;</w:t>
        <w:br/>
        <w:t>Чи ж не читали? Шепчете: "Блямаж?"&lt;br /&gt;</w:t>
        <w:br/>
        <w:t>А селянин, якому це не важе,&lt;br /&gt;</w:t>
        <w:br/>
        <w:t>Інакше як "Злодіївка" не каже.</w:t>
      </w:r>
    </w:p>
    <w:p>
      <w:r>
        <w:br/>
        <w:t>Касуєм назви ми, і мило, й чай,&lt;br /&gt;</w:t>
        <w:br/>
        <w:t>Але парфумами ряхтять вітрини.&lt;br /&gt;</w:t>
        <w:br/>
        <w:t>Отож парфумів в ванну наливай,&lt;br /&gt;</w:t>
        <w:br/>
        <w:t>Пірнай в геліотропи і ясмини, —&lt;br /&gt;</w:t>
        <w:br/>
        <w:t>І чим тобі це не тропічний рай?&lt;br /&gt;</w:t>
        <w:br/>
        <w:t>Нехай у пахощах безсмертних гине&lt;br /&gt;</w:t>
        <w:br/>
        <w:t>Ніким не піймана тифозна вош!&lt;br /&gt;</w:t>
        <w:br/>
        <w:t>Але ж пора вертатись до калош...</w:t>
      </w:r>
    </w:p>
    <w:p>
      <w:r>
        <w:br/>
        <w:t>Совєтський дощ із хмар совєтських хлюпав,&lt;br /&gt;</w:t>
        <w:br/>
        <w:t>І йшов я в сорабкоп (без підошов),&lt;br /&gt;</w:t>
        <w:br/>
        <w:t>Щоб там купити пару мокроступів,&lt;br /&gt;</w:t>
        <w:br/>
        <w:t>Але ж на праву ногу не знайшов,&lt;br /&gt;</w:t>
        <w:br/>
        <w:t>Для лівої ж сфабрикували купу.&lt;br /&gt;</w:t>
        <w:br/>
        <w:t>Там гнів жінкам у лиця кидав кров:&lt;br /&gt;</w:t>
        <w:br/>
        <w:t>"Невже ж обути нам самі лівиці,&lt;br /&gt;</w:t>
        <w:br/>
        <w:t>А правій тюпати без ногавиці?"</w:t>
      </w:r>
    </w:p>
    <w:p>
      <w:r>
        <w:br/>
        <w:t>Дурні жінки! Який в розпачі сенс?&lt;br /&gt;</w:t>
        <w:br/>
        <w:t>Якби ж то ще були "калоші щастя",&lt;br /&gt;</w:t>
        <w:br/>
        <w:t>Які описував нам Андерсен,&lt;br /&gt;</w:t>
        <w:br/>
        <w:t>Що досить тільки ноги в них укласти,&lt;br /&gt;</w:t>
        <w:br/>
        <w:t>І зразу від шакалів чи гієн&lt;br /&gt;</w:t>
        <w:br/>
        <w:t>Ти геть летиш у інший час — та й баста:&lt;br /&gt;</w:t>
        <w:br/>
        <w:t>В середньовіччя, Грецію чи Рим,&lt;br /&gt;</w:t>
        <w:br/>
        <w:t>Забувши, як пахтить вітчизни дим.</w:t>
      </w:r>
    </w:p>
    <w:p>
      <w:r>
        <w:br/>
        <w:t>Але не раз у тім пахучім димі&lt;br /&gt;</w:t>
        <w:br/>
        <w:t>Заїжджі гості, що плекали чвань, —&lt;br /&gt;</w:t>
        <w:br/>
        <w:t>Ось Бернард Шоу та інші "побратими"&lt;br /&gt;</w:t>
        <w:br/>
        <w:t>В'ялились на поживу, як тарань,&lt;br /&gt;</w:t>
        <w:br/>
        <w:t>Мандруючи, як Катерина в Кримі,&lt;br /&gt;</w:t>
        <w:br/>
        <w:t>По килимах, покладених на твань.&lt;br /&gt;</w:t>
        <w:br/>
        <w:t>І рідко спостережливіше око&lt;br /&gt;</w:t>
        <w:br/>
        <w:t>Допитливо зорило дно глибоке.</w:t>
      </w:r>
    </w:p>
    <w:p>
      <w:r>
        <w:br/>
        <w:t>Тож раз, так само в Київ прикотив,&lt;br /&gt;</w:t>
        <w:br/>
        <w:t>Вшанований в Москві Панайт Істраті,&lt;br /&gt;</w:t>
        <w:br/>
        <w:t>І кожний ладаном йому курив,&lt;br /&gt;</w:t>
        <w:br/>
        <w:t>А Держвидав — хоч був скупий на трати —&lt;br /&gt;</w:t>
        <w:br/>
        <w:t>У гостя всю продукцію купив&lt;br /&gt;</w:t>
        <w:br/>
        <w:t>(Вже писану і ту, що мав писати).&lt;br /&gt;</w:t>
        <w:br/>
        <w:t>Хто тільки був письменник чи поет,&lt;br /&gt;</w:t>
        <w:br/>
        <w:t>Дістав тоді автограф і портрет.</w:t>
      </w:r>
    </w:p>
    <w:p>
      <w:r>
        <w:br/>
        <w:t>Та, опинившись ледве за кордоном,&lt;br /&gt;</w:t>
        <w:br/>
        <w:t>Правдивий грек метнув перунний грім&lt;br /&gt;</w:t>
        <w:br/>
        <w:t>І сповнив світ отим потужним дзвоном,&lt;br /&gt;</w:t>
        <w:br/>
        <w:t>Який луною гув у вухах всім.&lt;br /&gt;</w:t>
        <w:br/>
        <w:t>Тож як ураз підліг він заборонам!&lt;br /&gt;</w:t>
        <w:br/>
        <w:t>Як з страхом ті, що зналися із ним,&lt;br /&gt;</w:t>
        <w:br/>
        <w:t>Зі стін портрет дарований здіймали&lt;br /&gt;</w:t>
        <w:br/>
        <w:t>І аж на саме дно шухляд ховали!</w:t>
      </w:r>
    </w:p>
    <w:p>
      <w:r>
        <w:br/>
        <w:t>О милі гості з західних країв!&lt;br /&gt;</w:t>
        <w:br/>
        <w:t>Нехай за приклад буде вам Істраті.&lt;br /&gt;</w:t>
        <w:br/>
        <w:t>Невже ж у вас ще не клекоче гнів?&lt;br /&gt;</w:t>
        <w:br/>
        <w:t>Нотуйте все: знущання, крики, страти,&lt;br /&gt;</w:t>
        <w:br/>
        <w:t>Щоб потім гулом праведних громів&lt;br /&gt;</w:t>
        <w:br/>
        <w:t>Облудного напасника скарати!&lt;br /&gt;</w:t>
        <w:br/>
        <w:t>Хай не засліплять вас зухвалий блиск&lt;br /&gt;</w:t>
        <w:br/>
        <w:t>Самореклами, вигода і зиск.</w:t>
      </w:r>
    </w:p>
    <w:p>
      <w:r>
        <w:br/>
        <w:t>Та вас майстерно там візьмуть на кпини&lt;br /&gt;</w:t>
        <w:br/>
        <w:t>І всіх обдурять, як селянських баб.&lt;br /&gt;</w:t>
        <w:br/>
        <w:t>Покажуть вам, як крутяться машини,&lt;br /&gt;</w:t>
        <w:br/>
        <w:t>І вигадають тисячі приваб.&lt;br /&gt;</w:t>
        <w:br/>
        <w:t>І вас, цікавих з розумом дитини,&lt;br /&gt;</w:t>
        <w:br/>
        <w:t>Не вийде стрінути "столітній раб".&lt;br /&gt;</w:t>
        <w:br/>
        <w:t>Чи ж знаєте, що в затисках металу&lt;br /&gt;</w:t>
        <w:br/>
        <w:t>Самі машинами давно ми стали!</w:t>
      </w:r>
    </w:p>
    <w:p>
      <w:r>
        <w:br/>
        <w:t>Колеса крутяться у ритмі днів,&lt;br /&gt;</w:t>
        <w:br/>
        <w:t>Яких ніхто не лічить. Довгі паси&lt;br /&gt;</w:t>
        <w:br/>
        <w:t>Пересуваються під крик і спів&lt;br /&gt;</w:t>
        <w:br/>
        <w:t>Сирен. Давно не люди ми, а маси,&lt;br /&gt;</w:t>
        <w:br/>
        <w:t>І в лабіринті башт і перспектив&lt;br /&gt;</w:t>
        <w:br/>
        <w:t>Чиясь рука незрима сонце гасить...&lt;br /&gt;</w:t>
        <w:br/>
        <w:t>А серце в нас пропелером: "Дзінь-дзінь!",&lt;br /&gt;</w:t>
        <w:br/>
        <w:t>Змагаючись даремно в височінь.</w:t>
      </w:r>
    </w:p>
    <w:p>
      <w:r>
        <w:br/>
        <w:t>Та пориву не збудешся ніяк ти.&lt;br /&gt;</w:t>
        <w:br/>
        <w:t>Не можуть мрій, що їх плекає дух,&lt;br /&gt;</w:t>
        <w:br/>
        <w:t>Нам замінити статистичні факти.&lt;br /&gt;</w:t>
        <w:br/>
        <w:t>Симфонію, яка чарує слух,&lt;br /&gt;</w:t>
        <w:br/>
        <w:t>Нам не заступить і найкращий трактор.&lt;br /&gt;</w:t>
        <w:br/>
        <w:t>Як не старайсь, щоб той вогонь затух,&lt;br /&gt;</w:t>
        <w:br/>
        <w:t>Який в мізку нам барвами палає, —&lt;br /&gt;</w:t>
        <w:br/>
        <w:t>Він жевріє й на мить лиш пригасає.</w:t>
      </w:r>
    </w:p>
    <w:p>
      <w:r>
        <w:br/>
        <w:t>Але думки нам забрано в полон...&lt;br /&gt;</w:t>
        <w:br/>
        <w:t>Щоб потекли вони одним річищем,&lt;br /&gt;</w:t>
        <w:br/>
        <w:t>Механізації страшний закон&lt;br /&gt;</w:t>
        <w:br/>
        <w:t>Кладе межу і в захваті найвищім,&lt;br /&gt;</w:t>
        <w:br/>
        <w:t>І муз стрижем ми під один шаблон.&lt;br /&gt;</w:t>
        <w:br/>
        <w:t>Так ми нещадною рукою нищим&lt;br /&gt;</w:t>
        <w:br/>
        <w:t>В душі насаджений господній сад,&lt;br /&gt;</w:t>
        <w:br/>
        <w:t>Сповитий нами у фабричний чад.</w:t>
      </w:r>
    </w:p>
    <w:p>
      <w:r>
        <w:br/>
        <w:t>Зате у нас держава квітне знову.&lt;br /&gt;</w:t>
        <w:br/>
        <w:t>Під маршів і машин ритмічний такт&lt;br /&gt;</w:t>
        <w:br/>
        <w:t>Ми творим націю нової крові.&lt;br /&gt;</w:t>
        <w:br/>
        <w:t>Вже душі нам покрив червоний лак.&lt;br /&gt;</w:t>
        <w:br/>
        <w:t>Вкраїнізовано всі установи,&lt;br /&gt;</w:t>
        <w:br/>
        <w:t>І Шльойме став не Шльома, а Щупак:&lt;br /&gt;</w:t>
        <w:br/>
        <w:t>Ми кожному, — нехай, як хоче, зветься, —&lt;br /&gt;</w:t>
        <w:br/>
        <w:t>До голови чіпляєм оселедця.</w:t>
      </w:r>
    </w:p>
    <w:p>
      <w:r>
        <w:br/>
        <w:t>Біс є найнебезпечніший тоді,&lt;br /&gt;</w:t>
        <w:br/>
        <w:t>Як святобливу постать прибирає:&lt;br /&gt;</w:t>
        <w:br/>
        <w:t>Чи старця, що ступає по воді,&lt;br /&gt;</w:t>
        <w:br/>
        <w:t>Чи янгола, що крильми помаває,&lt;br /&gt;</w:t>
        <w:br/>
        <w:t>І все лукавство в білій бороді&lt;br /&gt;</w:t>
        <w:br/>
        <w:t>Чи в білих шатах святості ховає.&lt;br /&gt;</w:t>
        <w:br/>
        <w:t>Так дружньою рукою хижий друг&lt;br /&gt;</w:t>
        <w:br/>
        <w:t>Із нас вичавлює поволі дух.</w:t>
      </w:r>
    </w:p>
    <w:p>
      <w:r>
        <w:br/>
        <w:t>Тож не страшні нам вороги одверті,&lt;br /&gt;</w:t>
        <w:br/>
        <w:t>А ті, що з рідним словом на вустах,&lt;br /&gt;</w:t>
        <w:br/>
        <w:t>Ідуть до нас, щоб душу нам роздерти,&lt;br /&gt;</w:t>
        <w:br/>
        <w:t>І сіють терни розбрату в серцях.&lt;br /&gt;</w:t>
        <w:br/>
        <w:t>Та тільки доля гірша ще від смерті&lt;br /&gt;</w:t>
        <w:br/>
        <w:t>Спобігне тих, які згубили шлях...&lt;br /&gt;</w:t>
        <w:br/>
        <w:t>Хвалю я ворога, що, забороло&lt;br /&gt;</w:t>
        <w:br/>
        <w:t>Піднявши, ставить чоло проти чола.</w:t>
      </w:r>
    </w:p>
    <w:p>
      <w:r>
        <w:br/>
        <w:t>Частина IV</w:t>
      </w:r>
    </w:p>
    <w:p>
      <w:r>
        <w:br/>
        <w:t>О, слава тим, які не піддались&lt;br /&gt;</w:t>
        <w:br/>
        <w:t>Солодкій гри вабливої сопілки,&lt;br /&gt;</w:t>
        <w:br/>
        <w:t>Які, — як гордий Ганнібал колись, —&lt;br /&gt;</w:t>
        <w:br/>
        <w:t>З смертельним ворогом не склали спілки,&lt;br /&gt;</w:t>
        <w:br/>
        <w:t>Кого тропа вела у гірню вись,&lt;br /&gt;</w:t>
        <w:br/>
        <w:t>Хто не узяв в дарунок пух і грілки,&lt;br /&gt;</w:t>
        <w:br/>
        <w:t>А в тундру, тайболу й тайгу поніс&lt;br /&gt;</w:t>
        <w:br/>
        <w:t>Пшеничний шум і шелести беріз.</w:t>
      </w:r>
    </w:p>
    <w:p>
      <w:r>
        <w:br/>
        <w:t>Нехай же їм за арештантським чаєм&lt;br /&gt;</w:t>
        <w:br/>
        <w:t>У холоді бараків та в'язниць&lt;br /&gt;</w:t>
        <w:br/>
        <w:t>Вони зростуть високим рідним гаєм&lt;br /&gt;</w:t>
        <w:br/>
        <w:t>Над тишею незчерпаних криниць!&lt;br /&gt;</w:t>
        <w:br/>
        <w:t>Нехай і ми в їх спогадах замаєм,&lt;br /&gt;</w:t>
        <w:br/>
        <w:t>Як випадкові виблиски зірниць,&lt;br /&gt;</w:t>
        <w:br/>
        <w:t>Щоб був їм дикий простір Усевлону&lt;br /&gt;</w:t>
        <w:br/>
        <w:t>Гостинніший за те родинне лоно...</w:t>
      </w:r>
    </w:p>
    <w:p>
      <w:r>
        <w:br/>
        <w:t>Там спогад тихим порухом руки&lt;br /&gt;</w:t>
        <w:br/>
        <w:t>На очі зводить їм той сон прадавній,&lt;br /&gt;</w:t>
        <w:br/>
        <w:t>Що колисали мрійливо віки&lt;br /&gt;</w:t>
        <w:br/>
        <w:t>І сповивали у багрець державний,&lt;br /&gt;</w:t>
        <w:br/>
        <w:t>І з берега далекої ріки&lt;br /&gt;</w:t>
        <w:br/>
        <w:t>Вже не долине голос Ярославни&lt;br /&gt;</w:t>
        <w:br/>
        <w:t>В сувору сутінь темрявих лісів,&lt;br /&gt;</w:t>
        <w:br/>
        <w:t>Плекаючи на крилах вітру спів.</w:t>
      </w:r>
    </w:p>
    <w:p>
      <w:r>
        <w:br/>
        <w:t>Там дмухачі всесвітньої пожежі&lt;br /&gt;</w:t>
        <w:br/>
        <w:t>Вбивають день по дню, немов кілок,&lt;br /&gt;</w:t>
        <w:br/>
        <w:t>В шляхетний мозок, що розсунув межі,&lt;br /&gt;</w:t>
        <w:br/>
        <w:t>З людських, цементом зліплених, кісток&lt;br /&gt;</w:t>
        <w:br/>
        <w:t>Там добудовують гігантську вежу.&lt;br /&gt;</w:t>
        <w:br/>
        <w:t>Отак, усіх втягаючи в танок,&lt;br /&gt;</w:t>
        <w:br/>
        <w:t>Копичачи на купу спини, груди,&lt;br /&gt;</w:t>
        <w:br/>
        <w:t>Вмуровують палац для щастя люду.</w:t>
      </w:r>
    </w:p>
    <w:p>
      <w:r>
        <w:br/>
        <w:t>Загравши той мотив, що всім набрид,&lt;br /&gt;</w:t>
        <w:br/>
        <w:t>Туди прийдуть з усього світу ланці...&lt;br /&gt;</w:t>
        <w:br/>
        <w:t>Цвіль нечисті, що виригнув Мадрид.&lt;br /&gt;</w:t>
        <w:br/>
        <w:t>Займуть почесне місце мексиканці.&lt;br /&gt;</w:t>
        <w:br/>
        <w:t>Нехай москаль, іспанець, негр і жид&lt;br /&gt;</w:t>
        <w:br/>
        <w:t>Там обіймуться у братерськім танці...&lt;br /&gt;</w:t>
        <w:br/>
        <w:t>Хай там, до стін прибивши свій портрет,&lt;br /&gt;</w:t>
        <w:br/>
        <w:t>Лишаться Маркс і Сталін tete a tete[3].</w:t>
      </w:r>
    </w:p>
    <w:p>
      <w:r>
        <w:br/>
        <w:t>Нам прорубали в Азію віконце.&lt;br /&gt;</w:t>
        <w:br/>
        <w:t>Сам комісар казав: "Тут ліс проблем.&lt;br /&gt;</w:t>
        <w:br/>
        <w:t>Над лісом тим ніяк не сходить сонце.&lt;br /&gt;</w:t>
        <w:br/>
        <w:t>Та швидко ми гордієвим мечем&lt;br /&gt;</w:t>
        <w:br/>
        <w:t>За прикладом великим македонця&lt;br /&gt;</w:t>
        <w:br/>
        <w:t>Цей дамоклинський вузол розсічем".&lt;br /&gt;</w:t>
        <w:br/>
        <w:t>Але з проблем грізні ростуть дилеми.&lt;br /&gt;</w:t>
        <w:br/>
        <w:t>Зблукавшись, ми не знаємо вже, де ми.</w:t>
      </w:r>
    </w:p>
    <w:p>
      <w:r>
        <w:br/>
        <w:t>Ось куркулям проклятим шах і мат,&lt;br /&gt;</w:t>
        <w:br/>
        <w:t>А дітям на сопілку грає голод.&lt;br /&gt;</w:t>
        <w:br/>
        <w:t>Багато вже розв'язано шарад,&lt;br /&gt;</w:t>
        <w:br/>
        <w:t>Як вийти з зачаклованого кола,&lt;br /&gt;</w:t>
        <w:br/>
        <w:t>І без кінця кують ланцюг нарад.&lt;br /&gt;</w:t>
        <w:br/>
        <w:t>Та дзенькнув серп і замахнувся молот:&lt;br /&gt;</w:t>
        <w:br/>
        <w:t>Всі резолюції — єдиний крик,&lt;br /&gt;</w:t>
        <w:br/>
        <w:t>Що винен тут невикритий шкідник.</w:t>
      </w:r>
    </w:p>
    <w:p>
      <w:r>
        <w:br/>
        <w:t>Ми вже лаштунками маскуєм розпад.&lt;br /&gt;</w:t>
        <w:br/>
        <w:t>Тепер і стиль, і розмах вже не той.&lt;br /&gt;</w:t>
        <w:br/>
        <w:t>Заводи ми будуємо на поспіх&lt;br /&gt;</w:t>
        <w:br/>
        <w:t>І спорудили грізний Дніпрострой.&lt;br /&gt;</w:t>
        <w:br/>
        <w:t>Ми скрізь уже розкидали колгоспи,&lt;br /&gt;</w:t>
        <w:br/>
        <w:t>Де в полі трудиться щасливий гой.&lt;br /&gt;</w:t>
        <w:br/>
        <w:t>І як би ворог вороном не кромкав, —&lt;br /&gt;</w:t>
        <w:br/>
        <w:t>Нехай живе вигадливий Потьомкін!..</w:t>
      </w:r>
    </w:p>
    <w:p>
      <w:r>
        <w:br/>
        <w:t>Під постуки коліс і шемріт шин&lt;br /&gt;</w:t>
        <w:br/>
        <w:t>Про свій тріумф кричать вожді планети.&lt;br /&gt;</w:t>
        <w:br/>
        <w:t>Вода промов їм ллє свій струм на млин,&lt;br /&gt;</w:t>
        <w:br/>
        <w:t>І, мов гриби, ростуть з землі поети,&lt;br /&gt;</w:t>
        <w:br/>
        <w:t>Які виспівують похід машин.&lt;br /&gt;</w:t>
        <w:br/>
        <w:t>Пишіть тепер життєписи й анкети, —&lt;br /&gt;</w:t>
        <w:br/>
        <w:t>У список тих уславлених імен&lt;br /&gt;</w:t>
        <w:br/>
        <w:t>Своє ім'я не впише Юрій Клен!</w:t>
      </w:r>
    </w:p>
    <w:p>
      <w:r>
        <w:br/>
        <w:t>Над нами вітер дме — не знати, звідки.&lt;br /&gt;</w:t>
        <w:br/>
        <w:t>Змінивши тижнів лік на лік декад,&lt;br /&gt;</w:t>
        <w:br/>
        <w:t>Без сірника, без голки і без нитки,&lt;br /&gt;</w:t>
        <w:br/>
        <w:t>На конях, що не збочують назад,&lt;br /&gt;</w:t>
        <w:br/>
        <w:t>Ми скачемо в скажені п'ятилітки.&lt;br /&gt;</w:t>
        <w:br/>
        <w:t>Куди ж умчить тебе маркіз де Сад&lt;br /&gt;</w:t>
        <w:br/>
        <w:t>По лабіринтах чорних свого саду?&lt;br /&gt;</w:t>
        <w:br/>
        <w:t>В які страшні розради і балади?..</w:t>
      </w:r>
    </w:p>
    <w:p>
      <w:r>
        <w:br/>
        <w:t>Не раз здається нам, що зла мара&lt;br /&gt;</w:t>
        <w:br/>
        <w:t>По лісі водить нас. Та блиском мирним&lt;br /&gt;</w:t>
        <w:br/>
        <w:t>Чи ж не так само оливо Дніпра&lt;br /&gt;</w:t>
        <w:br/>
        <w:t>Плюскоче тихо в промені вечірнім?&lt;br /&gt;</w:t>
        <w:br/>
        <w:t>Хіба човни Аскольдова гора&lt;br /&gt;</w:t>
        <w:br/>
        <w:t>Вже не вітає в просторі безмірнім,&lt;br /&gt;</w:t>
        <w:br/>
        <w:t>Де давнє сонце крізь туман і дим&lt;br /&gt;</w:t>
        <w:br/>
        <w:t>Спливає омофором золотим?</w:t>
      </w:r>
    </w:p>
    <w:p>
      <w:r>
        <w:br/>
        <w:t>Хай скніє Лавра в одязі вдовиці&lt;br /&gt;</w:t>
        <w:br/>
        <w:t>Над потемнілим окладом ікон.&lt;br /&gt;</w:t>
        <w:br/>
        <w:t>Але, всміхаючись крізь блискавиці,&lt;br /&gt;</w:t>
        <w:br/>
        <w:t>Ти, Києве, цвітеш, як вічний сон,&lt;br /&gt;</w:t>
        <w:br/>
        <w:t>Який ще досі стомленому сниться.&lt;br /&gt;</w:t>
        <w:br/>
        <w:t>Та тільки де твій пурпур і вісон?&lt;br /&gt;</w:t>
        <w:br/>
        <w:t>Якому чародієві лихому&lt;br /&gt;</w:t>
        <w:br/>
        <w:t>Віддав ти паволоки й паполому?</w:t>
      </w:r>
    </w:p>
    <w:p>
      <w:r>
        <w:br/>
        <w:t>Якому зграйнику ти гру програв?&lt;br /&gt;</w:t>
        <w:br/>
        <w:t>Якому звіру ти святиню ввірив? —&lt;br /&gt;</w:t>
        <w:br/>
        <w:t>І хто без брані в бран тебе забрав?&lt;br /&gt;</w:t>
        <w:br/>
        <w:t>Безшкірий звір на тебе ікли шкірив&lt;br /&gt;</w:t>
        <w:br/>
        <w:t>З пратьми віків, аж ось красу украв,&lt;br /&gt;</w:t>
        <w:br/>
        <w:t>Бо звабив вирієм — втопив у вирі.&lt;br /&gt;</w:t>
        <w:br/>
        <w:t>І череп зщерблений, як Святослав,&lt;br /&gt;</w:t>
        <w:br/>
        <w:t>Ти бенкетарю на вино віддав.</w:t>
      </w:r>
    </w:p>
    <w:p>
      <w:r>
        <w:br/>
        <w:t>Освітлюваний блисками агоній,&lt;br /&gt;</w:t>
        <w:br/>
        <w:t>Ти з рук до рук перелітав, як м'яч,&lt;br /&gt;</w:t>
        <w:br/>
        <w:t>Щоразу падаючи в ті долоні,&lt;br /&gt;</w:t>
        <w:br/>
        <w:t>Що хижо наставляв нехитрий грач.&lt;br /&gt;</w:t>
        <w:br/>
        <w:t>Аж поки не завис у млі червоній&lt;br /&gt;</w:t>
        <w:br/>
        <w:t>Щербатим місяцем, яким косач,&lt;br /&gt;</w:t>
        <w:br/>
        <w:t>Немов серпом, позиченим від долі,&lt;br /&gt;</w:t>
        <w:br/>
        <w:t>Дощенту вижинає все на полі.</w:t>
      </w:r>
    </w:p>
    <w:p>
      <w:r>
        <w:br/>
        <w:t>Ми знов, як за непам'ятних часів,&lt;br /&gt;</w:t>
        <w:br/>
        <w:t>Шаленим вихором у дебрі гнані,&lt;br /&gt;</w:t>
        <w:br/>
        <w:t>Знов чули дикі крики лебедів,&lt;br /&gt;</w:t>
        <w:br/>
        <w:t>І знов шукали ми Тьмуторокані,&lt;br /&gt;</w:t>
        <w:br/>
        <w:t>І знову, смагу плещучи з рогів,&lt;br /&gt;</w:t>
        <w:br/>
        <w:t>Дощі нам сипалися полум'яні.&lt;br /&gt;</w:t>
        <w:br/>
        <w:t>Тигрицею, яку печуть тавром,&lt;br /&gt;</w:t>
        <w:br/>
        <w:t>Ревла земля під кінським копитом.</w:t>
      </w:r>
    </w:p>
    <w:p>
      <w:r>
        <w:br/>
        <w:t>Хтось невидимий в полі важко гупав&lt;br /&gt;</w:t>
        <w:br/>
        <w:t>І, знову душу віючи від тіл,&lt;br /&gt;</w:t>
        <w:br/>
        <w:t>Шрапнеллю грімко брук щербатий хрупав,&lt;br /&gt;</w:t>
        <w:br/>
        <w:t>Де круки з шелестом веселих крил&lt;br /&gt;</w:t>
        <w:br/>
        <w:t>Робили гнізда в падлі кінських трупів&lt;br /&gt;</w:t>
        <w:br/>
        <w:t>І плетиво тягли блакитних жил.&lt;br /&gt;</w:t>
        <w:br/>
        <w:t>І танцювала на вістрях багнетів&lt;br /&gt;</w:t>
        <w:br/>
        <w:t>Смерть, мов Кармен, під ляскіт кастаньєтів.</w:t>
      </w:r>
    </w:p>
    <w:p>
      <w:r>
        <w:br/>
        <w:t>Клубки багряних літ, повиті в чад,&lt;br /&gt;</w:t>
        <w:br/>
        <w:t>Жмути кривавих днів, мов пишні грона,&lt;br /&gt;</w:t>
        <w:br/>
        <w:t>Які зросли під вибухи гранат,&lt;br /&gt;</w:t>
        <w:br/>
        <w:t>Я б міг вам кидати... "Во врем'я оно, —&lt;br /&gt;</w:t>
        <w:br/>
        <w:t>Літопис би сказав, — бисть мор і глад",&lt;br /&gt;</w:t>
        <w:br/>
        <w:t>І кожний рік з незримого амвону&lt;br /&gt;</w:t>
        <w:br/>
        <w:t>В лице шпурляв би вам чавунний грім,&lt;br /&gt;</w:t>
        <w:br/>
        <w:t>Який вам гув би рокотом глухим.</w:t>
      </w:r>
    </w:p>
    <w:p>
      <w:r>
        <w:br/>
        <w:t>О, ми, як ліс, на спогади багаті,&lt;br /&gt;</w:t>
        <w:br/>
        <w:t>Як діамантами Садко-купець!&lt;br /&gt;</w:t>
        <w:br/>
        <w:t>Але поему нам пора кінчати.&lt;br /&gt;</w:t>
        <w:br/>
        <w:t>Кого ж, кого мені ще під кінець&lt;br /&gt;</w:t>
        <w:br/>
        <w:t>За звичаєм старинним величати?&lt;br /&gt;</w:t>
        <w:br/>
        <w:t>Кому вдягти на голову вінець?&lt;br /&gt;</w:t>
        <w:br/>
        <w:t>Згадаймо, як співалося в ті годи:&lt;br /&gt;</w:t>
        <w:br/>
        <w:t>"Хвала князям, буй-туру Всеволоду!.."</w:t>
      </w:r>
    </w:p>
    <w:p>
      <w:r>
        <w:br/>
        <w:t>Та чи ж до місця цей високий стиль,&lt;br /&gt;</w:t>
        <w:br/>
        <w:t>Коли діла малі і непомітні?..&lt;br /&gt;</w:t>
        <w:br/>
        <w:t>Хай Бог цю повість праці і зусиль&lt;br /&gt;</w:t>
        <w:br/>
        <w:t>Собі з літопису на спогад витне,&lt;br /&gt;</w:t>
        <w:br/>
        <w:t>Хай знає: десь за сотні тисяч миль&lt;br /&gt;</w:t>
        <w:br/>
        <w:t>Геройський чин у барвах муки квітне.&lt;br /&gt;</w:t>
        <w:br/>
        <w:t>Так хай не гімн, не бренькіт струнних лір,&lt;br /&gt;</w:t>
        <w:br/>
        <w:t>Нехай молитва нам вінчає твір.</w:t>
      </w:r>
    </w:p>
    <w:p>
      <w:r>
        <w:br/>
        <w:t>Тож помолімося за полонених,&lt;br /&gt;</w:t>
        <w:br/>
        <w:t>Які у морі бурянім пливуть,&lt;br /&gt;</w:t>
        <w:br/>
        <w:t>Та ще за страждущих і угнетенних,&lt;br /&gt;</w:t>
        <w:br/>
        <w:t>Які шукають марно світлу путь,&lt;br /&gt;</w:t>
        <w:br/>
        <w:t>За всіх в снігу зажива погребенних,&lt;br /&gt;</w:t>
        <w:br/>
        <w:t>Які шляху додому не знайдуть.&lt;br /&gt;</w:t>
        <w:br/>
        <w:t>Над ними, Господи, в небесній тверді&lt;br /&gt;</w:t>
        <w:br/>
        <w:t>Простри свої долоні милосерді!</w:t>
      </w:r>
    </w:p>
    <w:p>
      <w:r>
        <w:br/>
        <w:t>Ще помолімося за всіх, кому&lt;br /&gt;</w:t>
        <w:br/>
        <w:t>Вже не судилося узріти світла,&lt;br /&gt;</w:t>
        <w:br/>
        <w:t>Що їх я думкою не обійму;&lt;br /&gt;</w:t>
        <w:br/>
        <w:t>За всіх, кому зруйновано їх житла,&lt;br /&gt;</w:t>
        <w:br/>
        <w:t>Кого безжально кинули в тюрму,&lt;br /&gt;</w:t>
        <w:br/>
        <w:t>Щоб радість їм ніколи не розквітла.&lt;br /&gt;</w:t>
        <w:br/>
        <w:t>О, тільки дотиком легеньким рук&lt;br /&gt;</w:t>
        <w:br/>
        <w:t>Позбав їх, Господи, страждань і мук!</w:t>
      </w:r>
    </w:p>
    <w:p>
      <w:r>
        <w:br/>
        <w:t>Помолимось за тих, що у розлуці&lt;br /&gt;</w:t>
        <w:br/>
        <w:t>Помруть, відірвані від рідних хат;&lt;br /&gt;</w:t>
        <w:br/>
        <w:t>Помолимось за тих, що у розпуці&lt;br /&gt;</w:t>
        <w:br/>
        <w:t>Вночі гризуть залізні штаби ґрат,&lt;br /&gt;</w:t>
        <w:br/>
        <w:t>Що душать жаль у невимовній муці,&lt;br /&gt;</w:t>
        <w:br/>
        <w:t>За тих, кого веде на страту кат.&lt;br /&gt;</w:t>
        <w:br/>
        <w:t>Над ними, Господи, в небесній тверді&lt;br /&gt;</w:t>
        <w:br/>
        <w:t>Простри свої долоні милосерді!</w:t>
      </w:r>
    </w:p>
    <w:p>
      <w:r>
        <w:br/>
        <w:t>Помолимось за тих, кому на герць&lt;br /&gt;</w:t>
        <w:br/>
        <w:t>Піти не вистачить снаги і сили,&lt;br /&gt;</w:t>
        <w:br/>
        <w:t>За всіх отих, кого гірка, як смерть,&lt;br /&gt;</w:t>
        <w:br/>
        <w:t>Недоля під ярмо важке схилила,&lt;br /&gt;</w:t>
        <w:br/>
        <w:t>Хто чашу горя п'є, налиту вщерть,&lt;br /&gt;</w:t>
        <w:br/>
        <w:t>Вславляючи життя своє немиле;&lt;br /&gt;</w:t>
        <w:br/>
        <w:t>За тих співців, які за хліб і чай&lt;br /&gt;</w:t>
        <w:br/>
        <w:t>Виспівують нам пекло, наче рай.</w:t>
      </w:r>
    </w:p>
    <w:p>
      <w:r>
        <w:br/>
        <w:t>Бо, може, жереб їх з усіх найгірший:&lt;br /&gt;</w:t>
        <w:br/>
        <w:t>Вони вславляють тиск чужих долонь,&lt;br /&gt;</w:t>
        <w:br/>
        <w:t>На самоті ж їм груди дишуть ширше:&lt;br /&gt;</w:t>
        <w:br/>
        <w:t>Як ніч обвіє пахощами скронь,&lt;br /&gt;</w:t>
        <w:br/>
        <w:t>Вони складають потай п'яні вірші,&lt;br /&gt;</w:t>
        <w:br/>
        <w:t>Де плаче сонце... й кидають в огонь.&lt;br /&gt;</w:t>
        <w:br/>
        <w:t>Не вчує світ: весна крізь ті канцони&lt;br /&gt;</w:t>
        <w:br/>
        <w:t>Ридає так, що на душі холоне.</w:t>
      </w:r>
    </w:p>
    <w:p>
      <w:r>
        <w:br/>
        <w:t>Тож ревно помолімося за всіх,&lt;br /&gt;</w:t>
        <w:br/>
        <w:t>Кого сувора доля не пригорне,&lt;br /&gt;</w:t>
        <w:br/>
        <w:t>Хто не зазна ні радості, ні втіх,&lt;br /&gt;</w:t>
        <w:br/>
        <w:t>За всіх, кого нещадно чавлять жорна,&lt;br /&gt;</w:t>
        <w:br/>
        <w:t>Кому завмер у горлі криком сміх,&lt;br /&gt;</w:t>
        <w:br/>
        <w:t>Чиї неясні дні, як ночі, чорні.&lt;br /&gt;</w:t>
        <w:br/>
        <w:t>Ти, Боже, їх у темряві не кинь,&lt;br /&gt;</w:t>
        <w:br/>
        <w:t>Благослови їм шлях серед пустинь.</w:t>
      </w:r>
    </w:p>
    <w:p>
      <w:r>
        <w:br/>
        <w:t>1937</w:t>
      </w:r>
    </w:p>
    <w:p>
      <w:r>
        <w:br/>
        <w:t>[1] 1 Танець смерті (фр.).&lt;br /&gt;</w:t>
        <w:br/>
        <w:t>[2] Найбільший (латин.).&lt;br /&gt;</w:t>
        <w:br/>
        <w:t>[3] Віч на віч (фр.)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Прокляті роки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