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Прохожий серпень</w:t>
      </w:r>
    </w:p>
    <w:p>
      <w:r>
        <w:br/>
        <w:t xml:space="preserve"> Вже на троянді — лише спомин цвіту.&lt;br /&gt;</w:t>
        <w:br/>
        <w:t>До неї в гості не приходять маки.&lt;br /&gt;</w:t>
        <w:br/>
        <w:t>І наш Дніпро поплакує за літом,&lt;br /&gt;</w:t>
        <w:br/>
        <w:t>Я трішки помагаю йому плакать.</w:t>
      </w:r>
    </w:p>
    <w:p>
      <w:r>
        <w:br/>
        <w:t>Троянді — і незатишно, й нестерпно,&lt;br /&gt;</w:t>
        <w:br/>
        <w:t>Хоч сонце й зазирає їй у вічі.&lt;br /&gt;</w:t>
        <w:br/>
        <w:t>Куди ти чимчикуєш, друже Серпню?&lt;br /&gt;</w:t>
        <w:br/>
        <w:t>Хіба уже й спинити тебе нічим?</w:t>
      </w:r>
    </w:p>
    <w:p>
      <w:r>
        <w:br/>
        <w:t>Не чує Серпень. Він тепер — прохожий.&lt;br /&gt;</w:t>
        <w:br/>
        <w:t>Він знай біжить.. біжить... не набіжиться...&lt;br /&gt;</w:t>
        <w:br/>
        <w:t>Коли й вернувся б, то навряд чи зможе&lt;br /&gt;</w:t>
        <w:br/>
        <w:t>На літо ще хоч раз та подивиться.</w:t>
      </w:r>
    </w:p>
    <w:p>
      <w:r>
        <w:br/>
        <w:t>Бо на троянді — лише спомин цвіту.&lt;br /&gt;</w:t>
        <w:br/>
        <w:t>І маки так стоять, немов не маки.&lt;br /&gt;</w:t>
        <w:br/>
        <w:t>І наш Дніпро поплакує за літом, —&lt;br /&gt;</w:t>
        <w:br/>
        <w:t>Я трішки помагаю йому плакать.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Прохожий серпень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