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Проханий</w:t>
      </w:r>
    </w:p>
    <w:p>
      <w:r>
        <w:br/>
        <w:t xml:space="preserve"> &lt;p&gt;Ой і проханий же був Юрко! Кличуть його:</w:t>
      </w:r>
    </w:p>
    <w:p>
      <w:r>
        <w:br/>
        <w:t>— Іди, Юрасику, в піжмурки гратися!</w:t>
      </w:r>
    </w:p>
    <w:p>
      <w:r>
        <w:br/>
        <w:t>Він не йде, чекає, щоб добре попросили. Знає, без нього не обійдуться.</w:t>
      </w:r>
    </w:p>
    <w:p>
      <w:r>
        <w:br/>
        <w:t>Або дає хтось із гостей цукерок:</w:t>
      </w:r>
    </w:p>
    <w:p>
      <w:r>
        <w:br/>
        <w:t>— На ось тобі гостинця.</w:t>
      </w:r>
    </w:p>
    <w:p>
      <w:r>
        <w:br/>
        <w:t>Так Юрко заховає руки за спину і не бере. Поки впросять.</w:t>
      </w:r>
    </w:p>
    <w:p>
      <w:r>
        <w:br/>
        <w:t>Навіть коли одного разу тракторист хотів посадити його біля себе в кабіну, і тоді він довго не сідав.</w:t>
      </w:r>
    </w:p>
    <w:p>
      <w:r>
        <w:br/>
        <w:t>А це недавно пішов Юрко до свого сусіда, діда Антона, з яким він товаришував. Аж той саме їсть вареники з вишнями.</w:t>
      </w:r>
    </w:p>
    <w:p>
      <w:r>
        <w:br/>
        <w:t>— Сідай, парубче, до вареників,— запрошує дідусь.</w:t>
      </w:r>
    </w:p>
    <w:p>
      <w:r>
        <w:br/>
        <w:t>— Спасибі, не хочу,— каже Юрко.— Я тільки що пообідав.</w:t>
      </w:r>
    </w:p>
    <w:p>
      <w:r>
        <w:br/>
        <w:t>Доїв дідусь вареника, взяв другого та й знову:</w:t>
      </w:r>
    </w:p>
    <w:p>
      <w:r>
        <w:br/>
        <w:t>— Твоя ж мати сьогодні, мабуть, не варила вареників?</w:t>
      </w:r>
    </w:p>
    <w:p>
      <w:r>
        <w:br/>
        <w:t>— Не варила,— признався Юрко.</w:t>
      </w:r>
    </w:p>
    <w:p>
      <w:r>
        <w:br/>
        <w:t>— То на хоч одного покуштуй,— простягає дідусь. — Бач який пузатий!</w:t>
      </w:r>
    </w:p>
    <w:p>
      <w:r>
        <w:br/>
        <w:t>— Ні, не хочу. Я не голодний,— стоїть на своєму Юрко.</w:t>
      </w:r>
    </w:p>
    <w:p>
      <w:r>
        <w:br/>
        <w:t>— Ну як хочеш, а я буду їсти. Добрі вареники! — прицмокував дід Антон і вже більше не запрошував.</w:t>
      </w:r>
    </w:p>
    <w:p>
      <w:r>
        <w:br/>
        <w:t>А Юркові, дарма що відмовився, ох як вареників хотілося покуштувати, бо таки був ласий до них. Кожного разу, як дідусь умочав вареника в густий мед, у нього аж слина котилася. Та він ждав, щоб дідусь іще раз запросив,— тоді вже зразу сяде. Але той увесь час говорив про інше. То розпитував Юрка, чи скоро в школу ходитиме і чи не розбив ще м'яча, якого батько з міста привіз, то почав розповідати про себе, яким він малим був. Тим часом уминав вареники.</w:t>
      </w:r>
    </w:p>
    <w:p>
      <w:r>
        <w:br/>
        <w:t>Бачить Юрко, як швидко меншає вареників і меду, не витерпів, запитав:</w:t>
      </w:r>
    </w:p>
    <w:p>
      <w:r>
        <w:br/>
        <w:t>— Дідусю, що ви мені казали, тільки я прийшов до вас?</w:t>
      </w:r>
    </w:p>
    <w:p>
      <w:r>
        <w:br/>
        <w:t>— Що ж я тобі, хлопче, казав? — задумався дід Антон.— Може, то, щоб ти здоровкався, коли в хату заходиш?</w:t>
      </w:r>
    </w:p>
    <w:p>
      <w:r>
        <w:br/>
        <w:t>— Ні, пізніше. Тоді, як я отут стояв.</w:t>
      </w:r>
    </w:p>
    <w:p>
      <w:r>
        <w:br/>
        <w:t>— А-а, це щоб сорочку в штани забрав і ґудзики застебнув?</w:t>
      </w:r>
    </w:p>
    <w:p>
      <w:r>
        <w:br/>
        <w:t>— Та ні, не те... Ви щось мене просили, а я не хотів,— допомагав скоріше пригадати старому Юрко, бо в мисці залишилося всього три вареники, а в тарілці зо дві ложки меду.</w:t>
      </w:r>
    </w:p>
    <w:p>
      <w:r>
        <w:br/>
        <w:t>Але дід Антон ніяк не міг згадати, що ж він казав Юркові.</w:t>
      </w:r>
    </w:p>
    <w:p>
      <w:r>
        <w:br/>
        <w:t>І тільки тоді, коли вимочив до крапельки з тарілки пахучий мед, з'їв останнього вареника, ударив руками по колінах:</w:t>
      </w:r>
    </w:p>
    <w:p>
      <w:r>
        <w:br/>
        <w:t>— Та це ж ти, мабуть, хотів вареників покуштувати?</w:t>
      </w:r>
    </w:p>
    <w:p>
      <w:r>
        <w:br/>
        <w:t>— Авжеж, хотів...— ледве стримуючи сльози, мовив Юрко й посунув до дверей.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Проханий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