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Продажні поети 60-х</w:t>
      </w:r>
    </w:p>
    <w:p>
      <w:r>
        <w:br/>
        <w:t xml:space="preserve"> Продажні поети 60-х мали б тішитись,&lt;br /&gt;</w:t>
        <w:br/>
        <w:t>що все закінчилось так успішно;&lt;br /&gt;</w:t>
        <w:br/>
        <w:t>адже скільки було небезпек,&lt;br /&gt;</w:t>
        <w:br/>
        <w:t>а бач — вижили, повернули кредити,&lt;br /&gt;</w:t>
        <w:br/>
        <w:t>хіба що бойові рани&lt;br /&gt;</w:t>
        <w:br/>
        <w:t>нитимуть під час циклонів,&lt;br /&gt;</w:t>
        <w:br/>
        <w:t>ніби під час місячних.</w:t>
      </w:r>
    </w:p>
    <w:p>
      <w:r>
        <w:br/>
        <w:t>Продажні поети 60-х возять за собою&lt;br /&gt;</w:t>
        <w:br/>
        <w:t>великі валізи із жовтої штучної шкіри;&lt;br /&gt;</w:t>
        <w:br/>
        <w:t>зупиняючись в готелях,&lt;br /&gt;</w:t>
        <w:br/>
        <w:t>вони притримують слухавку плечем, наче скрипку,&lt;br /&gt;</w:t>
        <w:br/>
        <w:t>а на їхніх валізах рясніють рекламні наклейки.&lt;br /&gt;</w:t>
        <w:br/>
        <w:t>В'єтконг, дівчинко, це і є наше колективне підсвідоме.&lt;br /&gt;</w:t>
        <w:br/>
        <w:t>Що тобі до мене? — легко викинеш м'яту візитку.&lt;br /&gt;</w:t>
        <w:br/>
        <w:t>Однією візою в паспорті більше,&lt;br /&gt;</w:t>
        <w:br/>
        <w:t>однією менше.</w:t>
      </w:r>
    </w:p>
    <w:p>
      <w:r>
        <w:br/>
        <w:t>Коли-небудь на засніженому летовищі&lt;br /&gt;</w:t>
        <w:br/>
        <w:t>комусь із них пригадаються всі їхні лекції,&lt;br /&gt;</w:t>
        <w:br/>
        <w:t>берлінське радіо і мости через Віслу.&lt;br /&gt;</w:t>
        <w:br/>
        <w:t>"Добре, — подумає він — добре,&lt;br /&gt;</w:t>
        <w:br/>
        <w:t>то були незлі часи — наші продажні 60-ті,&lt;br /&gt;</w:t>
        <w:br/>
        <w:t>дарма що в голові по тому&lt;br /&gt;</w:t>
        <w:br/>
        <w:t>суцільна педерастія і соціал-демократія.&lt;br /&gt;</w:t>
        <w:br/>
        <w:t>Нас вела за собою любов,&lt;br /&gt;</w:t>
        <w:br/>
        <w:t>любов виривала нам наші гланди,&lt;br /&gt;</w:t>
        <w:br/>
        <w:t>як виривають слухавки з вуличних телефонів.&lt;br /&gt;</w:t>
        <w:br/>
        <w:t>Поезія пишеться горлом,&lt;br /&gt;</w:t>
        <w:br/>
        <w:t>але це горло безнадійно застуджене".</w:t>
      </w:r>
    </w:p>
    <w:p>
      <w:r>
        <w:br/>
        <w:t>За всіма законами літератури,&lt;br /&gt;</w:t>
        <w:br/>
        <w:t>за всіма умовами підписаних ними контрактів&lt;br /&gt;</w:t>
        <w:br/>
        <w:t>вони справді боролись за свободу,&lt;br /&gt;</w:t>
        <w:br/>
        <w:t>а свобода, як відомо, вимагає,&lt;br /&gt;</w:t>
        <w:br/>
        <w:t>щоби за неї час від часу боролись —&lt;br /&gt;</w:t>
        <w:br/>
        <w:t>в окопах, лісах&lt;br /&gt;</w:t>
        <w:br/>
        <w:t>і на сторінках незалежної преси.</w:t>
      </w:r>
    </w:p>
    <w:p>
      <w:r>
        <w:br/>
        <w:t>Говорячи тут про поезію,&lt;br /&gt;</w:t>
        <w:br/>
        <w:t>пом'янімо всіх тих, хто залишився&lt;br /&gt;</w:t>
        <w:br/>
        <w:t>на вуличках і пляжах старих-добрих 60-х,&lt;br /&gt;</w:t>
        <w:br/>
        <w:t>всіх тих, хто не пройшов до кінця курс реабілітації&lt;br /&gt;</w:t>
        <w:br/>
        <w:t>і над ким дотепер пропливають хмари,&lt;br /&gt;</w:t>
        <w:br/>
        <w:t>що своєю структурою нагадують американські верлібри;&lt;br /&gt;</w:t>
        <w:br/>
        <w:t>пом'янімо їх, оскільки те, що ви називаєте часом,&lt;br /&gt;</w:t>
        <w:br/>
        <w:t>нагадує звичайну бойню,&lt;br /&gt;</w:t>
        <w:br/>
        <w:t>де кишки випускаються просто тому,&lt;br /&gt;</w:t>
        <w:br/>
        <w:t>що це має робитись саме тут;&lt;br /&gt;</w:t>
        <w:br/>
        <w:t>і виживають після цього&lt;br /&gt;</w:t>
        <w:br/>
        <w:t>хіба що продажні поети,&lt;br /&gt;</w:t>
        <w:br/>
        <w:t>з легенями — розірваними&lt;br /&gt;</w:t>
        <w:br/>
        <w:t>від любові.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Продажні поети 60-х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