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те, як калани врятували човен</w:t>
      </w:r>
    </w:p>
    <w:p>
      <w:r>
        <w:br/>
        <w:t xml:space="preserve"> &lt;p&gt;Між Тихим океаном і холодним Охотським морем, неначе довжелезна, напівзатонула гребля, витикаються з води гористі острови.</w:t>
      </w:r>
    </w:p>
    <w:p>
      <w:r>
        <w:br/>
        <w:t>Вершини їх — кратери діючих вулканів — оповиті густим чорним димом і завжди куряться.</w:t>
      </w:r>
    </w:p>
    <w:p>
      <w:r>
        <w:br/>
        <w:t>Звуться острови Курильськими.</w:t>
      </w:r>
    </w:p>
    <w:p>
      <w:r>
        <w:br/>
        <w:t>Їх так багато, так далеко розтяглися вони серед океану, що швидкохідний корабель і той не встигне обійти їх з краю в край за кілька днів.</w:t>
      </w:r>
    </w:p>
    <w:p>
      <w:r>
        <w:br/>
        <w:t>А про наш теплохід годі й казати — так повільно він пливе.</w:t>
      </w:r>
    </w:p>
    <w:p>
      <w:r>
        <w:br/>
        <w:t>Ось уже майже місяць, як простуємо ми вподовж Курил.</w:t>
      </w:r>
    </w:p>
    <w:p>
      <w:r>
        <w:br/>
        <w:t>На кожному острові запалюємо маяки. Зіпсовані лампи замінюємо новими. Перевозимо до них балони з ацетиленом. Ацетилен — це такий газ, для ламп, що в маяках.</w:t>
      </w:r>
    </w:p>
    <w:p>
      <w:r>
        <w:br/>
        <w:t>Небезпечно плавати біля цих берегів! Підводні скелі, каміння.</w:t>
      </w:r>
    </w:p>
    <w:p>
      <w:r>
        <w:br/>
        <w:t>Вузькими протоками, які розділяють острови, в Охотське море з океану линуть бурхливі течії.</w:t>
      </w:r>
    </w:p>
    <w:p>
      <w:r>
        <w:br/>
        <w:t>Мов у трубу, дмуть тут рвучкі вітри. Лихо тому, хто вчасно не зверне і потрапить під їхнє широке крило!</w:t>
      </w:r>
    </w:p>
    <w:p>
      <w:r>
        <w:br/>
        <w:t>Немов косою, розмахують вітри над щоглами; хвилі тягнуть корабель у водокруть або до гостролезих підводних скель.</w:t>
      </w:r>
    </w:p>
    <w:p>
      <w:r>
        <w:br/>
        <w:t>І маяки, засвічені високо над морем, попереджують мореплавців про небезпеку.</w:t>
      </w:r>
    </w:p>
    <w:p>
      <w:r>
        <w:br/>
        <w:t>Наш капітан — бувалий моряк. Помітивши в протоці високі хвилі, він наказав стерновому змінити курс і вести корабель в невеличку бухту, куди не долітав вітер.</w:t>
      </w:r>
    </w:p>
    <w:p>
      <w:r>
        <w:br/>
        <w:t>Невдовзі ми підійшли туди, кинули якір за кілька миль від берега — неподалік від протоки, де скаженіли хвилі.</w:t>
      </w:r>
    </w:p>
    <w:p>
      <w:r>
        <w:br/>
        <w:t>На воду спустили мотобот—човен, яким перевозять ацетиленові балони. Взяли рятувальні пояси, лампи-кліпавки. І попливли до берега.</w:t>
      </w:r>
    </w:p>
    <w:p>
      <w:r>
        <w:br/>
        <w:t>Корабель наш, мов скеля, бовванів удалині. Схожі на пелюстки курильських лілей, висли над ним блідо-голубі хмарини. Край неба, де сходило сонце, вогнисто палав — здавалось, хтось розпалив багаття.</w:t>
      </w:r>
    </w:p>
    <w:p>
      <w:r>
        <w:br/>
        <w:t>Довкола розляглося тихе плесо, куди не долітав вітер, а хвилі розбивалися об сусідні скелі.</w:t>
      </w:r>
    </w:p>
    <w:p>
      <w:r>
        <w:br/>
        <w:t>З човна видно було береги, порослі високою травою.</w:t>
      </w:r>
    </w:p>
    <w:p>
      <w:r>
        <w:br/>
        <w:t>Всюди валялися кам'яні брили, на яких, неначе сліди ніг велетня, чорніли довгасті заглибини. Каміння то покривалося водою, то раптом оголялося, підводячись з неї невиданими звірами.</w:t>
      </w:r>
    </w:p>
    <w:p>
      <w:r>
        <w:br/>
        <w:t>Зараз ми вийдемо на довгожданий берег,— адже ніщо не заважало нашій плавбі! — засвітимо згаслий маяк. Відпочинемо. Назбираємо смачної голубики, що встигла поспіти,— та й повернемось на судно.</w:t>
      </w:r>
    </w:p>
    <w:p>
      <w:r>
        <w:br/>
        <w:t>Але чистоводдя раптом скінчилося. У човен наш щось глухо вдарило, з корми до носа турсонуло, і він бортом черпонув води.</w:t>
      </w:r>
    </w:p>
    <w:p>
      <w:r>
        <w:br/>
        <w:t>Ще мить — і навкруг завирувало піняво. Течія підхопила мотобот, понесла його до небезпечної протоки.</w:t>
      </w:r>
    </w:p>
    <w:p>
      <w:r>
        <w:br/>
        <w:t>Ми, п'ятеро матросів і здоровань-боцман, налягли на весла, силкувалися будь-що перебороти течію, звернути вбік, минути водокруть.</w:t>
      </w:r>
    </w:p>
    <w:p>
      <w:r>
        <w:br/>
        <w:t>Потроху таки добилися свого! Човен звернув ліворуч і поплив між заростями морської капусти, куди не діставала буруниста течія.</w:t>
      </w:r>
    </w:p>
    <w:p>
      <w:r>
        <w:br/>
        <w:t>Але як тільки вгамувалися хвилі, мотобот звідусюди обступили густі водорості. Довжелезні, слизькі, в'юнкими гадюками плазували вони по воді.</w:t>
      </w:r>
    </w:p>
    <w:p>
      <w:r>
        <w:br/>
        <w:t>Це був справжній полон!</w:t>
      </w:r>
    </w:p>
    <w:p>
      <w:r>
        <w:br/>
        <w:t>Настирливі щупальці морської капусти липнули до борту, чіплялися за металевий ніс човна, намотувалися на гребний гвинт.</w:t>
      </w:r>
    </w:p>
    <w:p>
      <w:r>
        <w:br/>
        <w:t>Обплутаний капустою, він зовсім перестав крутитися. Човен залишався на одному місці.</w:t>
      </w:r>
    </w:p>
    <w:p>
      <w:r>
        <w:br/>
        <w:t>Що робити? Адже з берега ніхто допомоги не подасть — він безлюдний. Кораблеві теж сюди не підійти.</w:t>
      </w:r>
    </w:p>
    <w:p>
      <w:r>
        <w:br/>
        <w:t>І ми, засукавши рукава, з крижаної води заходилися вибирати тих причепливих, слизьких зеленавих гадюк.</w:t>
      </w:r>
    </w:p>
    <w:p>
      <w:r>
        <w:br/>
        <w:t>Та хіба їх виловиш! Знову й знову обплутують вони човен.</w:t>
      </w:r>
    </w:p>
    <w:p>
      <w:r>
        <w:br/>
        <w:t>І раптом боцман, підвівшись на весь свій двометровий зріст, голосно крикнув:</w:t>
      </w:r>
    </w:p>
    <w:p>
      <w:r>
        <w:br/>
        <w:t>— Ми врятовані! Погляньте!</w:t>
      </w:r>
    </w:p>
    <w:p>
      <w:r>
        <w:br/>
        <w:t>За якихось півтораста метрів від нас, на вузенькому чистоводді, з моря витикалися голови дивних звірів. Одна, дві, три... Ще і ще, всіх і не злічити.</w:t>
      </w:r>
    </w:p>
    <w:p>
      <w:r>
        <w:br/>
        <w:t>Завбільшки з собаку, чорнолобі, товстошиї, звірята підводилися з води, пірнали, лягали горілиць.</w:t>
      </w:r>
    </w:p>
    <w:p>
      <w:r>
        <w:br/>
        <w:t>Помітивши човен і людей на ньому, вони ще завзятіше узялися за свої витівки. Голова вниз, задні ноги — високо над водою. Гоп! — і стійка.</w:t>
      </w:r>
    </w:p>
    <w:p>
      <w:r>
        <w:br/>
        <w:t>Потім, нагулявшись, попливли до берега. А за ними відкрилася чиста від капусти "стежка".</w:t>
      </w:r>
    </w:p>
    <w:p>
      <w:r>
        <w:br/>
        <w:t>Ага, то ось де можна провести човна!</w:t>
      </w:r>
    </w:p>
    <w:p>
      <w:r>
        <w:br/>
        <w:t>Звільнивши кінець кінцем гвинт, ми й собі попливли слідом. І скоро вибрались на чисте плесо. А звідти вже до острова зовсім недалечко.</w:t>
      </w:r>
    </w:p>
    <w:p>
      <w:r>
        <w:br/>
        <w:t>— Калани, мовив боцман,— цінні хутряні звірі. їх ще звуть морськими видрами. Колись їх бездумно нищили необачні мисливці. Тепер полювання на каланів заборонено. Ну, а що звірі цінні,— боцман усміхнувся,— навіть дорогоцінні, ви зрозуміли й самі.</w:t>
      </w:r>
    </w:p>
    <w:p>
      <w:r>
        <w:br/>
        <w:t>Він скочив у крижану воду, за довгу линву підтягнув човна, і всі ми зійшли на берег.</w:t>
      </w:r>
    </w:p>
    <w:p>
      <w:r>
        <w:br/>
        <w:t>А наші рятівники-звірята весело бавилися поруч, за кормою...</w:t>
      </w:r>
    </w:p>
    <w:p>
      <w:r>
        <w:br/>
        <w:t>І коли ми, засвітивши вогонь на маяку, поверталися до корабля, вони довго ще пливли за нами, кумедно махаючи короткими лапками.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те, як калани врятували човен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