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печаль</w:t>
      </w:r>
    </w:p>
    <w:p>
      <w:r>
        <w:br/>
        <w:t xml:space="preserve"> Ні, ні, не йди до Лети, у напій&lt;br /&gt;</w:t>
        <w:br/>
        <w:t>З віхи гіркої не впускай краплини,&lt;br /&gt;</w:t>
        <w:br/>
        <w:t>Не дай чола торкнути тьмі нічній,&lt;br /&gt;</w:t>
        <w:br/>
        <w:t>Рубіновому грону Прозерпіни;&lt;br /&gt;</w:t>
        <w:br/>
        <w:t>Із ягід тису чоток не роби,&lt;br /&gt;</w:t>
        <w:br/>
        <w:t>Нехай тобі Псіхеєю смутною&lt;br /&gt;</w:t>
        <w:br/>
        <w:t>Метелик-смерть не буде, крик совиний&lt;br /&gt;</w:t>
        <w:br/>
        <w:t>Хай не зове тебе у храм журби;&lt;br /&gt;</w:t>
        <w:br/>
        <w:t>Бо тіні тільки сон несуть з собою&lt;br /&gt;</w:t>
        <w:br/>
        <w:t>I присипляють біль душі невпинний.</w:t>
      </w:r>
    </w:p>
    <w:p>
      <w:r>
        <w:br/>
        <w:t>А як журба тебе в раптовій силі&lt;br /&gt;</w:t>
        <w:br/>
        <w:t>Окутає, мов хмара дощова,&lt;br /&gt;</w:t>
        <w:br/>
        <w:t>Що росяно живить квітки похилі&lt;br /&gt;</w:t>
        <w:br/>
        <w:t>I зелень квітня в мертвій млі хова,—&lt;br /&gt;</w:t>
        <w:br/>
        <w:t>Тоді заглянься на троянди ранку,&lt;br /&gt;</w:t>
        <w:br/>
        <w:t>На райдугу на мілині морській,&lt;br /&gt;</w:t>
        <w:br/>
        <w:t>На рожі, що росою налилися;&lt;br /&gt;</w:t>
        <w:br/>
        <w:t>Чи, як обійме пишний гнів коханку,&lt;br /&gt;</w:t>
        <w:br/>
        <w:t>За ніжну руку йми, дай волю їй&lt;br /&gt;</w:t>
        <w:br/>
        <w:t>I в глибині очей ясних живися.</w:t>
      </w:r>
    </w:p>
    <w:p>
      <w:r>
        <w:br/>
        <w:t>Вона — в красі, в красі, що в'яне, в тих&lt;br /&gt;</w:t>
        <w:br/>
        <w:t>Відрадощах, що тулять руку завше&lt;br /&gt;</w:t>
        <w:br/>
        <w:t>До уст, прощаючись; поміж утіх,&lt;br /&gt;</w:t>
        <w:br/>
        <w:t>Що труять мед, бджолі допить не давши;&lt;br /&gt;</w:t>
        <w:br/>
        <w:t>Ба й в храмі захвату царить вона.&lt;br /&gt;</w:t>
        <w:br/>
        <w:t>Для того лиш одслонена богиня,&lt;br /&gt;</w:t>
        <w:br/>
        <w:t>Хто гроно радості пружніш притисне&lt;br /&gt;</w:t>
        <w:br/>
        <w:t>Й розчавить об чутливе піднебіння:&lt;br /&gt;</w:t>
        <w:br/>
        <w:t>Підкориться душа його смутна&lt;br /&gt;</w:t>
        <w:br/>
        <w:t>I між її трофеїв мерклих звисне.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