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напад хозар</w:t>
      </w:r>
    </w:p>
    <w:p>
      <w:r>
        <w:br/>
        <w:t xml:space="preserve"> &lt;p&gt;По сих же літах, по смерті братів сих, [Кия, Щека і Хорива], утискувалися [поляни]деревлянами та іншими навколишніми [племенами] . І знайшли їх хозари, коли вони сиділи в лісах на горах, і сказали хозари: "Платіте нам данину".</w:t>
      </w:r>
    </w:p>
    <w:p>
      <w:r>
        <w:br/>
        <w:t>Поляни тоді, порадившись, дали [їм] од диму по мечу. І понесли [це] хозари князеві своєму і старійшинам своїм, і сказали їм: "Ось, знайшли ми данину нову".</w:t>
      </w:r>
    </w:p>
    <w:p>
      <w:r>
        <w:br/>
        <w:t>А ті запитали їх: "Звідки?" І вони сказали їм: "В лісі на горах, над рікою Дніпровською". А ті запитали: "Що вони дали?" І вони показали меч, і мовили старці хозарські: "Недобра [се] данина, княже. Ми здобули [її] однобічним оружжям, себто шаблями, а сих оружжя обоюдогостре, себто мечі. Сі будуть брати данину і з нас, і з інших земель". І все цезбулося, [бо] говорили вони не з своєї волі, а за божим повелінням.</w:t>
      </w:r>
    </w:p>
    <w:p>
      <w:r>
        <w:br/>
        <w:t>Так [було] й за фараона [Рамзеса?], цесаря єгипетського, коли привели перед фараона Мойсея, і мовили старці фараонові: "Сей усмирить землю Єгипетську". Як воно й сталося:погинули єгиптяни од Мойсея, а спершу [євреї] були в рабстві у них. Отак і ці [хозари]: спершу вони володіли, а опісля [ними] самими володіють.</w:t>
      </w:r>
    </w:p>
    <w:p>
      <w:r>
        <w:br/>
        <w:t>Як ото воно й сталося: володіють бо хозарами руські князі й до сьогоднішнього 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напад хозар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