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молодого музику Звенигора</w:t>
      </w:r>
    </w:p>
    <w:p>
      <w:r>
        <w:br/>
        <w:t xml:space="preserve"> &lt;p&gt;На березі Славути-Дніпра жив у давні часи парубок Звенигор. І такий же гарний музика був! Як заграє на своїй бандурі – листя на деревах не шурхотить, хмари зупиняються, вітер не віє, а в людини ноги самі витанцьовувати починають.</w:t>
      </w:r>
    </w:p>
    <w:p>
      <w:r>
        <w:br/>
        <w:t>&amp;#8195; Ось задумав якось Звенигор на світ подивитися, своєю майстерністю людей здивувати. Як вирішив – так і зробив. Взяв улюблену бандуру та й пішов. Довго у далеких краях мандрував, і всюди радо зустрічали його люди, зачаровано слухали дивні мелодії, що награвав молодий мандрівник.</w:t>
      </w:r>
    </w:p>
    <w:p>
      <w:r>
        <w:br/>
        <w:t>&amp;#8195; А як минуло три роки, то відчув молодий музикант велику тугу за рідною домівкою і вирішив до своєї хати повернутися. Знайшов корабель і поплив.</w:t>
      </w:r>
    </w:p>
    <w:p>
      <w:r>
        <w:br/>
        <w:t>&amp;#8195; Уже замріли рідні береги, аж раптом налетіла буря і корабель почав потопати. Дивиться Звенигор – серед хвиль маленький човник гойдається. Перескочив на нього юнак, озирнувся – бачить, зжер чорторий і корабель, і всіх, хто на ньому був.</w:t>
      </w:r>
    </w:p>
    <w:p>
      <w:r>
        <w:br/>
        <w:t>&amp;#8195; Хвилі розгойдували човник і несли його на страшні дніпрові пороги. Щиряться вони гострими іклами, вода вирує і переливається з каменя на камінь водоспадом. Тільки й міг молодик, що триматися за борти і чекати загибелі.</w:t>
      </w:r>
    </w:p>
    <w:p>
      <w:r>
        <w:br/>
        <w:t>&amp;#8195; Та ось течія сильно ухилилася праворуч і, круто обернувши вліво, спрямовувалась у гирло чорного виру. Перелякався Звенигор, заплющив очі... Коли ж розплющив, то побачив, що буря минула, а човник пристав до берега якогось острова.</w:t>
      </w:r>
    </w:p>
    <w:p>
      <w:r>
        <w:br/>
        <w:t>&amp;#8195; Зійшов юнак на берег, дивиться – село стоїть, добре й затишне. Пішов він вулицею, а назустріч йому дядько з довгими вусами. Розпитав дядько Звенигора, звідки він, якого роду, і коли подорожній усе розповів, радісно вигукнув:</w:t>
      </w:r>
    </w:p>
    <w:p>
      <w:r>
        <w:br/>
        <w:t>&amp;#8195; – То ти ж небіж моєї дружини!</w:t>
      </w:r>
    </w:p>
    <w:p>
      <w:r>
        <w:br/>
        <w:t>&amp;#8195; Запросив дядько музику до своєї господи, де зустріла Звенигора молода жінка. Зраділа вона зустрічі зі Звенигором і почала згадувати усіх рідних та знайомих.</w:t>
      </w:r>
    </w:p>
    <w:p>
      <w:r>
        <w:br/>
        <w:t>&amp;#8195; – Як там дідусь? – питає.</w:t>
      </w:r>
    </w:p>
    <w:p>
      <w:r>
        <w:br/>
        <w:t>&amp;#8195; – Все хворіє, – відказує Звенигор. – Не знаю, чи й доведеться нам побачитись. – Й собі питається: – А вас як звати? Чия сестра будете? Батькова чи матусі? Як мені про вас розповідати вдома, коли повернуся?</w:t>
      </w:r>
    </w:p>
    <w:p>
      <w:r>
        <w:br/>
        <w:t>&amp;#8195; – Далеченько тобі додому повертатися, – відповіла жінка. – І ми вже довгенько про рідних своїх не чули. Та, як повернешся до рідного села, скажи дідусеві, що передає йому найкращі побажання Марися. Він зрозуміє.</w:t>
      </w:r>
    </w:p>
    <w:p>
      <w:r>
        <w:br/>
        <w:t>&amp;#8195; Від неї Звенигор дізнався, що зненацька потрапив на острів Душ Праведних, що між дніпровими порогами примостився. Тільки шлях туди для живих людей закритий.</w:t>
      </w:r>
    </w:p>
    <w:p>
      <w:r>
        <w:br/>
        <w:t>&amp;#8195; – Либонь буря та була непроста, – похитала головою тітка, – либонь доля у тебе дивна. Ну, то й побачимо. А зараз прошу до столу.</w:t>
      </w:r>
    </w:p>
    <w:p>
      <w:r>
        <w:br/>
        <w:t>&amp;#8195; Пригостили Звенигора родичі різними дивними стравами, а потім вийшли з ним на подвір’я та, дізнавшись, що він знаний у своїх краях музика, запропонували щось зіграти.</w:t>
      </w:r>
    </w:p>
    <w:p>
      <w:r>
        <w:br/>
        <w:t>&amp;#8195; – Ет, зникла моя бандура у злій воді, – сумно зітхнув парубок.</w:t>
      </w:r>
    </w:p>
    <w:p>
      <w:r>
        <w:br/>
        <w:t>&amp;#8195; – А це, чи й не твою ми на березі знайшли? – запитав дядько і простягнув Звенигорові його інструмент.</w:t>
      </w:r>
    </w:p>
    <w:p>
      <w:r>
        <w:br/>
        <w:t>&amp;#8195; Зрадів музика, по струнах вдарив. Грав-грав, та його дядько зупинив.</w:t>
      </w:r>
    </w:p>
    <w:p>
      <w:r>
        <w:br/>
        <w:t>&amp;#8195; – Чи не бажаєш, небоже, послухати, як наша сусідка грає?</w:t>
      </w:r>
    </w:p>
    <w:p>
      <w:r>
        <w:br/>
        <w:t>&amp;#8195; – Залюбки, – відповів Звенигор, а сам собі й міркує: "Краще за мене на бандурі ніхто грати не вміє".</w:t>
      </w:r>
    </w:p>
    <w:p>
      <w:r>
        <w:br/>
        <w:t>&amp;#8195; Покликав дядько сусідку. Зайшла на подвір’я білява й синьоока дівчина-красуня з бандурою, чемно привіталася і тихо запитала у парубка.</w:t>
      </w:r>
    </w:p>
    <w:p>
      <w:r>
        <w:br/>
        <w:t>&amp;#8195; – Яку б пісню хотів послухати?</w:t>
      </w:r>
    </w:p>
    <w:p>
      <w:r>
        <w:br/>
        <w:t>&amp;#8195; – Ну, яку... – задумався парубок. І хитро посміхнувся: – А розкажи мені, люба, як наш Дніпро-Славута шаленіє, коли гнівається. Зможеш?</w:t>
      </w:r>
    </w:p>
    <w:p>
      <w:r>
        <w:br/>
        <w:t>&amp;#8195; Дівчина зашарілася до сліз, але, як заграла, то Звенигор завмер. Дивні звуки полонили його й понесли у невідомість страшні спогади. Він знову чув ревіння бурі, клекіт води, скрипіння човника...</w:t>
      </w:r>
    </w:p>
    <w:p>
      <w:r>
        <w:br/>
        <w:t>&amp;#8195; – Чи не навчиш мене так грати? – попрохав він юнку.</w:t>
      </w:r>
    </w:p>
    <w:p>
      <w:r>
        <w:br/>
        <w:t>&amp;#8195; Знову торкнулася дівчина струн бандури й показала Звенигору, як тримати пальці. До ранку сидів парубок, раз за разом награючи дивну мелодію.</w:t>
      </w:r>
    </w:p>
    <w:p>
      <w:r>
        <w:br/>
        <w:t>&amp;#8195; Коли зійшло сонце, на подвір’я тихо зайшла синьоока красуня-сусідка.</w:t>
      </w:r>
    </w:p>
    <w:p>
      <w:r>
        <w:br/>
        <w:t>&amp;#8195; – Благаю, виповніть моє прохання, – звернулася вона пошепки до молодого музиканта. – Якщо згадаєте мене, коли потрапите додому, то опівночі, на повний місяць, заграйте ту мелодію, якої я вас навчила. І позвіть: "Найдена!" Ось і все.</w:t>
      </w:r>
    </w:p>
    <w:p>
      <w:r>
        <w:br/>
        <w:t>&amp;#8195; Здивований, Звенигор хотів було розпитати дівчину, але у вікні з’явився дядько, і красуня втекла.</w:t>
      </w:r>
    </w:p>
    <w:p>
      <w:r>
        <w:br/>
        <w:t>&amp;#8195; Поснідавши, вклонився парубок хазяям, за гостинність подякував і сказав, що вже час йому до родини своєї повернутися.</w:t>
      </w:r>
    </w:p>
    <w:p>
      <w:r>
        <w:br/>
        <w:t>&amp;#8195; – Сідай на човника, який тебе сюди привіз, – відповів дядько, – і згадай рідне село. Сила твого бажання поверне тебе додому.</w:t>
      </w:r>
    </w:p>
    <w:p>
      <w:r>
        <w:br/>
        <w:t>&amp;#8195; Попрощався Звенигор з тіткою, а вона йому ліки для дідуся дала. Потім пішов він до човника, вмостився в нього та й сидить.</w:t>
      </w:r>
    </w:p>
    <w:p>
      <w:r>
        <w:br/>
        <w:t>&amp;#8195; – Ти, небоже, часом нічого не забув? – гукнув услід дядько.</w:t>
      </w:r>
    </w:p>
    <w:p>
      <w:r>
        <w:br/>
        <w:t>&amp;#8195; – Та я... – знітився молодий музикант, пригадавши красуню-сусідку.</w:t>
      </w:r>
    </w:p>
    <w:p>
      <w:r>
        <w:br/>
        <w:t>&amp;#8195; – Нічого, небоже, якось буде, – таємничо посміхнувся дядько. – Ну, бувай здоровий!</w:t>
      </w:r>
    </w:p>
    <w:p>
      <w:r>
        <w:br/>
        <w:t>&amp;#8195; І тільки він так сказав, як піднявся сильний вітер, підхопив човника і поніс від острова. Течія сильно відхилилася ліворуч і, круто звернувши, спрямовувалась у гирло чорного виру. Заплющив очі Звенигор, а коли розплющив, то побачив, що човник прямує до знайомого берега, на якому стоїть його село.</w:t>
      </w:r>
    </w:p>
    <w:p>
      <w:r>
        <w:br/>
        <w:t>&amp;#8195; Зраділи рідні Звенигору, бо вже й не сподівалися його живим побачити. Розказав він про свої пригоди, дідусеві хворому ліки віддав. Той випив – одразу пожвавішав, люльку запалив, перепитує:</w:t>
      </w:r>
    </w:p>
    <w:p>
      <w:r>
        <w:br/>
        <w:t>&amp;#8195; – То як, кажеш, ім’я тієї жіночки?</w:t>
      </w:r>
    </w:p>
    <w:p>
      <w:r>
        <w:br/>
        <w:t>&amp;#8195; – Марися.</w:t>
      </w:r>
    </w:p>
    <w:p>
      <w:r>
        <w:br/>
        <w:t>&amp;#8195; – То це ж донька моя старша, – аж підстрибнув дід. – Вона, сердешна, з туги за своїм нареченим, якого татари у полон забрали, померла. Давно це було, ти ще й не народився.</w:t>
      </w:r>
    </w:p>
    <w:p>
      <w:r>
        <w:br/>
        <w:t>&amp;#8195; Подивувалися батьки та родичі, пораділи, що син та онук до них повернувся, та й далі живуть. Надумали батько з матір’ю Звенигора з гарною дівчиною одружити. А він: ні та й ні! Все ніяк красуню з острова Праведних Душ згадує – забути не може.</w:t>
      </w:r>
    </w:p>
    <w:p>
      <w:r>
        <w:br/>
        <w:t>&amp;#8195; Засумував парубок, нічого йому не до душі – ні пити, ні їсти, ні з друзями-парубками гуляти. Все на березі сидить, на бандурі грає.</w:t>
      </w:r>
    </w:p>
    <w:p>
      <w:r>
        <w:br/>
        <w:t>&amp;#8195; От якось опівночі, при повні сидів він під калиною, згадував чарівну юнку і несподівано наче голос її почув: "Коли потрапите додому, то опівночі, на повний місяць заграйте цю мелодію, якої я вас навчила. І позвіть: Найдена!"</w:t>
      </w:r>
    </w:p>
    <w:p>
      <w:r>
        <w:br/>
        <w:t>&amp;#8195; Схопив Звенигор бандуру, й заграв щосили. Ураз почулося ревіння бурі, клекіт води, скрипіння човника... А коли згасли останні звуки, закричав: "Найдена!" Усю тугу своєї любові вклав у цей заклик. І дивиться: пливе по річці човник, а в човнику його дівчина сидить.</w:t>
      </w:r>
    </w:p>
    <w:p>
      <w:r>
        <w:br/>
        <w:t>&amp;#8195; Невдовзі побралися молоді. І я на тому весіллі був. Юшку дірявою ложкою їв та горілку дірявою чаркою пив. Ой, і веселий же потім був!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молодого музику Звенигора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