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гетьмана Сагайдачного</w:t>
      </w:r>
    </w:p>
    <w:p>
      <w:r>
        <w:br/>
        <w:t xml:space="preserve"> &lt;p&gt;Тi часи, коли жив i гетьманував Сагайдачний, були добою найбiльшого пiднесення козацької слави. Родився Петро Конашевич-Сагайдачний наприкiнцi XVI вiку в Галичинi, недалеко города Самбора. Батьки його були шляхетного роду i дали синовi добру освiту в українськiй вищiй школi князя Острозького. Проте молодий Петро Сагайдачний не пiшов шляхом тодiшнiх вчених, а, маючи зроду войовничий хист та рухливу вдачу, захопився думкою про боротьбу з татарами, що на початку XVII вiку майже щороку набiгали на Україну великими загонами — палили й плюндрували мiста й села, вирiзували старих, не здатних до невольницької роботи, людей, витоптували кiньми малих дiтей, а всю молодь: парубкiв, дiвчат, чоловiкiв та молодиць, забирали у бранцi i, пов'язавши одного до одного, величезними натовпами, мов отару, заганяли в Крим, щоб звiдтiля продати: вродливих дiвчат та молодиць у гареми до туркiв, а всiх останнiх — у тяжку неволю.</w:t>
      </w:r>
    </w:p>
    <w:p>
      <w:r>
        <w:br/>
        <w:t>Бiля 1590 року мрiї про оборону України од бусурманiв та про визволення землякiв з неволi привели Сагайдачного на Запорожжя, де, починаючи ще з кiнця XV вiку, невеличка громада одважних козакiв-лицарiв, шр звалася Вiйськом Запорозьким низовим, смiло стояла з зброєю у руках на татарських шляхах — перешкоджала бусурманам перевозитись через рiчки на Україну i чинила їм всяку шкоду, нападаючи на татарськi загони та визволяючи на волю захоплених їми бранцiв.</w:t>
      </w:r>
    </w:p>
    <w:p>
      <w:r>
        <w:br/>
        <w:t>Пiд час другого гетьманування славнозвiсного козацького ватажка Самiйла Кiшки (роки 1598—1602) Сагайдачний повинен був брати участь у всiх його походах, а саме: на Чорне море — рятувати запорозьке товариство, що року 1598-го десь загинуло разом з гетьманом Скалозубом; на Молдаву — допомагати волохам визволитись з-пiд турецького ярма та за рiчку Нiман у Лiвонiю — допомагати полякам воювати шведiв. Хоч нiяких документiв про участь Сагайдачного в тих походах i не лишилося, та, проте, вiдомо, що в 1606 роцi вiн уже виступає в ролi козацького ватажка, а для того треба було ранiше здобути собi помiж козаками слави своїм войовничим хистом. I справдi, Сагайдачний мав такий хист, бо сучасник його поляк Собеський, що не один раз був з ним у походах, так писав про нього: "Був се чоловiк великого духу, що сам шукав небезпеки, легковажив життя, в битвi був перший, коли ж доводилося одступати — останнiй, був жвавий, дiяльний, в таборi сторожкий, мало спав i не пиячив, на нарадах був обережний i в усяких розмовах маломовний".</w:t>
      </w:r>
    </w:p>
    <w:p>
      <w:r>
        <w:br/>
        <w:t>Коли саме Сагайдачний став гетьманом Вiйська Запорозького, з певнiстю невiдомо. Бантиш-Каменський та Антонович кажуть, що з року 1606-го, та тiльки перший з них додає, що через дуже сувору розправу Сагайдачного з неслухняними козаками запорожцi не один раз скидали його з гетьманського уряду, а згодом, пiд час рiшучих подiй та коли стаiало скрутно, знову обирали гетьманом.</w:t>
      </w:r>
    </w:p>
    <w:p>
      <w:r>
        <w:br/>
        <w:t>Чи був Сагайдачний гетьманом у 1606 роцi, чи ще не був, а тiльки з певнiстю можна сказати, що славний поход запорожцiв в тому роцi на море одбувся не без його участi. Запорожцi над осiнь 1606 року вийшли на чайках у море, вистежили недалеко од турецького города Варни десять турецьких галер[1], несподiвано уночi атакували їх, повлазили по линвах у самi галери i вигубили всiх туркiв, а невольникiв зрятували.</w:t>
      </w:r>
    </w:p>
    <w:p>
      <w:r>
        <w:br/>
        <w:t>Розправившись з турками, запорожцi попереносили з галер гармати на свої чайки, а пiсля того атакували й добули штурмом саму Варну.</w:t>
      </w:r>
    </w:p>
    <w:p>
      <w:r>
        <w:br/>
        <w:t>Про цю подiю зберiгся уривок народної думи:</w:t>
      </w:r>
    </w:p>
    <w:p>
      <w:r>
        <w:br/>
        <w:t>А в недiлю пораненьку</w:t>
      </w:r>
    </w:p>
    <w:p>
      <w:r>
        <w:br/>
        <w:t>Зiбралися громадоньки</w:t>
      </w:r>
    </w:p>
    <w:p>
      <w:r>
        <w:br/>
        <w:t>До козацької порадоньки.</w:t>
      </w:r>
    </w:p>
    <w:p>
      <w:r>
        <w:br/>
        <w:t>Стали раду радувати,</w:t>
      </w:r>
    </w:p>
    <w:p>
      <w:r>
        <w:br/>
        <w:t>Вiдкiль Варни добувати:</w:t>
      </w:r>
    </w:p>
    <w:p>
      <w:r>
        <w:br/>
        <w:t>Ой чи з поля, ой чи з моря,</w:t>
      </w:r>
    </w:p>
    <w:p>
      <w:r>
        <w:br/>
        <w:t>А чи з рiчки невелички?</w:t>
      </w:r>
    </w:p>
    <w:p>
      <w:r>
        <w:br/>
        <w:t>Ой, в недiлю пораненьку</w:t>
      </w:r>
    </w:p>
    <w:p>
      <w:r>
        <w:br/>
        <w:t>Бiжать, плинуть човенцями,</w:t>
      </w:r>
    </w:p>
    <w:p>
      <w:r>
        <w:br/>
        <w:t>Поблискують весельцями,</w:t>
      </w:r>
    </w:p>
    <w:p>
      <w:r>
        <w:br/>
        <w:t>Ударили iз гармати,</w:t>
      </w:r>
    </w:p>
    <w:p>
      <w:r>
        <w:br/>
        <w:t>Стали турки утiкати,</w:t>
      </w:r>
    </w:p>
    <w:p>
      <w:r>
        <w:br/>
        <w:t>Тую рiчку проклинати:</w:t>
      </w:r>
    </w:p>
    <w:p>
      <w:r>
        <w:br/>
        <w:t>"Бодай рiчка висихала,</w:t>
      </w:r>
    </w:p>
    <w:p>
      <w:r>
        <w:br/>
        <w:t>Що нас, туркiв, в себе взяла".</w:t>
      </w:r>
    </w:p>
    <w:p>
      <w:r>
        <w:br/>
        <w:t>Була Варна здавна славна —</w:t>
      </w:r>
    </w:p>
    <w:p>
      <w:r>
        <w:br/>
        <w:t>Славнiшiї козаки,</w:t>
      </w:r>
    </w:p>
    <w:p>
      <w:r>
        <w:br/>
        <w:t>Що ту Варну дiстали</w:t>
      </w:r>
    </w:p>
    <w:p>
      <w:r>
        <w:br/>
        <w:t>I в нiй туркiв забрали.</w:t>
      </w:r>
    </w:p>
    <w:p>
      <w:r>
        <w:br/>
        <w:t>З цiєї пiснi можна собi уявити, що запорожцi атакували Варну i з моря, i з берега, причому, мабуть, як i звичайно вони робили, — виманили туркiв з города за рiчку, вдарили там на них з усiєю силою i потопили в тiй рiчцi, а пiсля того, вже коли турецьке вiйсько зменшилося, атакували Варну разом i з моря, i з суходолу i добули її штурмом. У Варнi козакам досталися великі скарби i сила всякого добра, як говорить iсторик, на 180 000 золотих. Опрiч того, вони визволили тут кiлька тисяч невольникiв i чимало самi побрали туркiв у бранцi, щоб потiм взяти за них викуп або поміняти на своїх товаришiв, що загибали в турецькiй неволi.</w:t>
      </w:r>
    </w:p>
    <w:p>
      <w:r>
        <w:br/>
        <w:t>Року 1608-го, коли бiльшiсть Запорозького Вiйська була з Лжедмитрiєм Другим пiд Москвою, Сагайдачний з невеликою силою запорожцiв вийшов потайно з Сiчi, пiдступив до мiцного татарського города Перекопа i, виманивши хитрощами татарське вiйсько в степ, погромив його, а самий город пошарпав i спалив. Року 1609-го, коли бiльшiсть козакiв ходила пiд рукою самого польського короля воювати Московщину i була пiд Смоленськом, Сагайдачний знову не був там, а вийшов з запорожцями у Чорне море i поруйнував дунайськi турецькi городи: Ізмаїл, Килiю та Бiлгород (Аккерман). Через це треба гадати, що у цi роки Сагайдачний не був гетьманом, бо iнакше вiн мусив би водити вiйсько туди, куди ходив король. Такi ж самi напади на турецькi городи робив вiн до 1613 року. У цьому ж, останньому, водив запорожцiв на Московщину i, руйнуючи московськi городи, доходив аж до Калуги.</w:t>
      </w:r>
    </w:p>
    <w:p>
      <w:r>
        <w:br/>
        <w:t>Повернувшись з Московщини, Сагайдачний знову псвiв козакiв на Чорне море i, пошарпавши береги Криму, зруйнував город Ахтiяр, що стояв там, де зараз город Севастополь.</w:t>
      </w:r>
    </w:p>
    <w:p>
      <w:r>
        <w:br/>
        <w:t>Почувши про цей козацький напад, турецький султан вислав до Очакова кiльканадцять галер та сандалiв[2], щоб там погромити козакiв, як вертатимуться до Днiпра, та вийшло навпаки, — запорожці серед темної ночi самi напали на туркiв i, погромивши їх, безпечно пiднялися у Днiпр i повернулися на Сiч.</w:t>
      </w:r>
    </w:p>
    <w:p>
      <w:r>
        <w:br/>
        <w:t>Славнi походи Сагайдачного на турецькi городи роздратували султана, i вiн почав страхати польського короля вiйною. Туреччина була тодi наймогутнiшою державою в свiтi, воювати з нею Польща нiяк не мала сили, i через то король Жигмонт, щоб заспокоїти султана, зараз же видав унiверсал, котрим рiшуче забороняв запорожцям виходити на Чорне море, хоч i знав, що запорожцiв спинить тим унiверсалом було неможливо.</w:t>
      </w:r>
    </w:p>
    <w:p>
      <w:r>
        <w:br/>
        <w:t>Воюючи з татарами й турками, Сагайдачний не забував, що Українi треба було боротися ще й з Польщею, бо, починаючи з половини XVI вiку, вона все бiльше роздавала українських земель польським панам, все мiцнiше пiдгортала українське селянство пiд тих панiв, все дужче обмежувала права українського шляхетства й мiщанства i все тяжче утискувала православну вiру, поширюючи на Українi унiю та католицтво. Пiд тими утисками українське нацiональне жйття наприкiнцi XVI вiку зовсiм занепало, а з смертю князя Острозького 1608 року загинули й останнi огнища української культури — Острозька школа й друкарня, а сам стародавнiй рiд українських князiв Острозьких пiшов слiдом бiльшостi української шляхти i скатоличився.</w:t>
      </w:r>
    </w:p>
    <w:p>
      <w:r>
        <w:br/>
        <w:t>Сагайдачний давно почував потребу розпочати боротьбу з Польщею, та, маючи за спиною бусурманський Крим, вiн вважав за неможливе для України боротися з Польщею зброєю, бо, на його думку, тiєю боротьбою скористувалися б татари, щоб вкрай сплюндрувати Україну. Вiн був певний, що боротися з Польщею треба було не зброєю, а лише культурними засобами, i через те звернув свою увагу на пiднесення нацiональної української культури.</w:t>
      </w:r>
    </w:p>
    <w:p>
      <w:r>
        <w:br/>
        <w:t>Майже одночасно з Сагайдачним на Україну вийшло з Галичини чимало й iнших освiчених та вчених українських дiячiв, котрi з початку XVII вiку скупчилися в Києвi i взялися до вiдновлення на Українi православного церковного устрою та до пiднесення української культури й нацiонального життя. Сагайдачний ввесь час був у найтiснiших стосунках з гуртком тих дiячiв, його землякiв, i, маючи великий вплив на козацтво, пiдтримував їхнi заходи iнодi навiть узброєною рукою.</w:t>
      </w:r>
    </w:p>
    <w:p>
      <w:r>
        <w:br/>
        <w:t>З початком 1614 року Сагайдачний прибув у Київ i взявся до спiльної працi з галичанами Плетенецьким, що був уже iгуменом Києво-Печерського монастиря, та Борецьким, вченим з Львова. Вони купили монастирським коштом друкарню Балабанiв i року 1615-го вже видрукували в Києвi першу книжку. Далi вони заснували Київське українське братство на зразок Львiвського братства, i до того братства зразу почали приписуватись всi свiдомi українськi люде, що мали на метi боротьбу з Польщею; приписався до братства й сам Сагайдачний, а слiдом по ньому i все Вiйсько Запорозьке, так що Київське братство, опираючись на козацьку силу, зразу стало на мiцний грунт.</w:t>
      </w:r>
    </w:p>
    <w:p>
      <w:r>
        <w:br/>
        <w:t>На осiнь 1614 року Сагайдачного знову було викликано на Сiч, бо товариству запорозькому сталася на Чорному морi тяжка пригода, схожа до тої, яку оспiвано в народнiй думi про бурю на Чорному морi.</w:t>
      </w:r>
    </w:p>
    <w:p>
      <w:r>
        <w:br/>
        <w:t>На Чорному морi на бiлому каменi</w:t>
      </w:r>
    </w:p>
    <w:p>
      <w:r>
        <w:br/>
        <w:t>Ясненький сокiл жалiбно квилить-проквиляє,</w:t>
      </w:r>
    </w:p>
    <w:p>
      <w:r>
        <w:br/>
        <w:t>Смутно себе має, на Чорне море спильна поглядає,</w:t>
      </w:r>
    </w:p>
    <w:p>
      <w:r>
        <w:br/>
        <w:t>Що на Чорному морi щось нeдобре починає:</w:t>
      </w:r>
    </w:p>
    <w:p>
      <w:r>
        <w:br/>
        <w:t>Що на небi усi зiрки потьмарило,</w:t>
      </w:r>
    </w:p>
    <w:p>
      <w:r>
        <w:br/>
        <w:t>Половину мiсяця в хмари вступило,</w:t>
      </w:r>
    </w:p>
    <w:p>
      <w:r>
        <w:br/>
        <w:t>А iзнизу буйний вiтер повiває,</w:t>
      </w:r>
    </w:p>
    <w:p>
      <w:r>
        <w:br/>
        <w:t>А по Чорному морi супротивна хвиля вставає,</w:t>
      </w:r>
    </w:p>
    <w:p>
      <w:r>
        <w:br/>
        <w:t>Судна козацькi на три частi розбиває.</w:t>
      </w:r>
    </w:p>
    <w:p>
      <w:r>
        <w:br/>
        <w:t>Одну часть взяло, в землю Агарську занесло,</w:t>
      </w:r>
    </w:p>
    <w:p>
      <w:r>
        <w:br/>
        <w:t>Другу часть вхопило, в гирло Дунайське забило,</w:t>
      </w:r>
    </w:p>
    <w:p>
      <w:r>
        <w:br/>
        <w:t>А третя часть тут має</w:t>
      </w:r>
    </w:p>
    <w:p>
      <w:r>
        <w:br/>
        <w:t>Посеред Чорного моря</w:t>
      </w:r>
    </w:p>
    <w:p>
      <w:r>
        <w:br/>
        <w:t>На бистрiй хвилi, на лихiй хуртовинi потопає...</w:t>
      </w:r>
    </w:p>
    <w:p>
      <w:r>
        <w:br/>
        <w:t>Треба було шукати й рятувати тих з товариства, хто був ще живий, i Сагайдачний, прибувши на Сiч, зараз же облагодив 40 чайок i, перепливши з двома тисячами козакiв Чорне море упоперек, напав на багатий турецький город Трапезунд. Тут козакiв нiхто не сподiвався, бо вже три вiки турки не бачили тут нiяких ворогiв.</w:t>
      </w:r>
    </w:p>
    <w:p>
      <w:r>
        <w:br/>
        <w:t>Пошарпавши й поруйнувавши Трапезунд, козаки попливли на захiд сонця понад пiвденним берегом Чорного моря, руйнуючи до ряду всi городи. У всякому мiсцi до них прилучалися захопленi турками в неволю товаришi i показували їм, як i звiдкiля зручнiше нападати на турецькi замки й вибивати турецькi залоги. Так Сагайдачний дiйшов до найбагатiшого на пiвденному березi Чорного моря турецького города Синопа, що за красу свою й розкiш був прозваний "мiстом кохання". Напавши на той город, запорожцi добули замок, вирiзали залогу, попалили турецькi кораблi, галери та сандали, що були у затоцi, i, забравши на свої чайки великi скарби й багато визволених невольникiв, поплили до Днiпра.</w:t>
      </w:r>
    </w:p>
    <w:p>
      <w:r>
        <w:br/>
        <w:t>Звiстка про сплюндрування козаками Синопа, мов грiм, вдарила султана. У запалi вiн звелiв повiсити великого вiзира, i тiльки жiнки та донька вблагали його, щоб змилувався, i той, трохи одiйшовши, обмежився тим, що добре попобив вiзира булавою.</w:t>
      </w:r>
    </w:p>
    <w:p>
      <w:r>
        <w:br/>
        <w:t>Щоб розважити султана, вiзир послав свої кораблi з яничарами до Очакова ловити там запорозькi чайки. Турецький флот справдi поспiв до Очакова ранiше за козакiв, та Сагайдачний довiдався про це i, щоб якось обдурити туркiв, подiлив свої чайки надвоє: з половиною пристав проти острова Тендри до Прогноїнської коси i почав перетягати чайки озерами й волоком до лиману, обминаючи Очакiв; другу ж половину послав серед ночi пробиватися поуз турецькi кораблi. Тiльки на цей раз козакiв дуже пильнували i турки, й татари. На тих козакiв, що перетягалися через Прогноїнськi озера, напали татари i засипали їх стрiламн. Козакам довелося одбиватись, проте, вони хоч i стеряли кiльки десяткiв товаришiв, а таки пробилися до лиману i попливли у Днiпр. Тi ж козаки, що йшли водою, хоч i щасливо обминули турецькi кораблi, та свiтом турки їх помiтили i, догнавши, почали громити з гармат. Все-таки й цi козаки пробилися до Днiпра, туркам пощастило тiльки потрощити гарматними кулями одну чайку та взяти у бранцi двадцять запорожцiв. Тих нещасних бранцiв турецький султан вiддав трапезондцям, i тi замордували їх на смерть на втiху пограбованим.</w:t>
      </w:r>
    </w:p>
    <w:p>
      <w:r>
        <w:br/>
        <w:t>Пiсля цього козацького нападу турецький султан знову погрожував королю Жигмонту, що пiде сам з вiйськом на Запорожжя й на Україну, щоб знищити козацтво. Польський уряд збентежився i почав збирати вiйсько. Сагайдачний же на те не зважав i напровеснi року 1615-го знову вййшов з козаками у Чорне море вже на восьми десятках чайок.</w:t>
      </w:r>
    </w:p>
    <w:p>
      <w:r>
        <w:br/>
        <w:t>На цей раз, маючи пiд рукою 4 000 козакiв, вiн наважився "обкурити мушкетним димом" самий Царгород. Несподiвано запорожцi пiдплили до Босфору, проїхали до самого Царгорода i запалили його передмiстя Архiокой та Мiзовню разом з усiма портовими будiвлями i почали шарпати заможних туркiв. Турецький султан, що саме пiд той час був на ловах, на власнi очi бачив ту пожежу й чув пальбу запорозьких мушкетiв. Страшенно розгнiваний, побiг вiн верхи у Царгород i звелiв вислати на козакiв всi свої кораблi й галери, щоб потопити всi козацькi чайки, а козакiв привести йому на очi бранцями. Султан Осман любив мордувати запорожцiв власними руками, наприклад, прив'язувати їх до стовпiв і влучати стрiлами, та тiльки на цей раз те йому не вдалося, бо, наляканi козаками, яничари не хотiли сiдати на кораблi, а поки їх позаганяли туди киями, то козаки, обтяженi здобиччю, вже пливли Чорним морем.</w:t>
      </w:r>
    </w:p>
    <w:p>
      <w:r>
        <w:br/>
        <w:t>Через кiльки день напроти дунайського гирла турецькi галери почали таки доганяти козакiв, та тiльки те вийшло їм же на лихо: запорожцi побачили погоню ще здалеку i ввесь день громадили на всi гребки, чимдуж поспiшаючись на пiвнiч. Коли ж увечерi почало сутенiти, вони пiдпустили туркiв ближче; коли ж стало зовсiм темно, вони повернули свої чайки на ворогiв i, оточивши турецькi галери з усiх бокiв, почали їх штурмувати. На деякi галери вони закидали залiзнi гаки з линвами i лiзли по тих линвах на галери, третiм прорубували дiрки в боках i топили їх. Врештi дуже небагато турецьких галер зрятувалося i втекло до Царгорода, останнi ж або були потопленi, або попаленi запорожцями, а кiльки цiлих галер, що козаки побрали штурмом, вони пригнали до Очакова i вже там спалили на очах туркiв. Всiх яничарiв з галер козаки повикидали у море або повбивали, пашу ж, що керував флотом, забрали було пораненого у бранцi, та тiльки й вiн скоро помер.</w:t>
      </w:r>
    </w:p>
    <w:p>
      <w:r>
        <w:br/>
        <w:t>На другу весну, року 1616-го, турецький султан, сподiваючись нового нападу козакiв, завчасу послав цiлий флот пiд Очакiв, щоб не пускати запорожцiв на море; Сагайдачний справдi-таки зiбрався новим походом на море i на цей раз взяв козакiв багато, як нiколи, — аж 7 500, на п'ятнадцяти десятках чайок. З такою великою силою вiн смiло напав на турецький флот, i, хоч турецького вiйська на галерах було далеко бiльше, нiж козакiв на чайках, вiн погромив туркiв упень. Паша турецький Алi з кiлькома галерами втiк, а десятка пiвтора галер та бiля сотнi сандалiв запорожцi захопили цiлими.</w:t>
      </w:r>
    </w:p>
    <w:p>
      <w:r>
        <w:br/>
        <w:t>Цим разом Сагайдачний не велiв нi топити, нi палити галер та сандалiв, а, обсадивши їх козаками та визволеними невольниками, прилучив до своїх чайок i, випливши в море, напав на турецький город у Криму Кафу[3]. Навкруг того города стояли мiцнi замки й стiни, змурованi ще iталiйцями i поновленi турками.</w:t>
      </w:r>
    </w:p>
    <w:p>
      <w:r>
        <w:br/>
        <w:t>За часiв Сагайдачного Кафа була найголовнiшим невольницьким ринком на всi землi, що оточували Чорне й Середземне моря. До цього города татари приганяли з України, Польщi, Литви й Московщини велику силу людей й продавали тут їх у неволю купцям, що приїздили сюди морем з Царгорода й iнших мiст. От тих-то нещасних невольникiв i прибув Сагайдачний визволити. Пiд час штурму великi гармати, добутi Сагайдачним разом з галерами бiля Очакова, стали йому у великiй пригодi, i за допомогою їх запорожцi за кiлька день добули Кафу, побили й покалiчили 14 000 бусурманiв, визволили й забрали на галери та сандали велику силу невольникiв з усяких християнських земель; набравши ще, як звичайно, всяких скарбiв та добра, щасливо повернулися на Сiч.</w:t>
      </w:r>
    </w:p>
    <w:p>
      <w:r>
        <w:br/>
        <w:t>Велика радiсть була по всiй Українi й по сусiднiх землях, коли почали повертатись до рiдних осель визволенi в Кафi батьки й брати, що були вже оплаканi родинами, а ймення Сагайдачного пiшло лунати по всьому свiту.</w:t>
      </w:r>
    </w:p>
    <w:p>
      <w:r>
        <w:br/>
        <w:t>Сагайдачний i пiсля цього не всидiв довго на Січi, а як тiльки минулися яснi та зорянi лiтнi ночi, знову опинився з запорожцями на Чорному морi i почав руйнувати малоазiатськi турецькi городи. Набiгли було пiд той час на козакiв шiсть великих турецьких галер та ще мало менших, та Сагайдачний їх погромив i при тому три великих галери втопив. Довiдавшись пiсля того од бранцiв турок, що султан весь свiй флот послав до Очакова, щоб там перейняти козакiв, Сагайдачний повернув з Трапезонда на необоронений Царгород i, наробивши там шкоди, спаливши Скутару та нагнавши на туркiв страху, повiв козакiв додому не поуз Очакiв, а повернув на Тамань, а од Таманi переплив Азовське море упоперек i, пiднявшись у степ чи рiчкою Бердою, чи Молочною, перетягся з чайками на Кiнськi Води.</w:t>
      </w:r>
    </w:p>
    <w:p>
      <w:r>
        <w:br/>
        <w:t>Тут козакам трапилася несподiванка. Турецький паша Ібрагiм, що його султан послав пiд Очакiв стерегти козакiв, опасуючись собi од султана кари за те, що не вловив їх, пiднявся на сандалах та на човнах угору Днiпром аж до Запорозької Сiчi, що була пiд той час на Базавлуцькому островi при устi Чортомлика. На Сiчi пiд той час козакiв було всього сот три, бо всi, хто не буз у походi з гетьманом, зважаючи на пiзню осiнь, вже повиходили зимувати на Україну. Гармат годящих теж на Сiчi не було, бо всi були на чайках, так що, не маючи чим одборонятись, запорожцi покинули Сiч i засiли у плавнi.</w:t>
      </w:r>
    </w:p>
    <w:p>
      <w:r>
        <w:br/>
        <w:t>Таким чином паша Ібрагiм, без опору увiйшовши в Сiч, спалив куренi й церкву i, знайшовши всi негодящi, покинутi запорожцями гармати, узяв їх, щоб похвалитись султановi.</w:t>
      </w:r>
    </w:p>
    <w:p>
      <w:r>
        <w:br/>
        <w:t>Пiсля того, опасуючись здибатись з Сагайдачним на Днiпрi, Ібрагiм-паша не поплив до Очакова Днiпром, а надумав проплити Кiнськими Водами; на тiй рiчцi бiля Великого Лугу якраз i натрапив на запорожцiв, що верталися з Сагайдачним на Сiч. Зчинився великий бiй, щасливий для запорожцiв, — вони оточили туркiв з усiх бокiв i вигубили всiх до одного.</w:t>
      </w:r>
    </w:p>
    <w:p>
      <w:r>
        <w:br/>
        <w:t>Наблизившись до Сiчi й побачивши, що вона зруйнована, Сагайдачний не схотiв наново будуватись на Базавлуцькому островi. Той острiв був невеликий i щодалi дужче змивався Чортомликом. Сiч була така тiсна, що коли козацтво збиралося на велику раду, то доводилося всiм переїздити човнами на берег i там закладати коло. Сагайдачного манило на бiльшi простори, де можливо було б закласти велику й мiцну Сiч, i за згодою товариства вiн пiднявся чайками Днiпром угору до острова Хортицi i став кошем на руїнах городкiв одного з перших козацьких гетьманiв — князя Вишневецького-Байди.</w:t>
      </w:r>
    </w:p>
    <w:p>
      <w:r>
        <w:br/>
        <w:t>Скелювата голова острова Хортицi, що високою горою пiднiмається мiж двома широкими половинами Днiпра, давно була мила Сагайдачному, бо взагалi на всьому великому Днiпрi немає чарiвнiшого мiсця. Треба гадати, що пiд час перебування Сiчi на островi Хортицi, проти голови її, на лiвому березi Днiпра, у дубовому гаї, Сагайдачний мав власну хату, бо й досi та мiсцевiсть, де був гай, зветься Сагайдачним. У тому гаї, що вирубаний тiльки бiля 1908 року, була бiля Днiпра велика скеля, що й зараз зветься Середньою скелею, а на версi тiєї скелi лежав чималий довгий камiнь, оброблений на турецьку софу, i той камiнь ще року 1877-го звався лiжком Сагайдачного. Певно, великий запорозький гетьман любив сидiти на Середнiй скелi i любовати звiдтiля на Сiч, на блискучий Днiпро та на пречудовi скелi, розкиданi понавколо голови Хортицi.</w:t>
      </w:r>
    </w:p>
    <w:p>
      <w:r>
        <w:br/>
        <w:t>Проти Сiчi, в устi рiчки Середня Хортиця, що впала в затоку з пiскуватими берегами, стояли за часiв Сагайдачного всi запорозькi вiйськовi чайки. Тут же вони лагодилися i навiть будувалися новi. Це стверджується тим, що на цьому мiсцi i зараз, коли веснянi води змивають пiски берега, з-пiд пiску виглядають на свiт Божий декiльки чорних, як вугiль, але мiцних, як залiзо, запорозьких чайок. Виглядають iнодi ребра чайок iз пiскiв устя рiчки Верхньої Хортицi, де тепер так звана Царська пристань.</w:t>
      </w:r>
    </w:p>
    <w:p>
      <w:r>
        <w:br/>
        <w:t>Пробула Запорозька Сiч на Хортицi недовго, бо коли пiсля смертi Сагайдачного почалися вiйни козакiв з Польщею, запорожцi, опасуючись нападу полякiв на Хортицю, перейшли з Сiччю на краще захований серед Великого Лугу острiв Буцький, або Томакiвський.</w:t>
      </w:r>
    </w:p>
    <w:p>
      <w:r>
        <w:br/>
        <w:t>Славнi походи Сагайдачного на туркiв та татарiв високо пiднесли славу козацтва. Чутка про запорозьких козакiв, що в'їдалися в саме серце бусурманського свiту — Стамбул, пiд той час як iншi народи Європи з їхнiми великими армiями й флотами не насмiлювалися вже про те й мрiяти, розiйшлися по всьому свiту, i спiлки з Вiйськом Запорозьким почали шукати не тiльки близькi сусiди України — Москва й Молдава, а й далекi — як iталiйцi, нiмцi й шведи. Та тiльки польський уряд дивився на ту козацьку славу лихим оком, бо, з одного боку, походи Сагайдачного на Чорне море дратували турецького султана i вiн, маючи Польщу за зверхника козакiв, погрожував королю Жигмонту вiйною, з другого ж, польськi пани й магнати, власники українських земель, вимагали од короля, щоб той вгамував козаччину, бо селяне, їхнi пiдданцi, пiд впливом козаччини не хотiли їм коритися i або бунтувалися, або тiкали на Запорожжя.</w:t>
      </w:r>
    </w:p>
    <w:p>
      <w:r>
        <w:br/>
        <w:t>Король Жигмонт був запеклим ворогом українського народу взагалi, а козакiв, як оборонцiв українства i православної вiри, ненавидiв зокрема. Пiд впливом панських домагань вiн вислав на Україну комiсарiв разом з польським вiйськом, щоб зменшувати кiлькiсть козакiв i доводити українську люднiсть до покори панам. Тi комiсари вимагали од козацької старшини й Сагайдачного, щоб вони вирядили з вiйська всiх новоприбулих людей, щоб зменшити кiлькiсть козакiв до одної тисячi i щоб не смiли зачiпати туркiв. Щоб не доводити вiйни з Польщею, Сагайдачний дав обiцянку комiсарам, що пiдпише згоду на їхнi вимоги, та тiльки не на всi, а поїде просити короля про змiну деяких пунктiв умови, i таким способом одтягав справу, сподiваючись, що тим часом пiдскоче якась вiйна i козаки знову будуть потрiбнi Польщi, поки ж вiйна минеться, то забудуться й тi комiсарськi вимоги.</w:t>
      </w:r>
    </w:p>
    <w:p>
      <w:r>
        <w:br/>
        <w:t>На цей раз воно справдi так i сталося. Року 1617-го королевич польський Володислав, домагаючись московської корони, пiшов на Москву з невеликим вiйськом i опинився там у скрутному становищi, бо й тi жовнiри, що були при ньому, не дiставши вчасно плати за службу, бунтувалися i навiть розходилися по домiвках. Треба було королевича рятувати, i король змушений був звернутись до Сагайдачного, щоб зiбрав якнайбiльше козакiв i йшов королевичу на помiч.</w:t>
      </w:r>
    </w:p>
    <w:p>
      <w:r>
        <w:br/>
        <w:t>Маючи надiю, що за послугу козацтва польський уряд лишить козакам всi їхнi права, Сагайдачний охоче почав скликати козакiв i, зiбравши їх 20 000, лiтом року 1618-го повiв своє вiйсько пiд Москву, поруйнував по дорозi Путивль, Єлець, Лебедянь, Щацк, Коломну й iншi городи. Московське вiйсько намагалося заступити Сагайдачному шлях, та не спромоглося, i вiн, погромивши московських стрiльцiв, прнйшов пiд Тушино, де в облозi стояв королевич.</w:t>
      </w:r>
    </w:p>
    <w:p>
      <w:r>
        <w:br/>
        <w:t>Визволенi з облоги поляки дуже радiли Сагайдачному, i Володислав прислав йому коштовнi дарунки, а вiйськовi козацькому подарував клейноди: булаву, корогву й бубни.</w:t>
      </w:r>
    </w:p>
    <w:p>
      <w:r>
        <w:br/>
        <w:t>Другого ж дня пiсля сполучення з поляками Сагайдачний хотiв захопити Москву раптовим ночним нападом, але московцi, довiдавшись про майбутнiй штурм, спромоглися одбитись. Проте козацьке вiйсько так налякало московських боярiв, що вони скоро з королевичем замирилися, вiддавши Польщi Смоленщину й Сiверщину.</w:t>
      </w:r>
    </w:p>
    <w:p>
      <w:r>
        <w:br/>
        <w:t>Повернувшись з, походу, Сагайдачний вирядив запорожцiв на Сiч, городових козакiв розпустив по домiвках, сам же поїхав у Київ клопотатись по просвiтним та релiгiйним справам. Це було його помилкою, бо коронний гетьман Жолкевський разом з королiвськими комiсарами скористувалися з того, що гетьман лишився без вiйська, i примусили його пiдписати згоду на те, щоб козакiв лишилося всього 3 000, а останнi повернулися б у пiдданцi до панiв.</w:t>
      </w:r>
    </w:p>
    <w:p>
      <w:r>
        <w:br/>
        <w:t>Коли пiсля того Сагайдачний поїхав на Запорожжя, козацтво зустрiло його дуже неприхильно i хоч як шанувало його за славнi походи, а не подарувало того, що вiн пiдписав умову з поляками без волi вiйськової ради. Пiсля дорiкань Вiйсько Запорозьке скинуло Сагайдачного з гетьманства, а обрало Бородавку.</w:t>
      </w:r>
    </w:p>
    <w:p>
      <w:r>
        <w:br/>
        <w:t>Сагайдачний не образився з того, бо такi змiни у козакiв були звичайним дiлом, i, передавши булаву Бородавцi, поїхав у Київ служити Українi тим шляхом, який мав найпевнiшим.</w:t>
      </w:r>
    </w:p>
    <w:p>
      <w:r>
        <w:br/>
        <w:t>Пiд той саме час кiнчалася будiвля в Києвi на Подолi Братського монастиря i розпочиналася дiяльнiсть при тому монастирi школи. Попередня праця Плетенецького, Борецького й Сагайдачного не загинула даремно, — українське нацiональне життя почало прокидатись, i Сагайдачний взявся з своїми спiвробiтниками до дальнiшої боротьби проти латинства та спольщення українського народу.</w:t>
      </w:r>
    </w:p>
    <w:p>
      <w:r>
        <w:br/>
        <w:t>Пiсля смертi православних владикiв — львiвського Балабана (1607 року) та перемиського Копистинського (1610 року) — король Жигмонт давав владицтва тiльки унiатам, i до 1619 року на всю Україну лишився тiльки один владика львiвський — Тисаровський, та й той добув владицтво тiльки через те, що обiцяв королю перейти на унiатство, та не додержав тiєї обiцянки. Зрозумiло, що коли на Українi були тiльки унiатськi владики, то боротися з латинством вже не було кому, i з того почався занепад православного церковного життя.</w:t>
      </w:r>
    </w:p>
    <w:p>
      <w:r>
        <w:br/>
        <w:t>Прибувши в Київ, Сагайдачний з своїми спiльниками завзявся вiдновити на Українi православну єпархiю, i, почувши, що поуз Київ має вертатися в Туреччину патрiарх Теофан, вiн закликав патрiарха спинитись в Києвi до престольного свята Печерського монастиря i разом з iншими представниками православiя почав просити, щоб патрiарх посвятив для України митрополита i владикiв. Теофан довго не наважувався цього зробити, опасуючись помсти католикiв i короля Жигмонта, i тiльки пiсля того, як Сагайдачний, що хоч i не був пiд той час гетьманом Вiйська Запорозького, а все-таки держав пiд своєю рукою всiх українських городових козакiз, взяв на себе вiдповiдальнiсть за безпеку для патрiарха i обiцяв проводити його до Молдави з повком козакiв, патрiарх згодився задовольнити прохання українцiв i висвятив за осiнь та зиму 1620 року митрополита в Києвi i п'ятьох владикiв на українськi й бiлоруськi кафедри.</w:t>
      </w:r>
    </w:p>
    <w:p>
      <w:r>
        <w:br/>
        <w:t>Король Жигмонт, прочувши про те посвячення, звелiв всiх нових владикiв захопити i вкинути у в'язницi, та Сагайдачний з козаками не попустив того зробити i переховував всiх владикiв по рiзних монастирях, патрiарха ж Теофана сам з повком у 3 000 козакiв проводив аж до мiста Бушi на молдавському кордонi.</w:t>
      </w:r>
    </w:p>
    <w:p>
      <w:r>
        <w:br/>
        <w:t>Новi владики, в числi котрих був i Борецький, поки що правили церковнi справи по своїх єпархiях тiльки потай. Сагайдачний же вичiкував такого випадку, коли козаки знову будуть потрiбнi Польщi, щоб домагатись у короля затвердження їх на єпархiях. Обставини скоро справдi почали складатись зручно до того.</w:t>
      </w:r>
    </w:p>
    <w:p>
      <w:r>
        <w:br/>
        <w:t>Турецький султан, роздратований вкрай новим нападом запорожцiв на Царгород, що вони вчинили вже пiд приводом Бородавки, i нападами полякiв на пiдлеглих йому в тi часи угорцiв, послав на Польщу своє вiйсько i так погромив полякiв бiля Днiстра пiд Цецорою, що сам коронний гетьман Жолкевський наложив там головою, а польний гетьман дiстався туркам у бранцi.</w:t>
      </w:r>
    </w:p>
    <w:p>
      <w:r>
        <w:br/>
        <w:t>Пiсля того погрому Польща опинилася у дуже скрутному становищi, бо готового вiйська вона майже зовсiм не мала; для того ж, щоб спорядити нове вiйсько, не мала грошей. Доводилося знову звертатись до козакiв. З цього випадку i хотiв скористуватись Сагайдачний i року 1621-го вирядив на польський сейм посла Лаврентiя Деревинського клопотатись, щоб за участь козакiв у вiйнi було затверджено православних єпископiв.</w:t>
      </w:r>
    </w:p>
    <w:p>
      <w:r>
        <w:br/>
        <w:t>Якi кривди терпiли тодi праваславнi, можна собi уявити з тих докорiв, що висловив Деревинський на сеймi польським сенаторам. Вiн казав мiж iншим так:</w:t>
      </w:r>
    </w:p>
    <w:p>
      <w:r>
        <w:br/>
        <w:t>"Як помножається в коронi польськiй слава божа, за помiччю нововигаданої унiї? Вже по бiльшостi мiст церкви запечатанi, маєтностi церковнi попустошенi, а по монастирях замiсть монахiв худобу замикають. Через те дiти сходять з свiту без хрещення, тiла мертвих вивозяться з мiст без церковного обряду, як стерво; люди без шлюбiв живуть в нечистотi; не сповiдаючись i не причащаючись, з свiту сходять! Невже це не самому Боговi образа? Невже не помститься за це Бог? Перейдемо до iнших кривд та утискiв нечуваних. Чи то не кривда народовi нашому, що, не кажучи про iншi мiста, чиниться у Львовi? Хто грецького закону — не унiат, той не може мешкати в мiстi, анi торгувати на локтi й кварти, анi до цехiв не може бути прийнятий. Король хоче мати ледве чи не бiльшу половину вiйська од народу руського, а як сей народ буде заступати грудьми сю державу, коли й надалi не буде задоволений в своїх бажаннях та домаганнях? Як ми можемо забезпечити собi спокiй од сусiдiв, коли не маємо спокою помiж себе дома?"</w:t>
      </w:r>
    </w:p>
    <w:p>
      <w:r>
        <w:br/>
        <w:t>Та всi тi докори українського посла пiшли на вiтер, — сенатори й король були глухi до його промов i нi у чому не хотiли полiпшити становища православної вiри. Тодi Сагайдачний разом з Борецьким та владикою Курцевичем поїхали на Сiч умовляти запорожцiв, щоб не йшли на помiч польському вiйську, поки король не затвердить владикiв. Пiд впливом промов Сагайдачного та Борецького запорожцi давали клятьбу, що боронитимуть православну вiру до загину, а проте, коли королiвський посол сипнув грошима та надавав всяких обiцянок, запорожцi не втерпiли, щоб не пiти на вiйну, бо споконвiку мали вiйну з бусурманами святим дiлом, полiтика ж була їм не зрозумiла. Скiнчилося на тому, що Запорозьке Вiйсько доручило Сагайдачному з Курцевичем їхати до короля клопотатись про ствердження владикiв, само ж пiд приводом Бородавки виступило в поход до Днiстра на помiч Польщi.</w:t>
      </w:r>
    </w:p>
    <w:p>
      <w:r>
        <w:br/>
        <w:t>Поки Сагайдачний прибув до Варшави, король уже довiдався про те, що запорожцi виступили з Сiчi, і не схотiв нi у чому поступатись на користь як православнiй вiрi, так i козацтву, у розмовi ж з Сагайдачним обмежився самими тiльки ласкавими словами, так що той нi з чим поїхав до козацького вiйська.</w:t>
      </w:r>
    </w:p>
    <w:p>
      <w:r>
        <w:br/>
        <w:t>Тим часом у вiйську настрiй одмiнився. Бородавцi козаки дорiкали, що не вмiє керувати вiйськом i пiд час сутичок з турками стратив уже багато козакiв; коли ж Сагайдачний прибув до вiйська, запорожцi зараз же скинули Бородавку з уряду, а обрали гетьманом Сагайдачного.</w:t>
      </w:r>
    </w:p>
    <w:p>
      <w:r>
        <w:br/>
        <w:t>Прийнявши булаву, Сагайдачний мав владу одвести козакiв од Днiстра i лишити полякiв без помочi доти, аж поки король задовольнить його домагання, та тiльки, знаючи, що на 35 000 польського вiйська наступає сам султан Осман з величезною для тих часiв силою у 300 000 турецького вiйська, вiн розумiв, що таким вчинком вiддав би польське вiйсько на певну загибель, а саму Польщу разом з Україною на руїну. Вчинити так вiн мав за зраду як Польщi, так i Українi, i через те український лицар обмежився тiльки тим, що ще раз у листi просив короля задовольнити бажання козакiв за їхню помiч у вiйнi, сам же якнайскорiше почав гуртувати бiля себе не тiльки всiх козакiв, а й тих, хто, не бувши козаком, хотiв козакувати.</w:t>
      </w:r>
    </w:p>
    <w:p>
      <w:r>
        <w:br/>
        <w:t>Збирання козакiв Сагайдачному дуже добре вдалося, бо на його заклики збiглося бiльше, як 40 000 узброєного люду. З тiєю силою вiн i пiшов за Днiстр визволяти коронного гетьмана Ходкевича, що стояв пiд Хотином оточений турками.</w:t>
      </w:r>
    </w:p>
    <w:p>
      <w:r>
        <w:br/>
        <w:t>Нападаючи на туркiв несподiвано то в одному, то в другому мiсцi, Сагайдачний зумiв зчинити в турецькому вiйськовi розгардiяш i пробився до Хотина на велику радiсть полякам, що вже бачили свою загибель.</w:t>
      </w:r>
    </w:p>
    <w:p>
      <w:r>
        <w:br/>
        <w:t>Поляки тим дужче радiли з приходу козакiв, що знали їхню звичку до вiйни з турками й татарами i їх войовничий хист. Турки з свого боку теж мали козацьку силу за бiльшу од сили польської i всю увагу звернули на те, щоб перемогти попереду козакiв, а вже потiм взятися до полякiв. Вони рiшуче атакували козацький табiр, та, не вважаючи на величезну силу бусурманiв, Сагайдачний не тiльки вiдгромив їх, а ще й сам почав чинити на них несподіванi напади, побивав їхнi чати, залоги й окремi загони i навiть вдирався у самий турецький табiр.</w:t>
      </w:r>
    </w:p>
    <w:p>
      <w:r>
        <w:br/>
        <w:t>На превеликий жаль, мало не з початку боїв пiд Хотином Сагайдачного, що сам водив козакiв у бiй, було поранено кулею у руку. Все козацтво з того зажурилося; гетьман же, ховаючись з своєю раною од товариства, щоб не завдавати козакам жалю, водив їх у бiй i надалi.</w:t>
      </w:r>
    </w:p>
    <w:p>
      <w:r>
        <w:br/>
        <w:t>Вiйна протяглася чималий час, так що польськi шляхтичi з значних родин, занудьгувавши за домiвкою, без сорому потайно тiкали з табору, ховаючись у фури, що йшли за припасом; козаки ж пiд залiзною рукою Сагайдачного мiцно стояли й билися, аж поки султан, побачивши, що нiчого не вдiє, замирився з Польщею.</w:t>
      </w:r>
    </w:p>
    <w:p>
      <w:r>
        <w:br/>
        <w:t>Вiдходячи з-пiд Хотина, поляки прославляли козакiв i Сагайдачного, звучи їх збавителями Польщi. Сподiваючись, що так тепер дивиться на козакiв i король, Сагайдачний, повертаючись до Києва, послав до нього посланцiв з проханням, щоб за послуги козакiв їм було побiльшено плату, щоб дозволено було вiльно жити по всiй Українi в маєтностях королiвських, духовних та панських, користуючись вольностями своїми, та щоб заспокоєно було вiру православну.</w:t>
      </w:r>
    </w:p>
    <w:p>
      <w:r>
        <w:br/>
        <w:t>Тiльки тепер козаки були вже не потрiбнi королевi, сила ж їхня лякала польське панство, i через те король, передавши Сагайдачному через посланцiв трохи грошей на лiкаря, щоб гоїти його рану, переказав тiльки, що волю свою з приводу козацьких домагань подасть через комiсарiв. Пiсля того ж як Сагайдачний розпустив козакiв i повернувся у Київ, до нього прибули комiсари i сказали, що по волi короля вiйсько козацьке повинно бути зменшене до двох, а найбiльше до трьох тисяч, останнi ж козаки, щоб повернулися у пiдданство панам; що ж до вiри, то, мовляв, козакам як i досi не було нiякої кривди, так i надалi не буде.</w:t>
      </w:r>
    </w:p>
    <w:p>
      <w:r>
        <w:br/>
        <w:t>Така лиха одповiдь короля тяжко вразила недужого на рану гетьмана. Всi його надiї на пiднесення українського нацiонального життя шляхом миру та згоди з польським урядом, разом з мрiями про те, що Польща колись гляне на Україну, як на свою сестру, зрештою розвiялися. Вiн зрозумiв, що кров козакiв i його власна кров, пролита за Польщу, тiльки змiцнила ворога козацтва. Розкраяним своїм серцем вiн почав передчувати собi смерть од рани, добутої у вiйнi не за свiй рiдний край, а за щастя ворога свого народу, i у останнi днi життя душа гетьмана оповилася нудьгою за покривджену Україну.</w:t>
      </w:r>
    </w:p>
    <w:p>
      <w:r>
        <w:br/>
        <w:t>За невеликий час до смертi Сагайдачний склав духовну, одписавши свої маєтки на українськi братства Київське й Львiвське, а 10 квiтня року 1622 помер серед своїх прихильникiв i спiвробiтникiв по працi над вiдновленням нацiонального українського життя.</w:t>
      </w:r>
    </w:p>
    <w:p>
      <w:r>
        <w:br/>
        <w:t>Поховано було Сагайдачного надзвичайно урочисто. Школярi Братської школи читали над його домовиною похвальнi вiршi, прославляючи мужнiсть небiжчика гетьмана та любов його до свого народу й до освiти. Тi вiршi згодом виданi були окремою книжкою.</w:t>
      </w:r>
    </w:p>
    <w:p>
      <w:r>
        <w:br/>
        <w:t>----------------</w:t>
      </w:r>
    </w:p>
    <w:p>
      <w:r>
        <w:br/>
        <w:t>Примітки:</w:t>
      </w:r>
    </w:p>
    <w:p>
      <w:r>
        <w:br/>
        <w:t>[1] Галера — це такий корабель, що мiг плавати не тiльки пiд вiтрилами, а й на гребках. До тих гребок турки приковували невольникiв, здебiльшого українцiв, i через тe тi галери козаки ще звали каторгами.</w:t>
      </w:r>
    </w:p>
    <w:p>
      <w:r>
        <w:br/>
        <w:t>[2] Сандала — турецьке судно, менше за галеру.</w:t>
      </w:r>
    </w:p>
    <w:p>
      <w:r>
        <w:br/>
        <w:t>[3] Тепер зветься Феодосiєю.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гетьмана Сагайдачного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