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дівчинку Наталочку та сріблясту рибку</w:t>
      </w:r>
    </w:p>
    <w:p>
      <w:r>
        <w:br/>
        <w:t xml:space="preserve"> &lt;p&gt;У гірському глибокому озері жила маленька срібляста рибка. По тому самому озеру плавав великий білий лебідь з довгою шиєю і могутнім дзьобом.</w:t>
      </w:r>
    </w:p>
    <w:p>
      <w:r>
        <w:br/>
        <w:t>Одного разу зустрів лебідь рибку і хотів її з'їсти.</w:t>
      </w:r>
    </w:p>
    <w:p>
      <w:r>
        <w:br/>
        <w:t>Стала срібляста рибка проситися.</w:t>
      </w:r>
    </w:p>
    <w:p>
      <w:r>
        <w:br/>
        <w:t>— Не їж мене, лебедю, красеню білокрилий, велетню чорнодзьобий!</w:t>
      </w:r>
    </w:p>
    <w:p>
      <w:r>
        <w:br/>
        <w:t>Сказав тоді лебідь:</w:t>
      </w:r>
    </w:p>
    <w:p>
      <w:r>
        <w:br/>
        <w:t>— Дістань мені черевички, бо лапи мої у воді мерзнуть. Дістанеш, тоді я тебе не їстиму. Не дістанеш — з'їм.</w:t>
      </w:r>
    </w:p>
    <w:p>
      <w:r>
        <w:br/>
        <w:t>Швидко попливла рибка по озеру шукати черевички. Кругом побувала, на дно спустилася, ніде черевичків для лебедя не знайшла. Підпливла тоді до берега під очерет і заплакала.</w:t>
      </w:r>
    </w:p>
    <w:p>
      <w:r>
        <w:br/>
        <w:t>Почула той плач жаба-крекотушка і питає:</w:t>
      </w:r>
    </w:p>
    <w:p>
      <w:r>
        <w:br/>
        <w:t>— Рибко срібляста, чого ти плачеш?</w:t>
      </w:r>
    </w:p>
    <w:p>
      <w:r>
        <w:br/>
        <w:t>Розповіла рибка жабці про своє, горе.</w:t>
      </w:r>
    </w:p>
    <w:p>
      <w:r>
        <w:br/>
        <w:t>— Я тобі допоможу,— сказала зелена жаба,— підожди мене тут.</w:t>
      </w:r>
    </w:p>
    <w:p>
      <w:r>
        <w:br/>
        <w:t>Залишила рибку між очеретами, а сама на берег виплигнула і заквакала: "Ква-ква, ква-ква, ква-ква!"</w:t>
      </w:r>
    </w:p>
    <w:p>
      <w:r>
        <w:br/>
        <w:t>Почув це горобчик-молодчик, що сидів на високій вербі, і у відиовідь зацвірінчав: "Цвірінь-цвірінь, цвірінь-цвірінь!"</w:t>
      </w:r>
    </w:p>
    <w:p>
      <w:r>
        <w:br/>
        <w:t>Розповіла жаба горобчикові про біду сріблястої рибки і попросила допомогти дістати черевички.</w:t>
      </w:r>
    </w:p>
    <w:p>
      <w:r>
        <w:br/>
        <w:t>Полетів тоді горобчик-молодчик в садок, де гуляла маленька дівчинка Наталочка.</w:t>
      </w:r>
    </w:p>
    <w:p>
      <w:r>
        <w:br/>
        <w:t>Як довідалась Наталочка, ідо лебідь рибку хоче з'їсти, швиденько принесла горобчикові свої червоненькі черевички і наказала: "Лети швидше, швидше, щоб рибку врятувати!" Горобчик-молодчик полетів і оддав черевички зеленій жабці-скрекотушці.</w:t>
      </w:r>
    </w:p>
    <w:p>
      <w:r>
        <w:br/>
        <w:t>Жабка плигнула у воду і подала їх рибці сріблястій.</w:t>
      </w:r>
    </w:p>
    <w:p>
      <w:r>
        <w:br/>
        <w:t>Зраділа рибка, зараз же попливла до лебедя. Черевички ті лебедеві дуже сподобалися, і він пообіцяв тую рибку сріблясту не чіпати.</w:t>
      </w:r>
    </w:p>
    <w:p>
      <w:r>
        <w:br/>
        <w:t>Переказала свою подяку срібляста рибка жабці-скрекотупщі.</w:t>
      </w:r>
    </w:p>
    <w:p>
      <w:r>
        <w:br/>
        <w:t>Жабка — горобчикові-молодчикові.</w:t>
      </w:r>
    </w:p>
    <w:p>
      <w:r>
        <w:br/>
        <w:t>А горобчик — Наталочці.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дівчинку Наталочку та сріблясту рибку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