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дідову дочку та бабину дочку</w:t>
      </w:r>
    </w:p>
    <w:p>
      <w:r>
        <w:br/>
        <w:t xml:space="preserve"> &lt;p&gt;Був собі дід та баба, і було в них дві дочки: дідова дочка й бабина дочка. Дідова ж дочка була така добра та роботяща, все робила, що їй наказувано, а бабина дочка така лиха та ледача — нічого не хотіла робить і нікого не слухалась.</w:t>
      </w:r>
    </w:p>
    <w:p>
      <w:r>
        <w:br/>
        <w:t>А все ж таки баба свою дочку більше любила й жалувала, ніж дідову: своїй і пиріжка з маком дасть, і намиста купить, а дідовій нічого такого, та все сварить її, та лає: і те не так зробила, і того не тямиш! Все не добре.</w:t>
      </w:r>
    </w:p>
    <w:p>
      <w:r>
        <w:br/>
        <w:t>Одного разу тая баба так дуже розгнівалася на дідову дочку, що стала казати дідові:</w:t>
      </w:r>
    </w:p>
    <w:p>
      <w:r>
        <w:br/>
        <w:t>— Візьми свою дочку та одведи її в ліс. Я не хочу, щоб вона тут була!</w:t>
      </w:r>
    </w:p>
    <w:p>
      <w:r>
        <w:br/>
        <w:t>— Та як же вона сама житиме в лісі? Вона ж там загине!</w:t>
      </w:r>
    </w:p>
    <w:p>
      <w:r>
        <w:br/>
        <w:t>— А нехай собі! — каже баба.— Одведи та й годі! Не треба мені твоєї дочки.</w:t>
      </w:r>
    </w:p>
    <w:p>
      <w:r>
        <w:br/>
        <w:t>От подумав, подумав дід та й сказав своїй дочці:</w:t>
      </w:r>
    </w:p>
    <w:p>
      <w:r>
        <w:br/>
        <w:t>— Ну, збирайся вже, одвезу тебе. Все одно тут тобі життя нема.</w:t>
      </w:r>
    </w:p>
    <w:p>
      <w:r>
        <w:br/>
        <w:t>Заплакала дідова дочка і почала збиратись. Взяла деяку одежину та півника й котика.</w:t>
      </w:r>
    </w:p>
    <w:p>
      <w:r>
        <w:br/>
        <w:t>Одвіз дід дочку свою в ліс. Там була така хатка маленька, що дроворуби собі колись поставили, а потім покинули, як пішли додому. Туди й завіз дід свою дочку.</w:t>
      </w:r>
    </w:p>
    <w:p>
      <w:r>
        <w:br/>
        <w:t>— Ти, дочко, не журись,— каже дід,— я тебе швидко одвідаю!</w:t>
      </w:r>
    </w:p>
    <w:p>
      <w:r>
        <w:br/>
        <w:t>— Добре, тату,— каже дідова дочка.</w:t>
      </w:r>
    </w:p>
    <w:p>
      <w:r>
        <w:br/>
        <w:t>Дід урубав дровець у лісі, привіз дочці, зоставив їй хліба й солі, пшона та трошки сальця й поїхав додому. А дочку зоставив.</w:t>
      </w:r>
    </w:p>
    <w:p>
      <w:r>
        <w:br/>
        <w:t>Тільки вже й не прощався з нею, щоб жалю не завдавать, а так зробив: прив'язав деревинку до припічка на причілку, то вітер як повійне, деревина й стукне в стінку, а дідова дочка дума: "То мій батенько дрівця рубає!" Слухала, слухала, аж уже й стукати перестало, а діда нема...</w:t>
      </w:r>
    </w:p>
    <w:p>
      <w:r>
        <w:br/>
        <w:t>Тоді вона догадалася, що батько поїхав.</w:t>
      </w:r>
    </w:p>
    <w:p>
      <w:r>
        <w:br/>
        <w:t>Пожурилася дідова дочка, а потім узялася за діло: хатку прибрала, сміття позамітала, павутиння поскидала, знайшла відерце і пішла по воду.</w:t>
      </w:r>
    </w:p>
    <w:p>
      <w:r>
        <w:br/>
        <w:t>Іде, іде. Коли стоїть яблунька така зарослая та гусеницею обплутана, що страх.</w:t>
      </w:r>
    </w:p>
    <w:p>
      <w:r>
        <w:br/>
        <w:t>От та яблунька й просить:</w:t>
      </w:r>
    </w:p>
    <w:p>
      <w:r>
        <w:br/>
        <w:t>— Дівко, дівко, порятуй мене, обчисть мене, я тобі в пригоді стану!</w:t>
      </w:r>
    </w:p>
    <w:p>
      <w:r>
        <w:br/>
        <w:t>Взяла дідова дочка, обполола ту яблуньку гарненько, обгребла, ще й пісочком обсипала, гусеницю обібрала. Стоїть яблунька, як лялечка. І пішла собі дівчина.</w:t>
      </w:r>
    </w:p>
    <w:p>
      <w:r>
        <w:br/>
        <w:t>Набрала води з кринички, вертається, коли біжить сучечка, та така нещасна і вся в виразках, а в тих виразках черви позаводились! І стала та сучечка просить дідову дочку:</w:t>
      </w:r>
    </w:p>
    <w:p>
      <w:r>
        <w:br/>
        <w:t>— Дівко, дівко, порятуй мене. Обханюч[1] мене. Я тобі в пригоді стану.</w:t>
      </w:r>
    </w:p>
    <w:p>
      <w:r>
        <w:br/>
        <w:t>Взяла дідова дочка, очистила оті виразки, ще й водичкою промила, та й шерсть пригладила. Стала сучечка чепурненька.</w:t>
      </w:r>
    </w:p>
    <w:p>
      <w:r>
        <w:br/>
        <w:t>Прийшла дідова дочка до своєї хатки, а котик і півник так уже за нею заскучали.</w:t>
      </w:r>
    </w:p>
    <w:p>
      <w:r>
        <w:br/>
        <w:t>От вона випалила в печі, щоб кулешику зварити та щоб тепло було, попоїла й котика з півником нагодувала. Повечеряли всі втрьох і лягли спати.</w:t>
      </w:r>
    </w:p>
    <w:p>
      <w:r>
        <w:br/>
        <w:t>Коли се чує вночі — щось таке стукотить. Стукотить та ще й наказує:</w:t>
      </w:r>
    </w:p>
    <w:p>
      <w:r>
        <w:br/>
        <w:t>— Стукотить, грюкотить кобиляча голова! Дівко, дівко, одчини!</w:t>
      </w:r>
    </w:p>
    <w:p>
      <w:r>
        <w:br/>
        <w:t>Дівчина встала, одчинила. А голова знов каже:</w:t>
      </w:r>
    </w:p>
    <w:p>
      <w:r>
        <w:br/>
        <w:t>— Пересади через поріг!</w:t>
      </w:r>
    </w:p>
    <w:p>
      <w:r>
        <w:br/>
        <w:t>Пересадила.</w:t>
      </w:r>
    </w:p>
    <w:p>
      <w:r>
        <w:br/>
        <w:t>— Посади мене за стіл!</w:t>
      </w:r>
    </w:p>
    <w:p>
      <w:r>
        <w:br/>
        <w:t>Посадила.</w:t>
      </w:r>
    </w:p>
    <w:p>
      <w:r>
        <w:br/>
        <w:t>— Дай мені їсти!</w:t>
      </w:r>
    </w:p>
    <w:p>
      <w:r>
        <w:br/>
        <w:t>Дала.</w:t>
      </w:r>
    </w:p>
    <w:p>
      <w:r>
        <w:br/>
        <w:t>— Покоти мене спати!</w:t>
      </w:r>
    </w:p>
    <w:p>
      <w:r>
        <w:br/>
        <w:t>Помостила дівчина під піччю, покотила.</w:t>
      </w:r>
    </w:p>
    <w:p>
      <w:r>
        <w:br/>
        <w:t>Лягла, коли чує — знов щось стукотить і приказує:</w:t>
      </w:r>
    </w:p>
    <w:p>
      <w:r>
        <w:br/>
        <w:t>— Стукотить, грюкотить вовча голова! Дівко, дівко, одчини!</w:t>
      </w:r>
    </w:p>
    <w:p>
      <w:r>
        <w:br/>
        <w:t>Одчинила.</w:t>
      </w:r>
    </w:p>
    <w:p>
      <w:r>
        <w:br/>
        <w:t>— Дівко, дівко, пересади мене через поріг!</w:t>
      </w:r>
    </w:p>
    <w:p>
      <w:r>
        <w:br/>
        <w:t>Пересадила й за стіл посадила, нагодувала й спати покотила.</w:t>
      </w:r>
    </w:p>
    <w:p>
      <w:r>
        <w:br/>
        <w:t>Ще за яким часом знов щось таке стукотить і приказує:</w:t>
      </w:r>
    </w:p>
    <w:p>
      <w:r>
        <w:br/>
        <w:t>— Стукотить, грюкотить ведмежа голова! Дівко, дівко, одчини!</w:t>
      </w:r>
    </w:p>
    <w:p>
      <w:r>
        <w:br/>
        <w:t>Одчинила дідова дочка.</w:t>
      </w:r>
    </w:p>
    <w:p>
      <w:r>
        <w:br/>
        <w:t>— Дівко, дівко, пересади мене через поріг!</w:t>
      </w:r>
    </w:p>
    <w:p>
      <w:r>
        <w:br/>
        <w:t>Пересадила.</w:t>
      </w:r>
    </w:p>
    <w:p>
      <w:r>
        <w:br/>
        <w:t>— Посади за стіл і нагодуй.</w:t>
      </w:r>
    </w:p>
    <w:p>
      <w:r>
        <w:br/>
        <w:t>Посадила й нагодувала.</w:t>
      </w:r>
    </w:p>
    <w:p>
      <w:r>
        <w:br/>
        <w:t>— Покоти мене спати.</w:t>
      </w:r>
    </w:p>
    <w:p>
      <w:r>
        <w:br/>
        <w:t>І спати покотила.</w:t>
      </w:r>
    </w:p>
    <w:p>
      <w:r>
        <w:br/>
        <w:t>Ну, поснули всі. Ранком кобиляча голова й каже дідовій дочці:</w:t>
      </w:r>
    </w:p>
    <w:p>
      <w:r>
        <w:br/>
        <w:t>— Ану, заглянь мені у праве вухо.</w:t>
      </w:r>
    </w:p>
    <w:p>
      <w:r>
        <w:br/>
        <w:t>Вона заглянула, коли там стільки всякого добра! Одягу, полотна, посуду всякого!</w:t>
      </w:r>
    </w:p>
    <w:p>
      <w:r>
        <w:br/>
        <w:t>— Це все твоє, бери собі,— каже кобиляча голова,— за те, що ти нас добре приймала.</w:t>
      </w:r>
    </w:p>
    <w:p>
      <w:r>
        <w:br/>
        <w:t>Далі й вовча голова каже:</w:t>
      </w:r>
    </w:p>
    <w:p>
      <w:r>
        <w:br/>
        <w:t>— Ану, заглянь мені у праве вухо, що ти там побачиш.</w:t>
      </w:r>
    </w:p>
    <w:p>
      <w:r>
        <w:br/>
        <w:t>Заглянула, коли ж там теж стільки всякого добра: коні, телиці, овечки!</w:t>
      </w:r>
    </w:p>
    <w:p>
      <w:r>
        <w:br/>
        <w:t>Як заглянула дівчина ведмежій голові у праве вухо, аж там цілі підводи стоять, волами запряжені, повні усякого хліба, огородини!</w:t>
      </w:r>
    </w:p>
    <w:p>
      <w:r>
        <w:br/>
        <w:t>— Це все тобі буде! — каже й ведмежа голова.</w:t>
      </w:r>
    </w:p>
    <w:p>
      <w:r>
        <w:br/>
        <w:t>— А тепер прощавай! — каже кобиляча голова.</w:t>
      </w:r>
    </w:p>
    <w:p>
      <w:r>
        <w:br/>
        <w:t>Та й подалися всі в ліс.</w:t>
      </w:r>
    </w:p>
    <w:p>
      <w:r>
        <w:br/>
        <w:t>Дивиться дівчина на своє добро, не знає, що й робить! Коли це йде дід, батько її, одвідати дочку. Як уїхав у двір, як побачив усе добро — і сам не знає, що то таке. А ввійшов у хату, аж там і одчинені скрині з усяким добром!</w:t>
      </w:r>
    </w:p>
    <w:p>
      <w:r>
        <w:br/>
        <w:t>— Що це таке? — питає дід.</w:t>
      </w:r>
    </w:p>
    <w:p>
      <w:r>
        <w:br/>
        <w:t>А дочка йому й розказала все.</w:t>
      </w:r>
    </w:p>
    <w:p>
      <w:r>
        <w:br/>
        <w:t>— Ну,— каже дід,— тепер поїдемо додому! Може, вже й баба не буде гніватись, як побачить стільки добра!</w:t>
      </w:r>
    </w:p>
    <w:p>
      <w:r>
        <w:br/>
        <w:t>Забралися й з усім добром, забрали й котика та півника. їдуть коло тієї яблуньки, а на ній такі хороші червоні яблучка! Коли це яблунька й гукає:</w:t>
      </w:r>
    </w:p>
    <w:p>
      <w:r>
        <w:br/>
        <w:t>— На тобі, дівонько, яблучок!</w:t>
      </w:r>
    </w:p>
    <w:p>
      <w:r>
        <w:br/>
        <w:t>Та й дала дідовій дочці багато яблучок.</w:t>
      </w:r>
    </w:p>
    <w:p>
      <w:r>
        <w:br/>
        <w:t>Їдуть далі, коли біжить та сучечка, що її порятувала дідова дочка, та й каже:</w:t>
      </w:r>
    </w:p>
    <w:p>
      <w:r>
        <w:br/>
        <w:t>— На тобі, дівонько, намисто, за те, що ти мене порятувала!</w:t>
      </w:r>
    </w:p>
    <w:p>
      <w:r>
        <w:br/>
        <w:t>Та й дала аж десять разків доброго намиста.</w:t>
      </w:r>
    </w:p>
    <w:p>
      <w:r>
        <w:br/>
        <w:t>— А, спасибі тобі,— каже дідова дочка,— яка ж я рада! У мене все, все є, а тільки доброго намиста не було.</w:t>
      </w:r>
    </w:p>
    <w:p>
      <w:r>
        <w:br/>
        <w:t>Та й убралася в те намисто.</w:t>
      </w:r>
    </w:p>
    <w:p>
      <w:r>
        <w:br/>
        <w:t>Як приїхала додому, як побачила баба все те добро, зараз почала казати дідові:</w:t>
      </w:r>
    </w:p>
    <w:p>
      <w:r>
        <w:br/>
        <w:t>— Одвези й мою дочку туди! Я хочу, щоб і в моєї дочки було стільки всього!</w:t>
      </w:r>
    </w:p>
    <w:p>
      <w:r>
        <w:br/>
        <w:t>Одвіз дід і бабину дочку. Покинув їй усього їсти, сам поїхав додому. Увечері бабина дочка повечеряла й лягла спать. Коли це щось стукає:</w:t>
      </w:r>
    </w:p>
    <w:p>
      <w:r>
        <w:br/>
        <w:t>— Стукотить, грюкотить кобиляча голова! Дівонько, дівонько, одчини!</w:t>
      </w:r>
    </w:p>
    <w:p>
      <w:r>
        <w:br/>
        <w:t>А вона одказує:</w:t>
      </w:r>
    </w:p>
    <w:p>
      <w:r>
        <w:br/>
        <w:t>— Невелика пані, й сама одчиниш!</w:t>
      </w:r>
    </w:p>
    <w:p>
      <w:r>
        <w:br/>
        <w:t>Одчинила кобиляча голова, далі каже:</w:t>
      </w:r>
    </w:p>
    <w:p>
      <w:r>
        <w:br/>
        <w:t>— Дівонько, дівонько, пересади мене через поріг.</w:t>
      </w:r>
    </w:p>
    <w:p>
      <w:r>
        <w:br/>
        <w:t>— Невелика пані, й сама перелізеш!</w:t>
      </w:r>
    </w:p>
    <w:p>
      <w:r>
        <w:br/>
        <w:t>— Дівонько, дівонько, посади мене за стіл і нагодуй!</w:t>
      </w:r>
    </w:p>
    <w:p>
      <w:r>
        <w:br/>
        <w:t>— Невелика пані, й сама сядеш, та там скоринку з'їси!</w:t>
      </w:r>
    </w:p>
    <w:p>
      <w:r>
        <w:br/>
        <w:t>— Дівонько, дівонько, покоти мене спати! — каже наостанку кобиляча голова, а бабина дочка знов одказує:</w:t>
      </w:r>
    </w:p>
    <w:p>
      <w:r>
        <w:br/>
        <w:t>— Невелика пані й сама покотишся!</w:t>
      </w:r>
    </w:p>
    <w:p>
      <w:r>
        <w:br/>
        <w:t>Покотилася кобиляча голова під піч. Коли це знов щось гукає:</w:t>
      </w:r>
    </w:p>
    <w:p>
      <w:r>
        <w:br/>
        <w:t>— Стукотить, грюкотить вовча голова! Дівонько, дівонько, одчини!</w:t>
      </w:r>
    </w:p>
    <w:p>
      <w:r>
        <w:br/>
        <w:t>І знову бабина дочка не схотіла нічим прислужитись.</w:t>
      </w:r>
    </w:p>
    <w:p>
      <w:r>
        <w:br/>
        <w:t>Прибула й ведмежа голова, теж гукає:</w:t>
      </w:r>
    </w:p>
    <w:p>
      <w:r>
        <w:br/>
        <w:t>— Стукотить, грюкотить ведмежа голова! Дівонько, дівонько, одчини!</w:t>
      </w:r>
    </w:p>
    <w:p>
      <w:r>
        <w:br/>
        <w:t>Не схотіла бабина дочка й ведмежій голові нічого послужити. Ведмежа голова сама і в хату влізла, сама й коло столу вмостилася, сама й спати покотилася.</w:t>
      </w:r>
    </w:p>
    <w:p>
      <w:r>
        <w:br/>
        <w:t>А другого дня ведмежа голова й каже:</w:t>
      </w:r>
    </w:p>
    <w:p>
      <w:r>
        <w:br/>
        <w:t>— Ну, коли ти така, то ми ж тобі задамо!</w:t>
      </w:r>
    </w:p>
    <w:p>
      <w:r>
        <w:br/>
        <w:t>Та взяли й розірвали бабину дочку. Саму з'їли, а кісточки в торбинці надворі повісили.</w:t>
      </w:r>
    </w:p>
    <w:p>
      <w:r>
        <w:br/>
        <w:t>А баба вже посилає діда по дочку, каже:</w:t>
      </w:r>
    </w:p>
    <w:p>
      <w:r>
        <w:br/>
        <w:t>— Пора вже тобі їхати по неї. Там уже досі в неї всього є, треба її додому привезти.</w:t>
      </w:r>
    </w:p>
    <w:p>
      <w:r>
        <w:br/>
        <w:t>Дід став збиратися, а баба теж клопочеться, готується зустріти дочку,— пече, варить, сусідів кличе.</w:t>
      </w:r>
    </w:p>
    <w:p>
      <w:r>
        <w:br/>
        <w:t>Випроводжає баба діда, коли чує, сучечка вилізла на хату та й дзявкотить:</w:t>
      </w:r>
    </w:p>
    <w:p>
      <w:r>
        <w:br/>
        <w:t>— Дідова дочка як панночка, а з бабиної дочки тільки кісточки брязкають!</w:t>
      </w:r>
    </w:p>
    <w:p>
      <w:r>
        <w:br/>
        <w:t>— Що це вона дзявкотить? — каже дід.</w:t>
      </w:r>
    </w:p>
    <w:p>
      <w:r>
        <w:br/>
        <w:t>— А то вона дурна! — каже баба, та й кинула на сучечку ломаку.</w:t>
      </w:r>
    </w:p>
    <w:p>
      <w:r>
        <w:br/>
        <w:t>Поїхав дід. Коли приїздить у ліс, до тієї хатки, аж і правда: нема в хаті нікого, і в дворі нічого, а в торбинці тільки кісточки брязкають...</w:t>
      </w:r>
    </w:p>
    <w:p>
      <w:r>
        <w:br/>
        <w:t>Приїхав дід, розказав бабі, що так і так. Баба плаче, та вже нічого не поможеться.</w:t>
      </w:r>
    </w:p>
    <w:p>
      <w:r>
        <w:br/>
        <w:t>А дідова дочка пішла заміж, і живуть вони собі добре. Я в них була, мед-вино пила, калачами заїдала, медком солодким смакувала.</w:t>
      </w:r>
    </w:p>
    <w:p>
      <w:r>
        <w:br/>
        <w:t>[1] Обханючити — тут: обчистити, прибрати.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дідову дочку та бабину дочку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