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Прізвище на "С"</w:t>
      </w:r>
    </w:p>
    <w:p>
      <w:r>
        <w:br/>
        <w:t xml:space="preserve"> &lt;p&gt;Айзек АЗІМОВ</w:t>
      </w:r>
    </w:p>
    <w:p>
      <w:r>
        <w:br/>
        <w:t>ПРІЗВИЩЕ НА "С"</w:t>
      </w:r>
    </w:p>
    <w:p>
      <w:r>
        <w:br/>
        <w:t>Маршалл Зебатинський відчував себе дурнем. Йому ввижалося, ніби чиїсь очі дивляться на нього крізь немите вітринне скло, крізь щілини в дерев'яній перегородці — очі стежать за ним. Зебатинський уже не покладався ні на старий одяг, витягнутий з хтозна-яких часів, ні на загнуті вниз криси капелюха, якого він ніколи раніше не носив, ні на залишені в футлярі окуляри.</w:t>
      </w:r>
    </w:p>
    <w:p>
      <w:r>
        <w:br/>
        <w:t>Він відчував себе дурнем, а це поглиблювало зморшки на чолі і робило обличчя трохи блідішим, чим у пізній молодості не легковажать. І нізащо на світі Зебатинський не зміг би пояснити, з якої це рації він, ядерний фізик, навідує нумеролога. (Ніколи, думалося йому, ніколи!) Чорт! І самому собі не зміг би він пояснити. Ну хіба що тим, що піддався на умовляння дружини.</w:t>
      </w:r>
    </w:p>
    <w:p>
      <w:r>
        <w:br/>
        <w:t>Нумеролог сидів за благеньким столом, купленим, здається, уже не з перших рук. Жодний стіл так не знищиться, маючи лише одного господаря. Майже те саме можна було сказати і про одяг нумеролога. Нумеролог, невеличкий на зріст, пронизував Зебатинського чорними очицями, сяйливими і жвавими.</w:t>
      </w:r>
    </w:p>
    <w:p>
      <w:r>
        <w:br/>
        <w:t>— У моїй клієнтурі, докторе Зебатинський, ще не траплялося фізика, — сказав він.</w:t>
      </w:r>
    </w:p>
    <w:p>
      <w:r>
        <w:br/>
        <w:t>Зебатинський спалахнув рум'янцем.</w:t>
      </w:r>
    </w:p>
    <w:p>
      <w:r>
        <w:br/>
        <w:t>— Ви ж розумієте — візит конфіденційний.</w:t>
      </w:r>
    </w:p>
    <w:p>
      <w:r>
        <w:br/>
        <w:t>Нумеролог посміхнувся так, аж зламалися зморшки в куточках його губів і нап'ялася шкіра на підборідді.</w:t>
      </w:r>
    </w:p>
    <w:p>
      <w:r>
        <w:br/>
        <w:t>— Всі мої справи конфіденційні.</w:t>
      </w:r>
    </w:p>
    <w:p>
      <w:r>
        <w:br/>
        <w:t>— Вважаю за свій обов'язок про дещо вас попередити. Я не вірю в нумерологію і не гадаю, що почну в неї вірити. Якщо це має для вас значення, то кажіть одразу, — заявив Зебатинський.</w:t>
      </w:r>
    </w:p>
    <w:p>
      <w:r>
        <w:br/>
        <w:t>— Що ж вас сюди привело?</w:t>
      </w:r>
    </w:p>
    <w:p>
      <w:r>
        <w:br/>
        <w:t>— Моя дружина вважає, що у вас щось таки, може, й є. Я прийшов, бо пообіцяв їй, — він знизав плечима, і відчуття власного глупства у нього ще більше загострилося.</w:t>
      </w:r>
    </w:p>
    <w:p>
      <w:r>
        <w:br/>
        <w:t>— І чого ж ви шукаєте? Грошей? Довголіття? Безпеки? Чого?</w:t>
      </w:r>
    </w:p>
    <w:p>
      <w:r>
        <w:br/>
        <w:t>Зебатинський розмірковував: що ж мені, зрештою, сказати? Що мені тридцять чотири і що мені нічого не світить?</w:t>
      </w:r>
    </w:p>
    <w:p>
      <w:r>
        <w:br/>
        <w:t>— Я хочу успіху. Визнання, — нарешті сформулював він.</w:t>
      </w:r>
    </w:p>
    <w:p>
      <w:r>
        <w:br/>
        <w:t>— Кращої роботи?</w:t>
      </w:r>
    </w:p>
    <w:p>
      <w:r>
        <w:br/>
        <w:t>— Іншої роботи. Іншого характеру роботи. Тепер я лише частина команди, яка працює за наказом. Команди! Тільки до команди зводиться суть державних досліджень. Ти — скрипаль, загублений у симфонічному оркестрі.</w:t>
      </w:r>
    </w:p>
    <w:p>
      <w:r>
        <w:br/>
        <w:t>— А ви хочете виступати соло?</w:t>
      </w:r>
    </w:p>
    <w:p>
      <w:r>
        <w:br/>
        <w:t>— Я хочу вийти з команди і ввійти до... до себе... — Зебатинський відчув себе піднесено, майже просвітлено, просто розповідаючи про свої відчуття якійсь іншій людині, а не лише своїй дружині. — Двадцять п'ять років тому з моїми знаннями і з моїми здібностями я отримав би роботу на одній з перших атомних електростанцій. Сьогодні я керував би однією з них або ж очолював чисто дослідницьку лабораторію десь в університеті. А, починаючи в наш час, ким я буду через двадцять п'ять років? Ніким. Тим самим членом команди. Все так само ганятиму свої два відсотки м'яча. Я потопаю в безіменному натовпі фізиків-ядерників, а мені хочеться місця на суходолі, якщо ви мене розумієте.</w:t>
      </w:r>
    </w:p>
    <w:p>
      <w:r>
        <w:br/>
        <w:t>Нумеролог звільна кивнув головою.</w:t>
      </w:r>
    </w:p>
    <w:p>
      <w:r>
        <w:br/>
        <w:t>— Ви, сподіваюся, збагнули, докторе Зебатинський, що я не гарантую успіху?</w:t>
      </w:r>
    </w:p>
    <w:p>
      <w:r>
        <w:br/>
        <w:t>Зебатинський попри брак віри відчув разючу гіркоту розчарування.</w:t>
      </w:r>
    </w:p>
    <w:p>
      <w:r>
        <w:br/>
        <w:t>— Не гарантуєте? Що ж тоді в біса ви гарантуєте?</w:t>
      </w:r>
    </w:p>
    <w:p>
      <w:r>
        <w:br/>
        <w:t>— Поліпшення ймовірності. Моя праця має статистичний характер. Оскільки ви маєте діло з атомами, то я сподіваюся, що вам зрозумілі закони статистики.</w:t>
      </w:r>
    </w:p>
    <w:p>
      <w:r>
        <w:br/>
        <w:t>— А вам? — в'їдливо запитав фізик.</w:t>
      </w:r>
    </w:p>
    <w:p>
      <w:r>
        <w:br/>
        <w:t>— Безперечно, я математик і працюю за математичними законами. Я кажу так не для того, щоб підвищити гонорар. Він стандартний. П'ятдесят доларів. Але ви вчений і краще за інших моїх клієнтів зможете оцінити характер моєї роботи. Я навіть радий нагоді вам пояснити.</w:t>
      </w:r>
    </w:p>
    <w:p>
      <w:r>
        <w:br/>
        <w:t>— Може, не треба, якщо ви не заперечуєте, — відмовився від пояснень Зебатинський. — Немає рації розповідати мені про числові значення літер, їхній містичний зміст і таке інше. Я не вважаю це за математику. Давайте ближче до справи.</w:t>
      </w:r>
    </w:p>
    <w:p>
      <w:r>
        <w:br/>
        <w:t>— Отже, ви сподіваєтеся від мене допомоги, — уточнив нумеролог, — з умовою, що я не морочитиму вам голови балачками про дурну, антинаукову основу способу, яким я вам допоможу. Чи не так?</w:t>
      </w:r>
    </w:p>
    <w:p>
      <w:r>
        <w:br/>
        <w:t>— Нехай буде так.</w:t>
      </w:r>
    </w:p>
    <w:p>
      <w:r>
        <w:br/>
        <w:t>— Одначе вам усе ще здається, що я нумеролог, і тут ви помиляєтеся. Мені зручніше так себе називати, щоб не присікувалась поліція і щоб мене не турбували, — чоловічок сухо хихикнув, — психіатри. Я — математик. Чесний математик.</w:t>
      </w:r>
    </w:p>
    <w:p>
      <w:r>
        <w:br/>
        <w:t>Зебатинський посміхнувся.</w:t>
      </w:r>
    </w:p>
    <w:p>
      <w:r>
        <w:br/>
        <w:t>— Я конструюю електронні обчислювальні машини, — вів далі нумеролог, — для дослідження ймовірностей майбутнього.</w:t>
      </w:r>
    </w:p>
    <w:p>
      <w:r>
        <w:br/>
        <w:t>— Даруйте?</w:t>
      </w:r>
    </w:p>
    <w:p>
      <w:r>
        <w:br/>
        <w:t>— Звучить для вас ще гірше, ніж нумерологія? Чому? Маючи доволі інформації та комп'ютер, здатний виконувати доволі операцій за одиницю часу, майбутнє можна передбачати, принаймні у рамках імовірностей. Коли ви розраховуєте траєкторію ракети, щоб поцілити в ракету-супротивник, то хіба ви не передбачаєте те саме майбутнє? Ракета і ракета-супротивник не зіткнуться, якщо майбутнє передбачено неправильно. Я роблю те саме. А що мені доводиться працювати з більшою кількістю змінних, то мої результати мають менший ступінь певності.</w:t>
      </w:r>
    </w:p>
    <w:p>
      <w:r>
        <w:br/>
        <w:t>— Ви хочете сказати, що передбачите моє майбутнє?</w:t>
      </w:r>
    </w:p>
    <w:p>
      <w:r>
        <w:br/>
        <w:t>— Дуже наближено. Припустімо, я візьму замовлення. У вашому випадку я модифікую інформацію лише зміною прізвища, та й годі. Цю модифіковану одиницю інформації я введу в оперативну програму. Далі перевірю інші модифікації прізвища. Я досліджу кожне вирахуване модифіковане майбутнє і доберу таке, що показує більший ступінь належного вам визнання проти визнання, яке вам судилося б за існуючих умов. Або ні, давайте я сформулюю інакше. Я відшукаю для вас майбутнє, де ймовірність адекватного визнання вища, ніж його ймовірність у вашому наявному майбутньому.</w:t>
      </w:r>
    </w:p>
    <w:p>
      <w:r>
        <w:br/>
        <w:t>— А чому, власне, міняти прізвище?</w:t>
      </w:r>
    </w:p>
    <w:p>
      <w:r>
        <w:br/>
        <w:t>— З кількох причин це єдина зміна, до якої я вдаюся. По-перше, це проста зміна. Врешті-решт, якщо я вдаюся до значної зміни або ж до кількох змін, то постає стільки змінних величин, що я вже неспроможний інтерпретувати наслідок. Мій комп'ютер усе ще недосконалий. По-друге, це реальна зміна. Я ж не можу змінити ваш зріст, чи не так? Або колір очей, або темперамент. По-третє, це значуща зміна. Прізвища дуже промовисті для людей. Нарешті, по-четверте, це поширена зміна, до якої щодня вдаються різні люди.</w:t>
      </w:r>
    </w:p>
    <w:p>
      <w:r>
        <w:br/>
        <w:t>— А що, коли ви не відшукаєте кращого майбутнього? — запитав Зебатинський.</w:t>
      </w:r>
    </w:p>
    <w:p>
      <w:r>
        <w:br/>
        <w:t>— На такий ризик вам доведеться погодитися. Гірше, мій друже, не стане.</w:t>
      </w:r>
    </w:p>
    <w:p>
      <w:r>
        <w:br/>
        <w:t>— Не вірю я у все це. — Зебатинський знічено глянув на чоловічка. — Я швидше повірив би в нумерологію.</w:t>
      </w:r>
    </w:p>
    <w:p>
      <w:r>
        <w:br/>
        <w:t>— Я сподіваюся, — нумеролог зітхнув, — що така людина, як ви, почуватиме себе зручніше, знаючи правду. Мені хочеться вам допомогти, а для вас ще багато дечого можна зробити. А маючи мене за нумеролога, ви б не виконали моїх порад. Відкриваючи вам правду, я сподівався, що ви погодитеся прийняти мою допомогу.</w:t>
      </w:r>
    </w:p>
    <w:p>
      <w:r>
        <w:br/>
        <w:t>— Якщо ви вмієте передбачати майбутнє... — почав Зебатинський.</w:t>
      </w:r>
    </w:p>
    <w:p>
      <w:r>
        <w:br/>
        <w:t>— То чому я не найбагатша людина на світі? Так? Але ж я багатий — у мене є все, що мені потрібно. Вам хочеться визнання, а мені — щоб мені дали спокій. Я роблю свою справу. Мене ніхто не тривожить. Уже цим я мільярдер. На прожиття мені потрібно небагато грошей, і я їх отримую від таких, як ви. Допомагати людям — чудове заняття. Воно, сказав би, мабуть, психіатр, дає мені відчуття влади, а також задовольняє моє "я". Так ви, отже, хочете, щоб я вам допоміг?</w:t>
      </w:r>
    </w:p>
    <w:p>
      <w:r>
        <w:br/>
        <w:t>— Скільки ви сказали?</w:t>
      </w:r>
    </w:p>
    <w:p>
      <w:r>
        <w:br/>
        <w:t>— П'ятдесят доларів. Від вас ще вимагатиметься значна кількість інформації біографічного характеру. Ось тут, щоб полегшити вам завдання, я підготував анкету. Боюся, що вона трохи довгувата. Однак, якщо до кінця тижня ви надішлете її поштою, то відповідь буде готова... — він відкопилив нижню губу і наморщив лоба, підраховуючи про себе, — двадцятого числа наступного місяця.</w:t>
      </w:r>
    </w:p>
    <w:p>
      <w:r>
        <w:br/>
        <w:t>— П'ять тижнів? Так довго?</w:t>
      </w:r>
    </w:p>
    <w:p>
      <w:r>
        <w:br/>
        <w:t>— У мене, мій друже, є ще інша робота і ще інші клієнти. Коли б я був шахраєм, то зробив би набагато швидше. Ну то як, ви погоджуєтесь?</w:t>
      </w:r>
    </w:p>
    <w:p>
      <w:r>
        <w:br/>
        <w:t>— Гаразд, погоджуюсь. — Зебатинський встав. — Так, як ми домовлялись, — конфіденційно.</w:t>
      </w:r>
    </w:p>
    <w:p>
      <w:r>
        <w:br/>
        <w:t>— Неодмінно! Анкету з вашою інформацією, після того як я назву необхідну зміну, отримаєте назад. І гарантую вам, що ніколи більше нею не скористаюся.</w:t>
      </w:r>
    </w:p>
    <w:p>
      <w:r>
        <w:br/>
        <w:t>У дверях ядерний фізик зупинився.</w:t>
      </w:r>
    </w:p>
    <w:p>
      <w:r>
        <w:br/>
        <w:t>— А ви не боїтеся, що я декому повідомлю, що ви не нумеролог?</w:t>
      </w:r>
    </w:p>
    <w:p>
      <w:r>
        <w:br/>
        <w:t>— Хто вам, мій друже, повірить? — Нумеролог заперечливо похитав головою. — Навіть якщо припустити, що у вас з'явиться бажання будь-кому розповісти про свій візит.</w:t>
      </w:r>
    </w:p>
    <w:p>
      <w:r>
        <w:br/>
        <w:t>Двадцятого числа Маршалл Зебатинський стояв перед дверима з облупленою фарбою, скоса позираючи на вітрину. Просто до скла була прихилена невеличка карточка з невиразним і ледь розбірливим через пилюку написом "Нумеролог".</w:t>
      </w:r>
    </w:p>
    <w:p>
      <w:r>
        <w:br/>
        <w:t>Зебатинський кинув оком досередини з потаємною надією, що там уже хтось є, отже, у нього буде причина повернути назад, відмовившись від свого хисткого наміру, й податися додому.</w:t>
      </w:r>
    </w:p>
    <w:p>
      <w:r>
        <w:br/>
        <w:t>Вже кілька разів він намагався всю цю справу викинути з голови. Довго не міг примусити себе сісти і заповнити анкету. Писалося марудно. Неймовірною дурістю вважав він вписувати імена друзів, вартість будинку, чи були у його дружини викидні, а якщо були, то коли. Таке він пропускав.</w:t>
      </w:r>
    </w:p>
    <w:p>
      <w:r>
        <w:br/>
        <w:t>Але й відмовитися від заміру Зебатинський також не міг себе примусити. Кожного вечора щось тягнуло його повертатися до писання.</w:t>
      </w:r>
    </w:p>
    <w:p>
      <w:r>
        <w:br/>
        <w:t>Причиною, мабуть, була думка про комп'ютер, думка про кляту зухвалість чоловічка, який вдавав, що у нього є комп'ютер. Спокуса розвінчати брехню і подивитися, що з цього вийде, виявилася врешті-решт нездоланною.</w:t>
      </w:r>
    </w:p>
    <w:p>
      <w:r>
        <w:br/>
        <w:t>І от він відіслав заповнену анкету звичайною поштою, наклеївши на конверт, який не захотів навіть зважити, марки на дев'ять центів. Якщо завернуть, думав він, то більше не надсилатиму.</w:t>
      </w:r>
    </w:p>
    <w:p>
      <w:r>
        <w:br/>
        <w:t>Листа не завернули.</w:t>
      </w:r>
    </w:p>
    <w:p>
      <w:r>
        <w:br/>
        <w:t>Отже, він зазирнув у приміщення, і там було порожньо. Зебатинському нічого іншого не залишалося, як зайти.</w:t>
      </w:r>
    </w:p>
    <w:p>
      <w:r>
        <w:br/>
        <w:t>Дзеленькнув дзвіночок.</w:t>
      </w:r>
    </w:p>
    <w:p>
      <w:r>
        <w:br/>
        <w:t>Вийшов старий нумеролог, відхиливши дверну портьєру.</w:t>
      </w:r>
    </w:p>
    <w:p>
      <w:r>
        <w:br/>
        <w:t>— Так? А! Доктор Зебатинський!</w:t>
      </w:r>
    </w:p>
    <w:p>
      <w:r>
        <w:br/>
        <w:t>— Ви мене пам'ятаєте? — Зебатинський попробував усміхнутися.</w:t>
      </w:r>
    </w:p>
    <w:p>
      <w:r>
        <w:br/>
        <w:t>— Ну звичайно!</w:t>
      </w:r>
    </w:p>
    <w:p>
      <w:r>
        <w:br/>
        <w:t>— І що ж мені судилося?</w:t>
      </w:r>
    </w:p>
    <w:p>
      <w:r>
        <w:br/>
        <w:t>Нумеролог потер одна об одну долоні вузлуватих рук.</w:t>
      </w:r>
    </w:p>
    <w:p>
      <w:r>
        <w:br/>
        <w:t>— Спочатку, сер, є маленьке питання...</w:t>
      </w:r>
    </w:p>
    <w:p>
      <w:r>
        <w:br/>
        <w:t>— Маленьке питання гонорару?</w:t>
      </w:r>
    </w:p>
    <w:p>
      <w:r>
        <w:br/>
        <w:t>— Роботу я виконав, сер. Я заробив свої гроші.</w:t>
      </w:r>
    </w:p>
    <w:p>
      <w:r>
        <w:br/>
        <w:t>Зебатинський не сперечався. Заплатити він був готовий. Якщо вже зайшло так далеко, то було б дурістю відступати через гроші. Він відрахував п'ять десятидоларових банкнотів і посунув їх через конторку.</w:t>
      </w:r>
    </w:p>
    <w:p>
      <w:r>
        <w:br/>
        <w:t>— Вистачить?</w:t>
      </w:r>
    </w:p>
    <w:p>
      <w:r>
        <w:br/>
        <w:t>Нумеролог повільно перерахував гроші, а потім засунув їх у шухляду для готівки.</w:t>
      </w:r>
    </w:p>
    <w:p>
      <w:r>
        <w:br/>
        <w:t>— Ваш випадок вельми цікавий, — почав він. — Я радив би вам змінити прізвище на Себатинський.</w:t>
      </w:r>
    </w:p>
    <w:p>
      <w:r>
        <w:br/>
        <w:t>— Себа... як по буквах?</w:t>
      </w:r>
    </w:p>
    <w:p>
      <w:r>
        <w:br/>
        <w:t>— Перша "ес", Себатинський.</w:t>
      </w:r>
    </w:p>
    <w:p>
      <w:r>
        <w:br/>
        <w:t>Зебатинський обурено витріщився на нумеролога.</w:t>
      </w:r>
    </w:p>
    <w:p>
      <w:r>
        <w:br/>
        <w:t>— Ви пропонуєте замінити першу літеру? Поміняти "З" на "С"? І це все?</w:t>
      </w:r>
    </w:p>
    <w:p>
      <w:r>
        <w:br/>
        <w:t>— Цього досить. Якщо заміни адекватні, то менша заміна гарантує більшу ймовірність успіху.</w:t>
      </w:r>
    </w:p>
    <w:p>
      <w:r>
        <w:br/>
        <w:t>— Але як може заміна літери на будь-що вплинути?</w:t>
      </w:r>
    </w:p>
    <w:p>
      <w:r>
        <w:br/>
        <w:t>— А як може впливати будь-яке ім'я? — м'яко запитав нумеролог. — Я не можу пояснити. Якийсь вплив є, ось і все, що можу сказати. Я ж застерігав, що не гарантую результатів. Звичайно, якщо ви не бажаєте міняти, то залишіть все, як було. Але в цьому випадку гонорару я не повертаю.</w:t>
      </w:r>
    </w:p>
    <w:p>
      <w:r>
        <w:br/>
        <w:t>— Що ж мені робити? — запитав Зебатинський. — Просто казати всім, що моє прізвище починається на "С"?</w:t>
      </w:r>
    </w:p>
    <w:p>
      <w:r>
        <w:br/>
        <w:t>— Проконсультуйтеся з адвокатом, якщо дозволите дати вам пораду. Змініть своє прізвище офіційно. Адвокат допоможе залагодити деякі формальності.</w:t>
      </w:r>
    </w:p>
    <w:p>
      <w:r>
        <w:br/>
        <w:t>— І скільки треба чекати? Я маю на увазі, щоб мої справи пішли на краще?</w:t>
      </w:r>
    </w:p>
    <w:p>
      <w:r>
        <w:br/>
        <w:t>— Звідки я можу знати? Може, ніколи. Може, завтра.</w:t>
      </w:r>
    </w:p>
    <w:p>
      <w:r>
        <w:br/>
        <w:t>— Але ж ви бачили майбутнє. Ви стверджуєте, що бачили його.</w:t>
      </w:r>
    </w:p>
    <w:p>
      <w:r>
        <w:br/>
        <w:t>— Не як у кришталевій кулі. Ні-ні, докторе Зебатинський. Із свого комп'ютера я отримую лише набір закодованих даних. Я можу зачитати вам імовірності, але картинок я там не бачив.</w:t>
      </w:r>
    </w:p>
    <w:p>
      <w:r>
        <w:br/>
        <w:t>Зебатинський повернувся і швидкою ходою подався геть. П'ятдесят доларів за заміну літери! П'ятдесят доларів за Себатинського! Господи, що за прізвище! Гірше, ніж Зебатинський!</w:t>
      </w:r>
    </w:p>
    <w:p>
      <w:r>
        <w:br/>
        <w:t>Ще один місяць минув, поки він набрався відваги піти до адвоката і нарешті таки подався до нього.</w:t>
      </w:r>
    </w:p>
    <w:p>
      <w:r>
        <w:br/>
        <w:t>Він переконував себе, що завжди зможе повернути своє прізвище назад.</w:t>
      </w:r>
    </w:p>
    <w:p>
      <w:r>
        <w:br/>
        <w:t>Треба спробувати, умовляв він себе.</w:t>
      </w:r>
    </w:p>
    <w:p>
      <w:r>
        <w:br/>
        <w:t>Зрештою, в бісову душу, законом це не заборонено!</w:t>
      </w:r>
    </w:p>
    <w:p>
      <w:r>
        <w:br/>
        <w:t>Аркуш за аркушем Генрі Бранд переглядав папку призвичаєним оком людини, яка провела у Безпеці вже чотирнадцять років. Йому не потрібно було вчитуватись у кожне слово. Будь-що підозріле само стрибнуло б із сторінки і штрикнуло в око.</w:t>
      </w:r>
    </w:p>
    <w:p>
      <w:r>
        <w:br/>
        <w:t>— Як на мене, то цей чоловік ніби чистий, — сказав він. Сам Генрі Бранд також виглядав чистим: м'яке округле черевце, рожеве і щойно умите обличчя. Здавалося, ніби тривалий контакт з усім діапазоном людських прогрішень — від можливої необізнаності до можливої державної зради — виробив у нього звичку до частого вмивання.</w:t>
      </w:r>
    </w:p>
    <w:p>
      <w:r>
        <w:br/>
        <w:t>Лейтенант Альберт Квінсі, який приніс папку, був молодий і сповнений відповідальності за своє звання офіцера Безпеки на Генфордській станції.</w:t>
      </w:r>
    </w:p>
    <w:p>
      <w:r>
        <w:br/>
        <w:t>— Але чому тоді Себатинський? — домагався він.</w:t>
      </w:r>
    </w:p>
    <w:p>
      <w:r>
        <w:br/>
        <w:t>— Чому б і ні?</w:t>
      </w:r>
    </w:p>
    <w:p>
      <w:r>
        <w:br/>
        <w:t>— Тому що ніякого сенсу. Зебатинський — прізвище іншомовне, і якби мене так звали, то я сам його поміняв би. Але міняв би на щось англосакське. Якби Зебатинський так зробив, то це було б зрозуміло і я навіть не звернув би уваги. Але яка рація міняти "З" на "С"? Я гадаю, що ми повинні з'ясувати першопричину.</w:t>
      </w:r>
    </w:p>
    <w:p>
      <w:r>
        <w:br/>
        <w:t>— А в нього безпосередньо хтось питався?</w:t>
      </w:r>
    </w:p>
    <w:p>
      <w:r>
        <w:br/>
        <w:t>— Аякже! Звичайно, під виглядом буденної розмови. Я подбав про це заздалегідь. Він відговорюється лише тим, що йому набридло бути останнім у списках!</w:t>
      </w:r>
    </w:p>
    <w:p>
      <w:r>
        <w:br/>
        <w:t>— Таке трапляється, чи не так, лейтенанте?</w:t>
      </w:r>
    </w:p>
    <w:p>
      <w:r>
        <w:br/>
        <w:t>— Трапляється, але чому тоді прізвище не змінити на Сендз або Сміт, якщо йому так закортіло "С"? А коли вже набридло "З", то чому не бути до кінця послідовним і не пересунутись на початок алфавіту? Чому б тоді, скажімо, не... м-м-м... Ааронс?</w:t>
      </w:r>
    </w:p>
    <w:p>
      <w:r>
        <w:br/>
        <w:t>— Не надто англосакське, — пробурмотів Бранд. Потім додав: — Але йому нічого не закинеш. Незалежно від наших підозр щодо зміни прізвища, для звинувачення цього замало.</w:t>
      </w:r>
    </w:p>
    <w:p>
      <w:r>
        <w:br/>
        <w:t>Лейтенант Квінсі не міг приховати розчарування.</w:t>
      </w:r>
    </w:p>
    <w:p>
      <w:r>
        <w:br/>
        <w:t>— Признайтеся, лейтенанте, — допитувався Бранд, — вас наче щось таке непокоїть? Щось на думці, якась версія, якась заковика? Що саме?</w:t>
      </w:r>
    </w:p>
    <w:p>
      <w:r>
        <w:br/>
        <w:t>Лейтенант спохмурнів. Його світлі брови звелися докупи, а губи стислися.</w:t>
      </w:r>
    </w:p>
    <w:p>
      <w:r>
        <w:br/>
        <w:t>— Добре, хай йому чорти, сер, ця людина — росіянин.</w:t>
      </w:r>
    </w:p>
    <w:p>
      <w:r>
        <w:br/>
        <w:t>— Аж ніяк! — заперечив Бранд. — Він американець у третьому поколінні.</w:t>
      </w:r>
    </w:p>
    <w:p>
      <w:r>
        <w:br/>
        <w:t>— Я хочу сказати, що в нього російське прізвище.</w:t>
      </w:r>
    </w:p>
    <w:p>
      <w:r>
        <w:br/>
        <w:t>З Брандового обличчя зійшла дещиця оманливої лагідності.</w:t>
      </w:r>
    </w:p>
    <w:p>
      <w:r>
        <w:br/>
        <w:t>— Ні, лейтенанте, знову помиляєтеся. Польське.</w:t>
      </w:r>
    </w:p>
    <w:p>
      <w:r>
        <w:br/>
        <w:t>Лейтенант нервовим рухом підняв руки долонями догори.</w:t>
      </w:r>
    </w:p>
    <w:p>
      <w:r>
        <w:br/>
        <w:t>— Не один біс?</w:t>
      </w:r>
    </w:p>
    <w:p>
      <w:r>
        <w:br/>
        <w:t>— Не кажіть цього полякам, — відрізав Бранд, чия матір мала дівоче прізвище Вишевська, потім додав розважливіше: — Гадаю, що і росіянам не слід так казати.</w:t>
      </w:r>
    </w:p>
    <w:p>
      <w:r>
        <w:br/>
        <w:t>— Я мав на увазі, сер, — червоніючи, виправдовувався лейтенант, — що і поляки, і росіяни по той бік Завіси.</w:t>
      </w:r>
    </w:p>
    <w:p>
      <w:r>
        <w:br/>
        <w:t>— Це всім відомо.</w:t>
      </w:r>
    </w:p>
    <w:p>
      <w:r>
        <w:br/>
        <w:t>— І Зебатинський чи Себатинський — називайте, як вам подобається, — може мати там родичів.</w:t>
      </w:r>
    </w:p>
    <w:p>
      <w:r>
        <w:br/>
        <w:t>— Він з третього покоління. Міркую, що в нього можуть там бути троюрідні брати й сестри, і що з того?</w:t>
      </w:r>
    </w:p>
    <w:p>
      <w:r>
        <w:br/>
        <w:t>— Само по собі нічого. Багато людей можуть мати там далеких родичів. Але Зебатинський змінив своє прізвище.</w:t>
      </w:r>
    </w:p>
    <w:p>
      <w:r>
        <w:br/>
        <w:t>— А далі?</w:t>
      </w:r>
    </w:p>
    <w:p>
      <w:r>
        <w:br/>
        <w:t>— Може, він намагається відвернути увагу. Може, якийсь троюрідний брат стає там занадто знаменитим, і наш Зебатинський боїться, що родинні зв'язки підмочать його власні шанси на просування.</w:t>
      </w:r>
    </w:p>
    <w:p>
      <w:r>
        <w:br/>
        <w:t>— Зміна прізвища нічого не дає. Він усе одно залишається троюрідним братом.</w:t>
      </w:r>
    </w:p>
    <w:p>
      <w:r>
        <w:br/>
        <w:t>— Звісно, але він позбувається відчуття, ніби він витикає нам очі своїми родинними зв'язками.</w:t>
      </w:r>
    </w:p>
    <w:p>
      <w:r>
        <w:br/>
        <w:t>— Ну а ви самі колись чули про якого-небудь Зебатинського на тому боці?</w:t>
      </w:r>
    </w:p>
    <w:p>
      <w:r>
        <w:br/>
        <w:t>— Ні, сер.</w:t>
      </w:r>
    </w:p>
    <w:p>
      <w:r>
        <w:br/>
        <w:t>— Тоді він не може бути надто знаменитим. Звідки про нього довідався б наш Зебатинський?</w:t>
      </w:r>
    </w:p>
    <w:p>
      <w:r>
        <w:br/>
        <w:t>— Він може підтримувати зв'язки з родичами. За умови, що він ядерний фізик, це вже викликає підозру.</w:t>
      </w:r>
    </w:p>
    <w:p>
      <w:r>
        <w:br/>
        <w:t>Бранд знову методично поперегортав папку.</w:t>
      </w:r>
    </w:p>
    <w:p>
      <w:r>
        <w:br/>
        <w:t>— Страшенно тонко, лейтенанте. Настільки тонко, що аж абсолютно непомітно.</w:t>
      </w:r>
    </w:p>
    <w:p>
      <w:r>
        <w:br/>
        <w:t>— А ви, сер, можете якось інакше пояснити причину саме такої зміни прізвища?</w:t>
      </w:r>
    </w:p>
    <w:p>
      <w:r>
        <w:br/>
        <w:t>— Ні, не можу. Визнаю.</w:t>
      </w:r>
    </w:p>
    <w:p>
      <w:r>
        <w:br/>
        <w:t>— В такому разі, сер, я вважаю, що ми повинні провести розслідування. Ми повинні на тому боці розшукати людину на прізвище Зебатинський і перевірити, чи не існує якогось зв'язку. — Голос лейтенанта трішечки погучнішав, коли йому спала на думку нова ідея: — Може, він змінив прізвище, щоб відвернути увагу від них. Щоб прикрити їх.</w:t>
      </w:r>
    </w:p>
    <w:p>
      <w:r>
        <w:br/>
        <w:t>— Тоді він робить якраз протилежне.</w:t>
      </w:r>
    </w:p>
    <w:p>
      <w:r>
        <w:br/>
        <w:t>— Може, він цього не усвідомлює, але прикриття росіян якраз може бути мотивацією зміни прізвища.</w:t>
      </w:r>
    </w:p>
    <w:p>
      <w:r>
        <w:br/>
        <w:t>— Гаразд. — Бранд зітхнув. — Закинемо гачок на Зебатинського. Однак, лейтенанте, якщо нічого не виявиться, то справу ми закриємо. Залишіть папку мені.</w:t>
      </w:r>
    </w:p>
    <w:p>
      <w:r>
        <w:br/>
        <w:t>Коли Брандові нарешті принесли зібрану інформацію, то він давно вже забув і про лейтенанта, і про його версії. Тому перше, що спало йому на думку, коли він взяв у руки перелік сімнадцяти біографій сімнадцяти громадян Польщі і Радянського Союзу — самі Зебатинські, — було: що за чорт?</w:t>
      </w:r>
    </w:p>
    <w:p>
      <w:r>
        <w:br/>
        <w:t>Потім згадав, лайнувся про себе і заходився читати. Розпочиналося американцями. Маршалл Зебатинський (відбитки пальців), уродженець Буффало, штат Нью-Йорк (дата, лікарняна статистика). Батько так само, уродженець Буффало, мати — Освего, штат Нью-Йорк. Дід і бабуся з батькового боку, уродженці Бялистока, Польща (дата в'їзду в Сполучені Штати, дати надання громадянства, фотографії).</w:t>
      </w:r>
    </w:p>
    <w:p>
      <w:r>
        <w:br/>
        <w:t>Всі сімнадцять громадян Радянського Союзу і Польщі на прізвище Зебатинський походять від осіб, які півстоліття тому жили в Бялистоку або поблизу нього. Ймовірно, що всі вони могли бути родичами, але в жодному окремому випадку цього достеменно не вказувалося. Внаслідок першої світової війни акти громадянського стану в Східній Європі велися незадовільно, якщо вони взагалі велися.</w:t>
      </w:r>
    </w:p>
    <w:p>
      <w:r>
        <w:br/>
        <w:t>Бранд перечитував усі по черзі життєписи живих Зебатинських, чоловіків і жінок (на диво сумлінно працює розвідка, російська, мабуть, не менш сумлінно). На одній біографії він зупинився, його брови зметнулися догори, а гладеньке чоло взялося зморшками. Цей життєпис він відклав набік і читав далі. А потім усі біографії, крім відкладеної, склав докупи і запхав назад у конверт.</w:t>
      </w:r>
    </w:p>
    <w:p>
      <w:r>
        <w:br/>
        <w:t>І, дивлячись на ту, відкладену, він барабанив по стільниці акуратно обрізаними нігтями.</w:t>
      </w:r>
    </w:p>
    <w:p>
      <w:r>
        <w:br/>
        <w:t>З певною нехіттю Бранд подався з візитом в Комісію по Атомній Енергетиці до доктора Поля Крістова.</w:t>
      </w:r>
    </w:p>
    <w:p>
      <w:r>
        <w:br/>
        <w:t>Доктор Крістов слухав з незворушною міною. Час від часу він підіймав мізинець, торкаючись ним до схожого на картоплину носа і знімаючи неіснуючу цяточку.</w:t>
      </w:r>
    </w:p>
    <w:p>
      <w:r>
        <w:br/>
        <w:t>— Ні про якого росіянина Зебатинського я не чув. Але про американського я також не чув.</w:t>
      </w:r>
    </w:p>
    <w:p>
      <w:r>
        <w:br/>
        <w:t>— Добре! — Бранд пошкрябав над скронею, де починалося волосся, і повільно промовив: — Я не гадаю, що там аж щось такого може бути, але не хотілося б закривати цю справу занадто поспішно. У мене на хвості молоденький лейтенантик, а ви знаєте, які вони бувають. Я не хочу давати йому приводу звертатися в Комітет Конгресу. Крім того, це ж факт, що один з російських Зебатинських, Михайло Андрійович Зебатинський, таки справді фізик-ядерник. Ви певні, що ніколи про нього не чули?</w:t>
      </w:r>
    </w:p>
    <w:p>
      <w:r>
        <w:br/>
        <w:t>— Михайло Андрійович Зебатинський? Ні... Ні, не чув ніколи. Та це ще нічого не доводить.</w:t>
      </w:r>
    </w:p>
    <w:p>
      <w:r>
        <w:br/>
        <w:t>— Я міг би сказати, що це збіг, але, знаєте, тих збігів трошки забагато. Один Зебатинський тут, один Зебатинський там, обидва ядерні фізики, і той, що тут, несподівано міняє своє прізвище на Себатинський і дуже з цим носиться. Не приведи господь не так написати! Тоді він категорично вимагає: "Моє прізвище починається на "С"! Все це досить добре вкладається у версії мого пильного лейтенанта, і йому це трішечки занадто на руку, до того ж іще одна дивна обставина: росіянин Зебатинський саме з рік тому щез з поля зору.</w:t>
      </w:r>
    </w:p>
    <w:p>
      <w:r>
        <w:br/>
        <w:t>— Страчений! — флегматично констатував доктор Крістов.</w:t>
      </w:r>
    </w:p>
    <w:p>
      <w:r>
        <w:br/>
        <w:t>— Може й таке бути. У звичайному випадку я так і вважав би, хоча росіяни не дурніші за нас, і не страчують першого-ліпшого фізика-ядерника, якщо без цього можна обійтись. Річ у тім, що бувають інші обставини, за яких ядерний фізик з доброго дива несподівано зникає. Не мені вам про це розповідати.</w:t>
      </w:r>
    </w:p>
    <w:p>
      <w:r>
        <w:br/>
        <w:t>— Надзвичайні дослідження. Цілком таємно. Гадаю, ви саме це маєте на увазі. А ви впевнені, що все саме так?</w:t>
      </w:r>
    </w:p>
    <w:p>
      <w:r>
        <w:br/>
        <w:t>— Зберіть усе докупи, додайте сюди лейтенантову інтуїцію, і мені стає просто цікаво.</w:t>
      </w:r>
    </w:p>
    <w:p>
      <w:r>
        <w:br/>
        <w:t>— Дайте-но мені ту біографію, — доктор Крістов взяв у руки аркуш, перечитав його двічі. Похитав головою. Нарешті сказав: — Пошукаю в "Ядерних виписках".</w:t>
      </w:r>
    </w:p>
    <w:p>
      <w:r>
        <w:br/>
        <w:t>"Ядерними виписками" — маленькими акуратними скриньками, заповненими ‘квадратиками мікроплівок — була викладена ціла стіна в кабінеті доктора Крістова.</w:t>
      </w:r>
    </w:p>
    <w:p>
      <w:r>
        <w:br/>
        <w:t>Службовець КАЕ крізь свій проектор переглядав алфавітний покажчик, а Бранд тим часом спостерігав, з яким терпінням людина може проводити пошук.</w:t>
      </w:r>
    </w:p>
    <w:p>
      <w:r>
        <w:br/>
        <w:t>— Михайло Зебатинський, — пробурмотів доктор Крістов, — автор та співавтор півдесятка статей у радянських журналах за останніх півдесятка років. Тепер візьмемо виписки і звідти, може, щось з'ясуємо. Я сумніваюсь в успіху.</w:t>
      </w:r>
    </w:p>
    <w:p>
      <w:r>
        <w:br/>
        <w:t>Автоматичний шукач викинув потрібні квадратики. Доктор Крістов підрівняв їх, уклав у проектор і почав переглядати.</w:t>
      </w:r>
    </w:p>
    <w:p>
      <w:r>
        <w:br/>
        <w:t>Поступово на його обличчя касувався вираз напруженого подиву.</w:t>
      </w:r>
    </w:p>
    <w:p>
      <w:r>
        <w:br/>
        <w:t>— Дивуюся, — сказав він.</w:t>
      </w:r>
    </w:p>
    <w:p>
      <w:r>
        <w:br/>
        <w:t>— Чому дивуєтеся? — запитав Бранд.</w:t>
      </w:r>
    </w:p>
    <w:p>
      <w:r>
        <w:br/>
        <w:t>— Поки що я краще не казатиму. — Доктор Крістов відкинувся у кріслі. — Ви не зможете дістати мені список радянських ядерних фізиків, які за останній рік зникли з поля зору?</w:t>
      </w:r>
    </w:p>
    <w:p>
      <w:r>
        <w:br/>
        <w:t>— Тобто, ви щось запримітили?</w:t>
      </w:r>
    </w:p>
    <w:p>
      <w:r>
        <w:br/>
        <w:t>— Не зовсім так. У всякому разі, не так, щоб я щось раптом виявив у одній з цих статей. Однак, переглядаючи їх і знаючи, що людина може бути причетною до програми надзвичайних досліджень... а до того ж ви ще розбудили в мені підозру... — Він знизав плечима. — Нічого не запримітив.</w:t>
      </w:r>
    </w:p>
    <w:p>
      <w:r>
        <w:br/>
        <w:t>— Мені хотілося б, щоб ви все-таки поділилися своєю думкою, — щиро запропонував Бранд. — Тут ми можемо однаково відчувати себе дурнями удвох.</w:t>
      </w:r>
    </w:p>
    <w:p>
      <w:r>
        <w:br/>
        <w:t>— Якщо вже вам аж так хочеться... Цілком можливо, що ця людина намацує шлях до відбивання гамма-радіації.</w:t>
      </w:r>
    </w:p>
    <w:p>
      <w:r>
        <w:br/>
        <w:t>— І що це означає?</w:t>
      </w:r>
    </w:p>
    <w:p>
      <w:r>
        <w:br/>
        <w:t>— Якщо зможуть винайти відбивний екран для гамма-випромінювання, то це дасть змогу будувати індивідуальні сховища для захисту від радіоактивних опадів. Якраз вони і є справжньою небезпекою, розумієте? Воднева бомба може знищити місто, а радіоактивні опади несуть населенню повільну смерть у смузі довжиною в тисячі миль і шириною в сотні миль.</w:t>
      </w:r>
    </w:p>
    <w:p>
      <w:r>
        <w:br/>
        <w:t>— У нас над цим працюють? — швидко запитав Бранд.</w:t>
      </w:r>
    </w:p>
    <w:p>
      <w:r>
        <w:br/>
        <w:t>— Ні.</w:t>
      </w:r>
    </w:p>
    <w:p>
      <w:r>
        <w:br/>
        <w:t>— І якщо вони матимуть екран, а ми ні, то вони після завершення своєї екранної програми зможуть цілком знищити Сполучені Штати, заплативши, скажімо, десятьма своїми містами.</w:t>
      </w:r>
    </w:p>
    <w:p>
      <w:r>
        <w:br/>
        <w:t>— До цього ще далеко... А навколо чого ми, власне, здіймаємо галас? Всі наші висновки базуються на тому, що якась людина міняє у своєму прізвищі літеру!</w:t>
      </w:r>
    </w:p>
    <w:p>
      <w:r>
        <w:br/>
        <w:t>— Погоджуюся! Я збожеволів! — погодився Бранд. — Але на цій стадії я справи не полишу. Тільки не на цій стадії. Я роздобуду для вас список зниклих ядерних фізиків, навіть якщо мені доведеться помандрувати по нього в Москву.</w:t>
      </w:r>
    </w:p>
    <w:p>
      <w:r>
        <w:br/>
        <w:t>Список він роздобув. Бранд і доктор Крістов проглянули всі дослідницькі статті кожного із внесених у список. Скликали повне засідання Комісії, а потім — ядерних світил країни. Нарешті доктор Крістов вийшов із запізнілого вечірнього засідання, на яке навідався особисто сам Президент.</w:t>
      </w:r>
    </w:p>
    <w:p>
      <w:r>
        <w:br/>
        <w:t>Бранд чекав на нього. Обидва вони були на вигляд змучені і невиспані.</w:t>
      </w:r>
    </w:p>
    <w:p>
      <w:r>
        <w:br/>
        <w:t>— Ну? — запитав Бранд.</w:t>
      </w:r>
    </w:p>
    <w:p>
      <w:r>
        <w:br/>
        <w:t>— Більшість за. — Крістов кивнув головою. — Деяких ще й дотепер бере сумнів, але більшість погоджується.</w:t>
      </w:r>
    </w:p>
    <w:p>
      <w:r>
        <w:br/>
        <w:t>— А ви? Ви самі впевнені?</w:t>
      </w:r>
    </w:p>
    <w:p>
      <w:r>
        <w:br/>
        <w:t>— Аж ніяк, але поміркуймо: легше повірити, що Радянський Союз працює над гамма-промінним екраном, ніж у те, що у всій зібраній нами інформації відсутній внутрішній зв'язок.</w:t>
      </w:r>
    </w:p>
    <w:p>
      <w:r>
        <w:br/>
        <w:t>— Чи прийнято ухвалу також розпочати дослідження по екрану?</w:t>
      </w:r>
    </w:p>
    <w:p>
      <w:r>
        <w:br/>
        <w:t>— Так! — Крістов пригладив рукою своєю коротке, їжакувате волосся, відтворивши сухий, схожий на шепіт звук. — Ми вкладаємо в цю справу все, що у нас є. Знаючи праці зниклих спеціалістів, ми зможемо швидко наступити їм на п'яти. Ми зможемо навіть обігнати їх... Звичайно, вони довідаються, що ми зайнялися цією проблемою.</w:t>
      </w:r>
    </w:p>
    <w:p>
      <w:r>
        <w:br/>
        <w:t>— Нехай довідуються, — сказав Бранд. — Нехай довідуються. Це стримає їх від нападу. Я не вбачаю зиску в простому обміні десяти наших міст на десять їхніх, якщо і ми, і вони захищені, а вони занадто недолугі, щоб про це дізнатися.</w:t>
      </w:r>
    </w:p>
    <w:p>
      <w:r>
        <w:br/>
        <w:t>— Але не занадто швидко. Ми проти того, щоб вони дізналися занадто швидко. А як з американським Зебатинським-Себатинським?</w:t>
      </w:r>
    </w:p>
    <w:p>
      <w:r>
        <w:br/>
        <w:t>Бранд спохмурнів і похитав головою.</w:t>
      </w:r>
    </w:p>
    <w:p>
      <w:r>
        <w:br/>
        <w:t>— Ще й досі не виявили нічого, що поєднувало б його з усією справою. Хай йому біс, ми ж таки шукали! Я, звичайно, погоджуюся з вами. Там, де він працює тепер, надто критичне місце, і ми не можемо собі дозволити тримати його там далі, навіть якщо він чистий.</w:t>
      </w:r>
    </w:p>
    <w:p>
      <w:r>
        <w:br/>
        <w:t>— Але ж і вишпурити його так просто ми не можемо, бо росіяни почнуть дивуватися.</w:t>
      </w:r>
    </w:p>
    <w:p>
      <w:r>
        <w:br/>
        <w:t>— У вас є якісь пропозиції?</w:t>
      </w:r>
    </w:p>
    <w:p>
      <w:r>
        <w:br/>
        <w:t>У тиші й безлюдді четвертої години ранку доктор Крістов і Бранд простували до ліфта в самому кінці довгого коридора.</w:t>
      </w:r>
    </w:p>
    <w:p>
      <w:r>
        <w:br/>
        <w:t>— Я цікавився ним як працівником, — сказав доктор Крістов. — Добрий фахівець, кращий, ніж більшість інших, не задоволений своїм становищем. Колективна праця не для йото характеру.</w:t>
      </w:r>
    </w:p>
    <w:p>
      <w:r>
        <w:br/>
        <w:t>— Аж так?</w:t>
      </w:r>
    </w:p>
    <w:p>
      <w:r>
        <w:br/>
        <w:t>— Але він підходить до академічної роботи. Якби нам пощастило влаштувати так, щоб якийсь великий університет запропонував йому кафедру фізики, то, гадаю, він погодився б із задоволенням. Там знайдеться доволі некритичних сфер діяльності, а ми зможемо тримати його під постійним контролем. До того ж це виглядатиме природним просуванням по службі. Росіяни не мали б чого чухати потилиці. Як ви на це?</w:t>
      </w:r>
    </w:p>
    <w:p>
      <w:r>
        <w:br/>
        <w:t>— Непогана ідея! — Бранд кивнув на знак згоди. — Навіть звучить добре. Я доповім шефові.</w:t>
      </w:r>
    </w:p>
    <w:p>
      <w:r>
        <w:br/>
        <w:t>Вони зайшли в ліфт, і тут Бранд дозволив собі з усього подивуватися. Такий кінець справи, розпочатої з заміни однієї літери у прізвищі!</w:t>
      </w:r>
    </w:p>
    <w:p>
      <w:r>
        <w:br/>
        <w:t>Маршаллові Себатинському ледь не відібрало мову від хвилювання.</w:t>
      </w:r>
    </w:p>
    <w:p>
      <w:r>
        <w:br/>
        <w:t>— Присягаюсь, — переконував він дружину, — що й сам не второпаю, як це сталося. Мені б і в голову не прийшло, що вони можуть відрізнити мене від мезонного детектора. Боже милий, Софі, ад'юнкт-професор кафедри фізики у Прінстонському університеті! Подумати тільки!</w:t>
      </w:r>
    </w:p>
    <w:p>
      <w:r>
        <w:br/>
        <w:t>— Як ти гадаєш, — запитала Софі, — чи не вплинув тут твій реферат на сесії Товариства Американських Фізиків.</w:t>
      </w:r>
    </w:p>
    <w:p>
      <w:r>
        <w:br/>
        <w:t>— Не думаю. То була сіренька доповідь, які нав'язують по черзі кожному працівникові лабораторії. — Він ляснув пальцями. — То, мабуть, Прінстон збирав про мене дані. Ось воно що! Знаєш, всі ті анкети, що я заповнював за останніх півроку, всі ті розпити без пояснень причин! Чесно кажучи, я вже думав, що мене підозрюють у підривній діяльності. А це Прінстон мене вивчав. Ґрунтовний у них підхід!</w:t>
      </w:r>
    </w:p>
    <w:p>
      <w:r>
        <w:br/>
        <w:t>— А може, це твоє прізвище? — закинула Софі. — Я маю на увазі зміну.</w:t>
      </w:r>
    </w:p>
    <w:p>
      <w:r>
        <w:br/>
        <w:t>— Слухай уважно. Нарешті моя професійна діяльність належатиме мені особисто. Я ще себе покажу! Оскільки у мене з'явиться шанс працювати без... — він урвав себе на півслові і повернувся, щоб глянути на дружину. — Моє прізвище? Ти маєш на увазі "С"?</w:t>
      </w:r>
    </w:p>
    <w:p>
      <w:r>
        <w:br/>
        <w:t>— До того як ти змінив прізвище, тобі ж не давали пропозицій. Хіба не так?</w:t>
      </w:r>
    </w:p>
    <w:p>
      <w:r>
        <w:br/>
        <w:t>— І ще довго після того. Ні, з прізвищем просто збіг. Я вже казав тобі, Софі, то просто п'ятдесят викинутих доларів, щоб ти затихла. Господи, яким йолопом почував я себе всі ці місяці, наполягаючи на тому дурному "С"!</w:t>
      </w:r>
    </w:p>
    <w:p>
      <w:r>
        <w:br/>
        <w:t>— Я тебе, Маршалле, не примушувала міняти, — негайно перейшла до оборони Софі. — Я запропонувала, але ж не гризла тебе. Так що не дорікай. А крім того, все склалося добре. Я впевнена, що без прізвища тут не обійшлося.</w:t>
      </w:r>
    </w:p>
    <w:p>
      <w:r>
        <w:br/>
        <w:t>— Забобони! — Себатинський поблажливо посміхнувся.</w:t>
      </w:r>
    </w:p>
    <w:p>
      <w:r>
        <w:br/>
        <w:t>— Називай собі як хочеш, але не смій знову міняти прізвища!</w:t>
      </w:r>
    </w:p>
    <w:p>
      <w:r>
        <w:br/>
        <w:t>— Гаразд, не буду. Гадаю, що не буду. Я стільки наморочився, поки привчив усіх писати моє прізвище через "С", що мене аж нудить від самої думки повертати на старе. А може, поміняти прізвище на Джонс, га? — він розсміявся майже до істерики.</w:t>
      </w:r>
    </w:p>
    <w:p>
      <w:r>
        <w:br/>
        <w:t>— Не смій навіть думати! — Софі не сміялася.</w:t>
      </w:r>
    </w:p>
    <w:p>
      <w:r>
        <w:br/>
        <w:t>— Ох, даруй. Я пожартував. Знаєш що? Загляну я цими днями до того старого, скажу, що все вийшло, і дам йому ще десятку. Це тебе влаштовує?</w:t>
      </w:r>
    </w:p>
    <w:p>
      <w:r>
        <w:br/>
        <w:t>Його радості якраз вистачало, щоб наступного тижня так і зробити. Тепер він не маскувався. На носі сиділи окуляри, на плечах — буденний костюм, а на голові не було капелюха.</w:t>
      </w:r>
    </w:p>
    <w:p>
      <w:r>
        <w:br/>
        <w:t>Наближаючись до вітрини, Себатинський навіть мугикав під ніс; він ступив убік, щоб дати дорогу втомленій, роздратованій жінці, яка штовхала перед собою коляску з близнятами.</w:t>
      </w:r>
    </w:p>
    <w:p>
      <w:r>
        <w:br/>
        <w:t>Взявся за дверну ручку, великий палець поклав на залізну клямку. Під натиском пальця клямка не поворухнулася. Двері були зачинені на замок.</w:t>
      </w:r>
    </w:p>
    <w:p>
      <w:r>
        <w:br/>
        <w:t>Пошукав очима запилену і невиразну карточку з написом "Нумеролог". Карточка зникла. Інший напис, друкований, пожовклий і покручений від сонця, повідомляв: "Винаймається".</w:t>
      </w:r>
    </w:p>
    <w:p>
      <w:r>
        <w:br/>
        <w:t>Себатинський знизав плечима. От і маєш! Він хотів зробити добре.</w:t>
      </w:r>
    </w:p>
    <w:p>
      <w:r>
        <w:br/>
        <w:t>Героунд, щасливо позбавлений матеріального придатку, крутонувся від радості, і його енергетичні вихори засяяли тьмяним багрянцем на кілька кубічних гіпермиль.</w:t>
      </w:r>
    </w:p>
    <w:p>
      <w:r>
        <w:br/>
        <w:t>— Я виграв? Я виграв? — допитувався він.</w:t>
      </w:r>
    </w:p>
    <w:p>
      <w:r>
        <w:br/>
        <w:t>Местак зіщулився, його вихори набули форми майже сферичного сяйва у гіперпросторі.</w:t>
      </w:r>
    </w:p>
    <w:p>
      <w:r>
        <w:br/>
        <w:t>— Я ще не підрахував.</w:t>
      </w:r>
    </w:p>
    <w:p>
      <w:r>
        <w:br/>
        <w:t>— Гаразд, рахуй собі. Зволіканням результатів аж ніяк не зміниш. Уф-ф-ф! Яке полегшення повернутися назад у чисту енергію! Цілий мікроцикл я був матеріальним тілом, до того ж майже зношеним. Але варт було помучитися, щоб утерти тобі носа.</w:t>
      </w:r>
    </w:p>
    <w:p>
      <w:r>
        <w:br/>
        <w:t>— Ну добре, — озвався Местак, — я визнаю, що ти відвернув на планеті ядерну війну.</w:t>
      </w:r>
    </w:p>
    <w:p>
      <w:r>
        <w:br/>
        <w:t>— Ефект класу "А", чи ні?</w:t>
      </w:r>
    </w:p>
    <w:p>
      <w:r>
        <w:br/>
        <w:t>— Ефект класу "А". Не заперечую.</w:t>
      </w:r>
    </w:p>
    <w:p>
      <w:r>
        <w:br/>
        <w:t>— Добре! Тепер перевір і переконайся, чи не досяг я ефекту класу "А" за допомогою стимулу класу "Е". Я змінив одну літеру в одному прізвищі.</w:t>
      </w:r>
    </w:p>
    <w:p>
      <w:r>
        <w:br/>
        <w:t>— Що?</w:t>
      </w:r>
    </w:p>
    <w:p>
      <w:r>
        <w:br/>
        <w:t>— О, не турбуйся. Я все приготував. Постарався спеціально для тебе.</w:t>
      </w:r>
    </w:p>
    <w:p>
      <w:r>
        <w:br/>
        <w:t>— Здаюся. Стимул класу "Е", — з неохотою погодився Местак.</w:t>
      </w:r>
    </w:p>
    <w:p>
      <w:r>
        <w:br/>
        <w:t>— В такому разі я виграв! Визнай!</w:t>
      </w:r>
    </w:p>
    <w:p>
      <w:r>
        <w:br/>
        <w:t>— Ні я, ні ти не виграємо, коли дізнається Страж.</w:t>
      </w:r>
    </w:p>
    <w:p>
      <w:r>
        <w:br/>
        <w:t>Героунд, який побував на Землі літнім нумерологом і ще не прийшов до тями від полегшення, що більше не треба ним бути, зауважив:</w:t>
      </w:r>
    </w:p>
    <w:p>
      <w:r>
        <w:br/>
        <w:t>— Щось ти цим не переймався, коли бився об заклад!</w:t>
      </w:r>
    </w:p>
    <w:p>
      <w:r>
        <w:br/>
        <w:t>— Бо не сподівався, що в тебе вистачить дурості грати.</w:t>
      </w:r>
    </w:p>
    <w:p>
      <w:r>
        <w:br/>
        <w:t>— Балачки! До того ж, навіщо перейматися? Стимулу класу "Е" Страж ніколи не помітить.</w:t>
      </w:r>
    </w:p>
    <w:p>
      <w:r>
        <w:br/>
        <w:t>— Може, й ні, але він помітить ефект класу "А". Ті матеріальні все ще існуватимуть через десяток циклів. Таке Страж не пропустить.</w:t>
      </w:r>
    </w:p>
    <w:p>
      <w:r>
        <w:br/>
        <w:t>— Местаку, вся приключка в тому, що ти не бажаєш платити. Крутиш.</w:t>
      </w:r>
    </w:p>
    <w:p>
      <w:r>
        <w:br/>
        <w:t>— Я заплачу. Але почекай, поки Страж не виявить, що ми взялися за незатверджену проблему і провели несанкціоновані зміни. Звичайно, якщо лише... — він замовк.</w:t>
      </w:r>
    </w:p>
    <w:p>
      <w:r>
        <w:br/>
        <w:t>— Гаразд, — запропонував Героунд, — поміняємо все назад. Він не дізнається.</w:t>
      </w:r>
    </w:p>
    <w:p>
      <w:r>
        <w:br/>
        <w:t>У світлому енергетичному спектрі Местака з'явилося потужне сяйво.</w:t>
      </w:r>
    </w:p>
    <w:p>
      <w:r>
        <w:br/>
        <w:t>— Якщо ти хочеш, щоб він не помітив, то доведеться знову застосувати стимул класу "Е".</w:t>
      </w:r>
    </w:p>
    <w:p>
      <w:r>
        <w:br/>
        <w:t>— Я зможу! — Проте в голосі Героунда вчувалися нотки вагання.</w:t>
      </w:r>
    </w:p>
    <w:p>
      <w:r>
        <w:br/>
        <w:t>— Сумніваюся!</w:t>
      </w:r>
    </w:p>
    <w:p>
      <w:r>
        <w:br/>
        <w:t>— Один раз я вже зміг!</w:t>
      </w:r>
    </w:p>
    <w:p>
      <w:r>
        <w:br/>
        <w:t>— Закладаємося ще раз? — по емісії Местака пробігли промінчики прихованого тріумфу.</w:t>
      </w:r>
    </w:p>
    <w:p>
      <w:r>
        <w:br/>
        <w:t>— Звісно, — не забарився з відповіддю зачеплений за живе Героунд, — я поверну тих матеріальних до первісного стану. Страж навіть не зауважить різниці.</w:t>
      </w:r>
    </w:p>
    <w:p>
      <w:r>
        <w:br/>
        <w:t>Местак відчув свою перевагу і захотів скористатися ситуацією якнайповніше.</w:t>
      </w:r>
    </w:p>
    <w:p>
      <w:r>
        <w:br/>
        <w:t>— Тоді почекаємо з першим закладом. У другому ставку потроїмо.</w:t>
      </w:r>
    </w:p>
    <w:p>
      <w:r>
        <w:br/>
        <w:t>Героунд також запалився азартом.</w:t>
      </w:r>
    </w:p>
    <w:p>
      <w:r>
        <w:br/>
        <w:t>— Згода! Граю! Потрійна ставка!</w:t>
      </w:r>
    </w:p>
    <w:p>
      <w:r>
        <w:br/>
        <w:t>— По руках!</w:t>
      </w:r>
    </w:p>
    <w:p>
      <w:r>
        <w:br/>
        <w:t>— По руках!</w:t>
      </w:r>
    </w:p>
    <w:p>
      <w:r>
        <w:br/>
        <w:t>© АЗІМОВ А. Кінець Вічності: Вибрані твори. — К.: Дніпро, 1990. — 768 с. — (Фантастика. Пригоди. Детектив).</w:t>
      </w:r>
    </w:p>
    <w:p>
      <w:r>
        <w:br/>
        <w:t>© ОНИШКО А. В., переклад з англійської, 1990.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Прізвище на "С"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