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Привітання життя</w:t>
      </w:r>
    </w:p>
    <w:p>
      <w:r>
        <w:br/>
        <w:t xml:space="preserve"> І день і вік однаково минають. Не задержать&lt;br /&gt;</w:t>
        <w:br/>
        <w:t>нам хвилі. Кожна мить знов родить другу мить,&lt;br /&gt;</w:t>
        <w:br/>
        <w:t>і перша в другій спить, обі у третій, та, як вежа,&lt;br /&gt;</w:t>
        <w:br/>
        <w:t>час виростає й меж не має й нас німить.</w:t>
      </w:r>
    </w:p>
    <w:p>
      <w:r>
        <w:br/>
        <w:t>Так на минулого й майбутнього раменах&lt;br /&gt;</w:t>
        <w:br/>
        <w:t>повішено, мов плахту, долю нашу.&lt;br /&gt;</w:t>
        <w:br/>
        <w:t>Ми — ланцюга поодинокі звена,&lt;br /&gt;</w:t>
        <w:br/>
        <w:t>ми — відтинок малий зі стрічки часу.</w:t>
      </w:r>
    </w:p>
    <w:p>
      <w:r>
        <w:br/>
        <w:t>Це наших днів звичайна тут дорога,&lt;br /&gt;</w:t>
        <w:br/>
        <w:t>не падає ніщо до безвісті води.&lt;br /&gt;</w:t>
        <w:br/>
        <w:t>Віддати треба нам життю щомога,&lt;br /&gt;</w:t>
        <w:br/>
        <w:t>а треба кожному, ще поки молодий.</w:t>
      </w:r>
    </w:p>
    <w:p>
      <w:r>
        <w:br/>
        <w:t>Тепер ще квітка дійсності надією цвіте,&lt;br /&gt;</w:t>
        <w:br/>
        <w:t>не кидає ще тіні дерево зневіри.&lt;br /&gt;</w:t>
        <w:br/>
        <w:t>Хоч знає, що морози, серце вірує проте&lt;br /&gt;</w:t>
        <w:br/>
        <w:t>і ліктями ужитку правди ще не мірить.</w:t>
      </w:r>
    </w:p>
    <w:p>
      <w:r>
        <w:br/>
        <w:t>Для молодих плечей легкий є неба в'юк,&lt;br /&gt;</w:t>
        <w:br/>
        <w:t>в одноманітності не явиться нам позіх.&lt;br /&gt;</w:t>
        <w:br/>
        <w:t>О, не словами уст, але словами рук&lt;br /&gt;</w:t>
        <w:br/>
        <w:t>співати будем пісню на життя порозі.</w:t>
      </w:r>
    </w:p>
    <w:p>
      <w:r>
        <w:br/>
        <w:t>Вітай життя! Що біль даєш, і щастя,&lt;br /&gt;</w:t>
        <w:br/>
        <w:t>і красу, і сум, і горе. В мені юний пал вне вмер ще.&lt;br /&gt;</w:t>
        <w:br/>
        <w:t>Вітай життя! І на привіт тобі я понесу&lt;br /&gt;</w:t>
        <w:br/>
        <w:t>м'яке, та в панцир крицевий закуте серце.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Привітання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