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Притча</w:t>
      </w:r>
    </w:p>
    <w:p>
      <w:r>
        <w:br/>
        <w:t xml:space="preserve"> Я переказую, що розповідав Мідер, маючи на меті мораль.</w:t>
      </w:r>
    </w:p>
    <w:p>
      <w:r>
        <w:br/>
        <w:t>Йому докучав ведмідь грізлі, настільки сміливий і лютий,</w:t>
      </w:r>
    </w:p>
    <w:p>
      <w:r>
        <w:br/>
        <w:t>Що забирав м'ясо карібу з-під стріхи хати.</w:t>
      </w:r>
    </w:p>
    <w:p>
      <w:r>
        <w:br/>
        <w:t>І ще. Людину він мав за ніщо і не боявся вогню.</w:t>
      </w:r>
    </w:p>
    <w:p>
      <w:r>
        <w:br/>
        <w:t>Аж одної ночі почав гупати в двері</w:t>
      </w:r>
    </w:p>
    <w:p>
      <w:r>
        <w:br/>
        <w:t>І розбив вікно лапою, тож вони, наїжачені,</w:t>
      </w:r>
    </w:p>
    <w:p>
      <w:r>
        <w:br/>
        <w:t>Лежали з рушницями і чекали ранку.</w:t>
      </w:r>
    </w:p>
    <w:p>
      <w:r>
        <w:br/>
        <w:t>Він повернувся під вечір наступного дня. І Мідер вистерлив</w:t>
      </w:r>
    </w:p>
    <w:p>
      <w:r>
        <w:br/>
        <w:t>Зблизька, під ліву лопатку. Це був стрибок і біг,</w:t>
      </w:r>
    </w:p>
    <w:p>
      <w:r>
        <w:br/>
        <w:t>Ні, не біг, ураган, бо навіть поцілений в серце</w:t>
      </w:r>
    </w:p>
    <w:p>
      <w:r>
        <w:br/>
        <w:t>Грізлі, як каже Мідер, біжить поки не упаде.</w:t>
      </w:r>
    </w:p>
    <w:p>
      <w:r>
        <w:br/>
        <w:t>Потім він знайшов його за слідами і тоді зрозумів,</w:t>
      </w:r>
    </w:p>
    <w:p>
      <w:r>
        <w:br/>
        <w:t>Звідки бралась чудна поведінка.</w:t>
      </w:r>
    </w:p>
    <w:p>
      <w:r>
        <w:br/>
        <w:t>Пів щелепи у звіра роз'їли загноєні рани.</w:t>
      </w:r>
    </w:p>
    <w:p>
      <w:r>
        <w:br/>
        <w:t>Зубний біль, роками. Біль з неясних причин,</w:t>
      </w:r>
    </w:p>
    <w:p>
      <w:r>
        <w:br/>
        <w:t>Який підштовхує іноді нас до безсенсовних діянь</w:t>
      </w:r>
    </w:p>
    <w:p>
      <w:r>
        <w:br/>
        <w:t>І дає сліпу відвагу, бо нам все одно,</w:t>
      </w:r>
    </w:p>
    <w:p>
      <w:r>
        <w:br/>
        <w:t>Аж виходимо з лісу, не завжди з надією,</w:t>
      </w:r>
    </w:p>
    <w:p>
      <w:r>
        <w:br/>
        <w:t>Що вилічить нас якийсь небесний дантист.</w:t>
      </w:r>
    </w:p>
    <w:p>
      <w:r>
        <w:br/>
      </w:r>
    </w:p>
    <w:p>
      <w:r>
        <w:br/>
        <w:t>Переклад Тараса Прохаська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Притча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