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Присвята поеми "Демон"</w:t>
      </w:r>
    </w:p>
    <w:p>
      <w:r>
        <w:br/>
        <w:t xml:space="preserve"> Михайло Лермонтов&lt;br /&gt;</w:t>
        <w:br/>
        <w:t>Присвята поеми "Демон"</w:t>
      </w:r>
    </w:p>
    <w:p>
      <w:r>
        <w:br/>
        <w:t>(Переклад Миколи Зерова)</w:t>
      </w:r>
    </w:p>
    <w:p>
      <w:r>
        <w:br/>
        <w:t>Тобі, Кавказе, царю гір земних,&lt;br /&gt;</w:t>
        <w:br/>
        <w:t>Я віддаю оці недбалі рими,&lt;br /&gt;</w:t>
        <w:br/>
        <w:t>Благослови їх як дітей своїх&lt;br /&gt;</w:t>
        <w:br/>
        <w:t>I отіни верхами сніговими.&lt;br /&gt;</w:t>
        <w:br/>
        <w:t>Від юних літ я до узгір твоїх&lt;br /&gt;</w:t>
        <w:br/>
        <w:t>Прикутий долі путами міцними.&lt;br /&gt;</w:t>
        <w:br/>
        <w:t>На півночі, в землі тобі чужій,&lt;br /&gt;</w:t>
        <w:br/>
        <w:t>Я серцем твій, я скрізь і завжди твій.&lt;br /&gt;</w:t>
        <w:br/>
        <w:t>Колись мене дитиною малою&lt;br /&gt;</w:t>
        <w:br/>
        <w:t>Твої стежки до верховин вели,&lt;br /&gt;</w:t>
        <w:br/>
        <w:t>Всякчас повитих млистою чалмою,&lt;br /&gt;</w:t>
        <w:br/>
        <w:t>Як голова прислужників Алли;&lt;br /&gt;</w:t>
        <w:br/>
        <w:t>Там вітер вольний ходить самотою,&lt;br /&gt;</w:t>
        <w:br/>
        <w:t>Там ночувать злітаються орли.&lt;br /&gt;</w:t>
        <w:br/>
        <w:t>До них і я стремив свій лет примарний;&lt;br /&gt;</w:t>
        <w:br/>
        <w:t>Я з ними був, їх приятель надхмарний.&lt;br /&gt;</w:t>
        <w:br/>
        <w:t>Багато відтоді минуло літ,&lt;br /&gt;</w:t>
        <w:br/>
        <w:t>I знов прийшов я у твої міжгір'я;&lt;br /&gt;</w:t>
        <w:br/>
        <w:t>I як колись дитині, твій привіт&lt;br /&gt;</w:t>
        <w:br/>
        <w:t>Ласкавий був і в темні дні зневір'я.&lt;br /&gt;</w:t>
        <w:br/>
        <w:t>Вигнанцеві відкрився інший світ;&lt;br /&gt;</w:t>
        <w:br/>
        <w:t>Забулось лихо, надійшло примир'я.&lt;br /&gt;</w:t>
        <w:br/>
        <w:t>I от, серед полуночних снігів,&lt;br /&gt;</w:t>
        <w:br/>
        <w:t>Тобі мій спомин і тобі мій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Присвята поеми "Демон"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